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A3A03" w14:textId="621E301F" w:rsidR="00FE1565" w:rsidRPr="004D2CD1" w:rsidRDefault="00FE1565">
      <w:pPr>
        <w:pStyle w:val="Zkladntext"/>
        <w:shd w:val="clear" w:color="000000" w:fill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155958343"/>
      <w:r w:rsidRPr="004D2CD1">
        <w:rPr>
          <w:rFonts w:ascii="Arial" w:hAnsi="Arial" w:cs="Arial"/>
          <w:b/>
          <w:bCs/>
          <w:sz w:val="22"/>
          <w:szCs w:val="22"/>
        </w:rPr>
        <w:t>Příloha k nařízení statutárního města Brna č. 1/2002, kterým se vydává  "Tržní řád"</w:t>
      </w:r>
    </w:p>
    <w:p w14:paraId="63206E70" w14:textId="77777777" w:rsidR="00FE1565" w:rsidRPr="005C0F58" w:rsidRDefault="00FE1565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6E39A75C" w14:textId="77777777" w:rsidR="00FE1565" w:rsidRPr="005C0F58" w:rsidRDefault="00FE1565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34D66B1C" w14:textId="77777777" w:rsidR="00FE1565" w:rsidRPr="008606D2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8606D2">
        <w:rPr>
          <w:rFonts w:ascii="Arial" w:hAnsi="Arial" w:cs="Arial"/>
          <w:b/>
          <w:bCs/>
          <w:sz w:val="22"/>
          <w:szCs w:val="22"/>
        </w:rPr>
        <w:t>Vysvětlivky k příloze:</w:t>
      </w:r>
    </w:p>
    <w:p w14:paraId="20D7E039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14C1B663" w14:textId="2C62CF9D" w:rsidR="00FE1565" w:rsidRPr="005C0F58" w:rsidRDefault="00FE1565">
      <w:pPr>
        <w:pStyle w:val="Zkladntext"/>
        <w:numPr>
          <w:ilvl w:val="0"/>
          <w:numId w:val="1"/>
        </w:numPr>
        <w:tabs>
          <w:tab w:val="clear" w:pos="720"/>
          <w:tab w:val="num" w:pos="360"/>
        </w:tabs>
        <w:spacing w:after="24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Příloha je členěna na </w:t>
      </w:r>
      <w:r w:rsidR="00B45D5B" w:rsidRPr="005C0F58">
        <w:rPr>
          <w:rFonts w:ascii="Arial" w:hAnsi="Arial" w:cs="Arial"/>
          <w:sz w:val="20"/>
          <w:szCs w:val="20"/>
        </w:rPr>
        <w:t>30</w:t>
      </w:r>
      <w:r w:rsidRPr="005C0F58">
        <w:rPr>
          <w:rFonts w:ascii="Arial" w:hAnsi="Arial" w:cs="Arial"/>
          <w:sz w:val="20"/>
          <w:szCs w:val="20"/>
        </w:rPr>
        <w:t xml:space="preserve"> částí</w:t>
      </w:r>
      <w:r w:rsidR="00B45D5B" w:rsidRPr="005C0F58">
        <w:rPr>
          <w:rFonts w:ascii="Arial" w:hAnsi="Arial" w:cs="Arial"/>
          <w:sz w:val="20"/>
          <w:szCs w:val="20"/>
        </w:rPr>
        <w:t>. Prvních 29 částí se týká zejména tržišť, tržních míst, restauračních zahrádek, pojízdného prodeje, pochůzkového prodeje a prodeje bez prodejního zařízení v jednotlivých městských částech města Brna</w:t>
      </w:r>
      <w:r w:rsidRPr="005C0F58">
        <w:rPr>
          <w:rFonts w:ascii="Arial" w:hAnsi="Arial" w:cs="Arial"/>
          <w:sz w:val="20"/>
          <w:szCs w:val="20"/>
        </w:rPr>
        <w:t>, a to dle abecedního pořadí jejich názvů.</w:t>
      </w:r>
      <w:r w:rsidR="00B45D5B" w:rsidRPr="005C0F58">
        <w:rPr>
          <w:rFonts w:ascii="Arial" w:hAnsi="Arial" w:cs="Arial"/>
          <w:sz w:val="20"/>
          <w:szCs w:val="20"/>
        </w:rPr>
        <w:t xml:space="preserve"> Část XXX se týká stanovišť bikesharingu.</w:t>
      </w:r>
    </w:p>
    <w:p w14:paraId="667EB8F9" w14:textId="77777777" w:rsidR="00FE1565" w:rsidRPr="005C0F58" w:rsidRDefault="00FE1565">
      <w:pPr>
        <w:pStyle w:val="Zkladntext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V záhlaví tabulek obsažených v příloze jsou použity následující zkratky a termíny:</w:t>
      </w:r>
    </w:p>
    <w:p w14:paraId="268B0D76" w14:textId="77777777" w:rsidR="00FE1565" w:rsidRPr="005C0F58" w:rsidRDefault="00FE1565">
      <w:pPr>
        <w:pStyle w:val="Zkladntext"/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"Č." =  pořadové číslo lokality</w:t>
      </w:r>
    </w:p>
    <w:p w14:paraId="3F903C03" w14:textId="77777777" w:rsidR="00FE1565" w:rsidRPr="005C0F58" w:rsidRDefault="00FE1565">
      <w:pPr>
        <w:pStyle w:val="Zkladntext"/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"p. č. k. ú."  =  parcelní číslo katastrálního území</w:t>
      </w:r>
    </w:p>
    <w:p w14:paraId="1B5B1842" w14:textId="77777777" w:rsidR="00FE1565" w:rsidRPr="005C0F58" w:rsidRDefault="00FE1565">
      <w:pPr>
        <w:pStyle w:val="Zkladntext"/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"počet prodej. míst"  =  počet jednotlivých prodejních míst</w:t>
      </w:r>
    </w:p>
    <w:p w14:paraId="10BE554D" w14:textId="77777777" w:rsidR="00FE1565" w:rsidRPr="005C0F58" w:rsidRDefault="00FE1565" w:rsidP="002E5392">
      <w:pPr>
        <w:pStyle w:val="Zkladntext"/>
        <w:tabs>
          <w:tab w:val="num" w:pos="360"/>
        </w:tabs>
        <w:spacing w:after="24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"max. doba prodeje"  =   maximální doba prodeje.</w:t>
      </w:r>
    </w:p>
    <w:p w14:paraId="70DB1CB9" w14:textId="77777777" w:rsidR="00FE1565" w:rsidRPr="005C0F58" w:rsidRDefault="00FE1565">
      <w:pPr>
        <w:pStyle w:val="Zkladntext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V textu tabulek mimo záhlaví jsou použity zejména následující zkratky a termíny: </w:t>
      </w:r>
    </w:p>
    <w:p w14:paraId="20E9D66D" w14:textId="77777777" w:rsidR="00FE1565" w:rsidRPr="005C0F58" w:rsidRDefault="00FE1565">
      <w:pPr>
        <w:pStyle w:val="Zkladntext"/>
        <w:ind w:firstLine="360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"or. č."  =  číslo orientační</w:t>
      </w:r>
    </w:p>
    <w:p w14:paraId="45D3D8C2" w14:textId="77777777" w:rsidR="00FE1565" w:rsidRPr="005C0F58" w:rsidRDefault="00FE1565">
      <w:pPr>
        <w:pStyle w:val="Zkladntext"/>
        <w:ind w:firstLine="360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"č. pop."  =  číslo popisné</w:t>
      </w:r>
    </w:p>
    <w:p w14:paraId="6B2F570D" w14:textId="77777777" w:rsidR="00FE1565" w:rsidRPr="005C0F58" w:rsidRDefault="00FE1565">
      <w:pPr>
        <w:pStyle w:val="Zkladntext"/>
        <w:ind w:firstLine="360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"k. ú."  =  katastrální území</w:t>
      </w:r>
    </w:p>
    <w:p w14:paraId="1BCF4547" w14:textId="64BF9155" w:rsidR="006C7FB2" w:rsidRPr="005C0F58" w:rsidRDefault="00FE1565" w:rsidP="002E5392">
      <w:pPr>
        <w:pStyle w:val="Zkladntext"/>
        <w:ind w:left="1276" w:hanging="916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"dtto" = označuje totožnost údaje určitého druhu s údajem stejného druhu u lokality </w:t>
      </w:r>
      <w:r w:rsidR="00D67B55" w:rsidRPr="005C0F58">
        <w:rPr>
          <w:rFonts w:ascii="Arial" w:hAnsi="Arial" w:cs="Arial"/>
          <w:sz w:val="20"/>
          <w:szCs w:val="20"/>
        </w:rPr>
        <w:t xml:space="preserve">        </w:t>
      </w:r>
      <w:r w:rsidR="002E5392" w:rsidRPr="005C0F58">
        <w:rPr>
          <w:rFonts w:ascii="Arial" w:hAnsi="Arial" w:cs="Arial"/>
          <w:sz w:val="20"/>
          <w:szCs w:val="20"/>
        </w:rPr>
        <w:t xml:space="preserve">            </w:t>
      </w:r>
      <w:r w:rsidRPr="005C0F58">
        <w:rPr>
          <w:rFonts w:ascii="Arial" w:hAnsi="Arial" w:cs="Arial"/>
          <w:sz w:val="20"/>
          <w:szCs w:val="20"/>
        </w:rPr>
        <w:t>s předchozím pořadovým číslem</w:t>
      </w:r>
    </w:p>
    <w:p w14:paraId="122B7FFE" w14:textId="08C5E4AD" w:rsidR="00FE1565" w:rsidRPr="005C0F58" w:rsidRDefault="006C7FB2" w:rsidP="006C7FB2">
      <w:pPr>
        <w:pStyle w:val="Zkladntext"/>
        <w:ind w:left="2410" w:hanging="2050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"virtuální místo" = stání pro kola a koloběžky označené bílou čarou a symboly kola a koloběžky</w:t>
      </w:r>
    </w:p>
    <w:p w14:paraId="68412374" w14:textId="5F6BB047" w:rsidR="006C7FB2" w:rsidRPr="005C0F58" w:rsidRDefault="006C7FB2" w:rsidP="002E5392">
      <w:pPr>
        <w:pStyle w:val="Zkladntext"/>
        <w:spacing w:after="240" w:line="240" w:lineRule="auto"/>
        <w:ind w:left="2410" w:hanging="2053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"motokoloběžka" = stání pro jednostopé vozidlo označené svislou a vodorovnou dopravní značkou. </w:t>
      </w:r>
    </w:p>
    <w:p w14:paraId="29D9E6E7" w14:textId="77777777" w:rsidR="00FE1565" w:rsidRPr="005C0F58" w:rsidRDefault="00FE1565">
      <w:pPr>
        <w:pStyle w:val="Zkladntext"/>
        <w:numPr>
          <w:ilvl w:val="0"/>
          <w:numId w:val="1"/>
        </w:numPr>
        <w:tabs>
          <w:tab w:val="clear" w:pos="720"/>
          <w:tab w:val="num" w:pos="360"/>
        </w:tabs>
        <w:spacing w:after="24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Dále jsou užity pouze obecně známé zkratky (např. MHD = městská hromadná doprava, OD = obchodní dům, KD = kulturní dům, NS = nákupní středisko, zkratky názvů dnů v týdnu: po = pondělí, pá = pátek apod.).</w:t>
      </w:r>
    </w:p>
    <w:p w14:paraId="277BE52A" w14:textId="131A4CF2" w:rsidR="00FE1565" w:rsidRPr="005C0F58" w:rsidRDefault="00FE1565">
      <w:pPr>
        <w:pStyle w:val="Zkladntext"/>
        <w:numPr>
          <w:ilvl w:val="0"/>
          <w:numId w:val="1"/>
        </w:numPr>
        <w:tabs>
          <w:tab w:val="clear" w:pos="720"/>
          <w:tab w:val="num" w:pos="360"/>
        </w:tabs>
        <w:spacing w:after="24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V kolonce "KAPACITA" postačí, je-li uveden alespoň jeden z údajů, tj. počet prodejních míst nebo výměra.  Ve výjimečných případech, s ohledem na povahu věci, může být výměra stanovena jinak než v</w:t>
      </w:r>
      <w:r w:rsidR="008E677B">
        <w:rPr>
          <w:rFonts w:ascii="Arial" w:hAnsi="Arial" w:cs="Arial"/>
          <w:sz w:val="20"/>
          <w:szCs w:val="20"/>
        </w:rPr>
        <w:t> </w:t>
      </w:r>
      <w:r w:rsidRPr="005C0F58">
        <w:rPr>
          <w:rFonts w:ascii="Arial" w:hAnsi="Arial" w:cs="Arial"/>
          <w:sz w:val="20"/>
          <w:szCs w:val="20"/>
        </w:rPr>
        <w:t>m</w:t>
      </w:r>
      <w:r w:rsidR="008E677B" w:rsidRPr="008E677B">
        <w:rPr>
          <w:rFonts w:ascii="Arial" w:hAnsi="Arial" w:cs="Arial"/>
          <w:sz w:val="20"/>
          <w:szCs w:val="20"/>
          <w:vertAlign w:val="superscript"/>
        </w:rPr>
        <w:t>2</w:t>
      </w:r>
      <w:r w:rsidRPr="005C0F58">
        <w:rPr>
          <w:rFonts w:ascii="Arial" w:hAnsi="Arial" w:cs="Arial"/>
          <w:sz w:val="20"/>
          <w:szCs w:val="20"/>
        </w:rPr>
        <w:t>.</w:t>
      </w:r>
    </w:p>
    <w:p w14:paraId="57134D67" w14:textId="77777777" w:rsidR="00FE1565" w:rsidRPr="005C0F58" w:rsidRDefault="00FE1565">
      <w:pPr>
        <w:pStyle w:val="Zkladntext"/>
        <w:numPr>
          <w:ilvl w:val="0"/>
          <w:numId w:val="1"/>
        </w:numPr>
        <w:tabs>
          <w:tab w:val="clear" w:pos="720"/>
          <w:tab w:val="num" w:pos="360"/>
        </w:tabs>
        <w:spacing w:after="24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Je-li v kolonce "MAX. DOBA PRODEJE - denní" uvedeno rozpětí v hodinách bez konkrétního údaje v minutách, rozumí se tím údaj v minutách "00" (např. 7 - 18 h. znamená 7.00 - 18.00 h).</w:t>
      </w:r>
    </w:p>
    <w:p w14:paraId="1A8D5DC2" w14:textId="77777777" w:rsidR="00FE1565" w:rsidRPr="005C0F58" w:rsidRDefault="00FE1565">
      <w:pPr>
        <w:pStyle w:val="Zkladntext"/>
        <w:numPr>
          <w:ilvl w:val="0"/>
          <w:numId w:val="1"/>
        </w:numPr>
        <w:tabs>
          <w:tab w:val="clear" w:pos="720"/>
          <w:tab w:val="num" w:pos="360"/>
        </w:tabs>
        <w:spacing w:after="24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Není-li v kolonce "MAX. DOBA PRODEJE" uveden pro určitou lokalitu některý údaj, platí příslušný údaj dle článku 7 Tržního řádu.</w:t>
      </w:r>
    </w:p>
    <w:p w14:paraId="3C52A030" w14:textId="77777777" w:rsidR="00FE1565" w:rsidRPr="005C0F58" w:rsidRDefault="00FE1565">
      <w:pPr>
        <w:pStyle w:val="Zkladntext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V  kolonce "POZNÁMKA" mohou být uvedeny různé údaje závazného charakteru, vždy s příslušným označením (např. vymezení sortimentu nebo typ prodejního zařízení).</w:t>
      </w:r>
    </w:p>
    <w:p w14:paraId="7A7B41A7" w14:textId="4A1DE3D0" w:rsidR="002E5392" w:rsidRDefault="002E5392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77B98CE2" w14:textId="245EB0A4" w:rsidR="004D2CD1" w:rsidRDefault="004D2CD1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5FAB44D7" w14:textId="487CCDF6" w:rsidR="004D2CD1" w:rsidRDefault="004D2CD1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76F638BF" w14:textId="5EEBE42E" w:rsidR="004D2CD1" w:rsidRDefault="004D2CD1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1A9DAF06" w14:textId="2E504BC1" w:rsidR="004D2CD1" w:rsidRDefault="004D2CD1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bookmarkEnd w:id="0"/>
    <w:p w14:paraId="5976E508" w14:textId="413D4D68" w:rsidR="004D2CD1" w:rsidRDefault="004D2CD1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67CF5F07" w14:textId="197D7DFD" w:rsidR="004D2CD1" w:rsidRDefault="004D2CD1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7E5722B5" w14:textId="6FDB64C0" w:rsidR="004D2CD1" w:rsidRDefault="004D2CD1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4EB50246" w14:textId="11252042" w:rsidR="004D2CD1" w:rsidRDefault="004D2CD1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58533BDF" w14:textId="0C2CC730" w:rsidR="004D2CD1" w:rsidRDefault="004D2CD1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2CE22281" w14:textId="7A526CD3" w:rsidR="004D2CD1" w:rsidRDefault="004D2CD1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4725E32C" w14:textId="1388E707" w:rsidR="004D2CD1" w:rsidRDefault="004D2CD1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0613BB6F" w14:textId="3E0A342B" w:rsidR="004D2CD1" w:rsidRDefault="004D2CD1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538F337D" w14:textId="61ABE5DE" w:rsidR="0091712B" w:rsidRPr="004D2CD1" w:rsidRDefault="0091712B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2"/>
          <w:szCs w:val="22"/>
        </w:rPr>
      </w:pPr>
      <w:bookmarkStart w:id="1" w:name="_Hlk155958299"/>
      <w:r w:rsidRPr="004D2CD1">
        <w:rPr>
          <w:rFonts w:ascii="Arial" w:hAnsi="Arial" w:cs="Arial"/>
          <w:b/>
          <w:bCs/>
          <w:sz w:val="22"/>
          <w:szCs w:val="22"/>
        </w:rPr>
        <w:lastRenderedPageBreak/>
        <w:t>ČÁST I</w:t>
      </w:r>
    </w:p>
    <w:p w14:paraId="37B726D1" w14:textId="77777777" w:rsidR="0091712B" w:rsidRPr="004D2CD1" w:rsidRDefault="0091712B" w:rsidP="0091712B">
      <w:pPr>
        <w:pStyle w:val="Zkladntext"/>
        <w:shd w:val="clear" w:color="000000" w:fill="auto"/>
        <w:rPr>
          <w:rFonts w:ascii="Arial" w:hAnsi="Arial" w:cs="Arial"/>
          <w:b/>
          <w:bCs/>
          <w:sz w:val="22"/>
          <w:szCs w:val="22"/>
        </w:rPr>
      </w:pPr>
      <w:r w:rsidRPr="004D2CD1">
        <w:rPr>
          <w:rFonts w:ascii="Arial" w:hAnsi="Arial" w:cs="Arial"/>
          <w:b/>
          <w:bCs/>
          <w:sz w:val="22"/>
          <w:szCs w:val="22"/>
        </w:rPr>
        <w:t>MČ BRNO-BOHUNICE</w:t>
      </w:r>
    </w:p>
    <w:p w14:paraId="0858E2B1" w14:textId="77777777" w:rsidR="0091712B" w:rsidRPr="004D2CD1" w:rsidRDefault="0091712B" w:rsidP="0091712B">
      <w:pPr>
        <w:pStyle w:val="Zkladntext"/>
        <w:spacing w:before="480" w:after="240" w:line="240" w:lineRule="auto"/>
        <w:rPr>
          <w:rFonts w:ascii="Arial" w:hAnsi="Arial" w:cs="Arial"/>
          <w:b/>
          <w:bCs/>
          <w:sz w:val="22"/>
          <w:szCs w:val="22"/>
        </w:rPr>
      </w:pPr>
      <w:r w:rsidRPr="004D2CD1">
        <w:rPr>
          <w:rFonts w:ascii="Arial" w:hAnsi="Arial" w:cs="Arial"/>
          <w:b/>
          <w:bCs/>
          <w:sz w:val="22"/>
          <w:szCs w:val="22"/>
        </w:rPr>
        <w:t>HLAVA A: Tržiště</w:t>
      </w:r>
      <w:r w:rsidRPr="004D2CD1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57"/>
        <w:gridCol w:w="1114"/>
        <w:gridCol w:w="1669"/>
        <w:gridCol w:w="1171"/>
        <w:gridCol w:w="926"/>
        <w:gridCol w:w="1823"/>
        <w:gridCol w:w="834"/>
        <w:gridCol w:w="1589"/>
      </w:tblGrid>
      <w:tr w:rsidR="0091712B" w:rsidRPr="005C0F58" w14:paraId="5B56A046" w14:textId="77777777" w:rsidTr="00A31CC0">
        <w:trPr>
          <w:trHeight w:val="274"/>
        </w:trPr>
        <w:tc>
          <w:tcPr>
            <w:tcW w:w="169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FD4DB5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9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9AF571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8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C6BDF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E72F610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91712B" w:rsidRPr="005C0F58" w14:paraId="0B802C94" w14:textId="77777777" w:rsidTr="00A31CC0">
        <w:tc>
          <w:tcPr>
            <w:tcW w:w="23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4F7CD1" w14:textId="77777777" w:rsidR="0091712B" w:rsidRPr="004D2CD1" w:rsidRDefault="0091712B" w:rsidP="008606D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741A2A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021CBEF6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Bohunice</w:t>
            </w: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D6A708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D29235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8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3FE3DB" w14:textId="77777777" w:rsidR="0091712B" w:rsidRPr="004D2CD1" w:rsidRDefault="0091712B" w:rsidP="005D668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F1511E9" w14:textId="63A5A94F" w:rsidR="0091712B" w:rsidRPr="004D2CD1" w:rsidRDefault="0091712B" w:rsidP="005D668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(m</w:t>
            </w:r>
            <w:r w:rsidR="004D2CD1" w:rsidRPr="004D2CD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D2CD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5D112E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68DD2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0F96AB9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304488D1" w14:textId="77777777" w:rsidTr="00A31CC0">
        <w:tc>
          <w:tcPr>
            <w:tcW w:w="2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3AD66C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81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40D0F7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9D6482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6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5257B5B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FA51BD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1E86E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2AB53E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277FD7D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417CB0" w14:textId="77777777" w:rsidR="0091712B" w:rsidRPr="004D2CD1" w:rsidRDefault="0091712B" w:rsidP="0091712B">
      <w:pPr>
        <w:pStyle w:val="Zkladntext"/>
        <w:spacing w:before="480" w:after="240" w:line="240" w:lineRule="auto"/>
        <w:rPr>
          <w:rFonts w:ascii="Arial" w:hAnsi="Arial" w:cs="Arial"/>
          <w:b/>
          <w:bCs/>
          <w:sz w:val="22"/>
          <w:szCs w:val="22"/>
        </w:rPr>
      </w:pPr>
      <w:r w:rsidRPr="004D2CD1">
        <w:rPr>
          <w:rFonts w:ascii="Arial" w:hAnsi="Arial" w:cs="Arial"/>
          <w:b/>
          <w:bCs/>
          <w:sz w:val="22"/>
          <w:szCs w:val="22"/>
        </w:rPr>
        <w:t>HLAVA B: Tržní místa</w:t>
      </w:r>
      <w:r w:rsidRPr="004D2CD1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86"/>
        <w:gridCol w:w="1062"/>
        <w:gridCol w:w="1612"/>
        <w:gridCol w:w="1117"/>
        <w:gridCol w:w="878"/>
        <w:gridCol w:w="1508"/>
        <w:gridCol w:w="1391"/>
        <w:gridCol w:w="1529"/>
      </w:tblGrid>
      <w:tr w:rsidR="0091712B" w:rsidRPr="005C0F58" w14:paraId="590B9C2A" w14:textId="77777777" w:rsidTr="00315BCC">
        <w:trPr>
          <w:trHeight w:val="274"/>
        </w:trPr>
        <w:tc>
          <w:tcPr>
            <w:tcW w:w="164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593FB4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4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EDDF71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1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A1C00E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9518FEF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91712B" w:rsidRPr="005C0F58" w14:paraId="54A2BC70" w14:textId="77777777" w:rsidTr="00315BCC">
        <w:tc>
          <w:tcPr>
            <w:tcW w:w="25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72D705" w14:textId="77777777" w:rsidR="0091712B" w:rsidRPr="004D2CD1" w:rsidRDefault="0091712B" w:rsidP="008606D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AF938A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4FBBDBDD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Bohunice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EE991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  <w:p w14:paraId="00748943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- ulice: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C28AE9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6F57CFA1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C547AB" w14:textId="77777777" w:rsidR="0091712B" w:rsidRPr="004D2CD1" w:rsidRDefault="0091712B" w:rsidP="005D668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95B23D8" w14:textId="5BFF54C6" w:rsidR="0091712B" w:rsidRPr="004D2CD1" w:rsidRDefault="0091712B" w:rsidP="005D668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(</w:t>
            </w:r>
            <w:r w:rsidR="004D2CD1" w:rsidRPr="004D2CD1">
              <w:rPr>
                <w:rFonts w:ascii="Arial" w:hAnsi="Arial" w:cs="Arial"/>
                <w:sz w:val="16"/>
                <w:szCs w:val="16"/>
              </w:rPr>
              <w:t>m</w:t>
            </w:r>
            <w:r w:rsidR="004D2CD1" w:rsidRPr="004D2CD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4D2CD1" w:rsidRPr="004D2CD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7ADC34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5E7C5A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FD54AC9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3015C55C" w14:textId="77777777" w:rsidTr="00315BCC">
        <w:trPr>
          <w:trHeight w:val="339"/>
        </w:trPr>
        <w:tc>
          <w:tcPr>
            <w:tcW w:w="25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23F01B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1.</w:t>
            </w:r>
          </w:p>
        </w:tc>
        <w:tc>
          <w:tcPr>
            <w:tcW w:w="55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BEE000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2102/1</w:t>
            </w:r>
          </w:p>
        </w:tc>
        <w:tc>
          <w:tcPr>
            <w:tcW w:w="84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A42F94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Běloruská  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5C20780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A67EF6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8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616574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5.00-20.00 h.</w:t>
            </w:r>
          </w:p>
        </w:tc>
        <w:tc>
          <w:tcPr>
            <w:tcW w:w="7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7DF4ED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29DD26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67B93055" w14:textId="77777777" w:rsidTr="00315BCC">
        <w:trPr>
          <w:trHeight w:val="341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4129FF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2.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F4F1BB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2103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EA6176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Běloruská 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A9AD2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63ACD9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EABCD9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5.00-20.00 h.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5BBDA0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86997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77C7C352" w14:textId="77777777" w:rsidTr="00315BCC">
        <w:trPr>
          <w:trHeight w:val="340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801421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3. 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911B5E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D3B5C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3F1317D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046A0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64F57A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29F5C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C5BBEF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2671B77A" w14:textId="77777777" w:rsidTr="00315BCC">
        <w:trPr>
          <w:trHeight w:val="340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9D1899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C5908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45866B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42A3BF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9086F1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9599FF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E41D2A9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3B5D2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5B082875" w14:textId="77777777" w:rsidTr="00315BCC">
        <w:trPr>
          <w:trHeight w:val="340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988508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346936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2116/3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B50646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Dlouhá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1BE741D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79375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4D6817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8.00-20.00 h.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9EFF83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prosinec a v době konání bohunických trhů a společenských akcí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BD378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48782922" w14:textId="77777777" w:rsidTr="00315BCC">
        <w:trPr>
          <w:trHeight w:val="35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04F85A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6.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B88B7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1929/1 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CADD8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Dlouhá 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BA1253C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1E5A8C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8467F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5.00-20.00 h.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95C7BA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61BEDA2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26AF130A" w14:textId="77777777" w:rsidTr="00315BCC">
        <w:trPr>
          <w:trHeight w:val="338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CEC98E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7.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171C02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1929/2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9A673F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Dlouhá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77B2A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0D978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7B9866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923FEB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AB036B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614572CD" w14:textId="77777777" w:rsidTr="00315BCC">
        <w:trPr>
          <w:trHeight w:val="335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7A2114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8.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53C9D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2220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7230B0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Dlouhá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DC2C100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7320F3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C3DF2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556D1C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4781A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26C3B72C" w14:textId="77777777" w:rsidTr="00315BCC">
        <w:trPr>
          <w:trHeight w:val="331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5216D6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9.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42ECF4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2221/3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8924FC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Dlouhá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5C90F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314CA2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55CFF3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91762BD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133AEC0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0856D5C3" w14:textId="77777777" w:rsidTr="00315BCC">
        <w:trPr>
          <w:trHeight w:val="355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56C809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44CBD3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4C2D39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46FE02A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F779DC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0AB528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4D476E7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5E25EAC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69E07CE6" w14:textId="77777777" w:rsidTr="00315BCC">
        <w:trPr>
          <w:trHeight w:val="33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535543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FAA064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1321/51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E7E6E2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Jihlavská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D913BAC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AB31F0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A7B926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5.00-22.00 h.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676D57A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E867BD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26BC119C" w14:textId="77777777" w:rsidTr="00315BCC">
        <w:trPr>
          <w:trHeight w:val="333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246915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E02930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1292/1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98F91F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Jihlavská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99D634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BB6EB7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935CFE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5.00-20.00 h.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632F14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11CB96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5B9B3550" w14:textId="77777777" w:rsidTr="00315BCC">
        <w:trPr>
          <w:trHeight w:val="343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FC63FE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94C457" w14:textId="316A5F7B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2252</w:t>
            </w:r>
            <w:r w:rsidR="00C24C7E"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3D18DF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Arménská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EFDFA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62FB4F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4FB4AE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8.00-22.00 h.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D34CC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3558C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56D6D674" w14:textId="77777777" w:rsidTr="00315BCC">
        <w:trPr>
          <w:trHeight w:val="325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591D4B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C5C14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94A487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378797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D829A3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C22B87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0CC7AA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5494A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510E54C6" w14:textId="77777777" w:rsidTr="00315BCC">
        <w:trPr>
          <w:trHeight w:val="348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EE048C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31319E" w14:textId="4D54A231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2773</w:t>
            </w:r>
            <w:r w:rsidR="00C24C7E">
              <w:rPr>
                <w:rFonts w:ascii="Arial" w:hAnsi="Arial" w:cs="Arial"/>
                <w:sz w:val="16"/>
                <w:szCs w:val="16"/>
              </w:rPr>
              <w:t>/2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497488" w14:textId="77777777" w:rsidR="0091712B" w:rsidRPr="004D2CD1" w:rsidRDefault="0091712B" w:rsidP="00A31CC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Švermova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08621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A800A5" w14:textId="77777777" w:rsidR="0091712B" w:rsidRPr="004D2CD1" w:rsidRDefault="009662E0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</w:t>
            </w:r>
            <w:r w:rsidR="0091712B" w:rsidRPr="004D2CD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2D902F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5.00-20.00 h.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013789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BC6227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5A451546" w14:textId="77777777" w:rsidTr="00315BCC">
        <w:trPr>
          <w:trHeight w:val="345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D70B45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D819A7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5CEF5D" w14:textId="77777777" w:rsidR="0091712B" w:rsidRPr="004D2CD1" w:rsidRDefault="009662E0" w:rsidP="00A31CC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57988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825EE9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7FE684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BB0F94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514807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5F140657" w14:textId="77777777" w:rsidTr="00315BCC">
        <w:trPr>
          <w:trHeight w:val="341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4E0B61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173FC2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F5E62C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8BE0A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36491F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A01E06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DACBE5E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101576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5972A1F5" w14:textId="77777777" w:rsidTr="00315BCC">
        <w:trPr>
          <w:trHeight w:val="341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441378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ABB09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382/2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A2946E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Hraničky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25184E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2221BC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74E204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8.00-22.00 h.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0FA08D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v době konání „bohunických hodů“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C8F1DAF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5BCC" w:rsidRPr="005C0F58" w14:paraId="6E2B96FB" w14:textId="77777777" w:rsidTr="00315BCC">
        <w:trPr>
          <w:trHeight w:val="341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BC169D" w14:textId="77777777" w:rsidR="00315BCC" w:rsidRPr="004D2CD1" w:rsidRDefault="00315BCC" w:rsidP="00315BCC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BC3A02" w14:textId="23261EF9" w:rsidR="00315BCC" w:rsidRPr="004D2CD1" w:rsidRDefault="00315BCC" w:rsidP="00315BC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1333/</w:t>
            </w:r>
            <w:r w:rsidR="00904A3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0A48AC" w14:textId="07ABAFF6" w:rsidR="00315BCC" w:rsidRPr="004D2CD1" w:rsidRDefault="00904A3D" w:rsidP="00315BC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Netroufalky</w:t>
            </w:r>
            <w:r w:rsidR="00315BCC" w:rsidRPr="004D2CD1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92E88A" w14:textId="77777777" w:rsidR="00315BCC" w:rsidRPr="004D2CD1" w:rsidRDefault="00315BCC" w:rsidP="00315BC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EFF249" w14:textId="77777777" w:rsidR="00315BCC" w:rsidRPr="004D2CD1" w:rsidRDefault="00315BCC" w:rsidP="00315BC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2ED9E6" w14:textId="77777777" w:rsidR="00315BCC" w:rsidRPr="004D2CD1" w:rsidRDefault="00315BCC" w:rsidP="00315BC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5.00–20.00 h.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6A1E4D" w14:textId="77777777" w:rsidR="00315BCC" w:rsidRPr="004D2CD1" w:rsidRDefault="00315BCC" w:rsidP="00315BC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195055" w14:textId="77777777" w:rsidR="00315BCC" w:rsidRPr="004D2CD1" w:rsidRDefault="00315BCC" w:rsidP="00315BC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4C0DAD" w14:textId="77777777" w:rsidR="0091712B" w:rsidRPr="005C0F58" w:rsidRDefault="0091712B" w:rsidP="0091712B">
      <w:pPr>
        <w:pStyle w:val="Zkladntext"/>
        <w:spacing w:before="480" w:after="120"/>
        <w:rPr>
          <w:rFonts w:ascii="Arial" w:hAnsi="Arial" w:cs="Arial"/>
          <w:b/>
          <w:bCs/>
          <w:sz w:val="20"/>
          <w:szCs w:val="20"/>
        </w:rPr>
      </w:pPr>
    </w:p>
    <w:p w14:paraId="15B56E4E" w14:textId="77777777" w:rsidR="00C8066E" w:rsidRPr="005C0F58" w:rsidRDefault="00C8066E" w:rsidP="0091712B">
      <w:pPr>
        <w:pStyle w:val="Zkladntext"/>
        <w:spacing w:after="24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1F17B13" w14:textId="77777777" w:rsidR="004D2CD1" w:rsidRDefault="004D2CD1" w:rsidP="0091712B">
      <w:pPr>
        <w:pStyle w:val="Zkladntext"/>
        <w:spacing w:after="24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7D40626" w14:textId="77777777" w:rsidR="004D2CD1" w:rsidRDefault="004D2CD1" w:rsidP="0091712B">
      <w:pPr>
        <w:pStyle w:val="Zkladntext"/>
        <w:spacing w:after="24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C55729C" w14:textId="180B62A5" w:rsidR="0091712B" w:rsidRPr="004D2CD1" w:rsidRDefault="0091712B" w:rsidP="0091712B">
      <w:pPr>
        <w:pStyle w:val="Zkladntext"/>
        <w:spacing w:after="240" w:line="240" w:lineRule="auto"/>
        <w:rPr>
          <w:rFonts w:ascii="Arial" w:hAnsi="Arial" w:cs="Arial"/>
          <w:b/>
          <w:bCs/>
          <w:sz w:val="22"/>
          <w:szCs w:val="22"/>
        </w:rPr>
      </w:pPr>
      <w:r w:rsidRPr="004D2CD1">
        <w:rPr>
          <w:rFonts w:ascii="Arial" w:hAnsi="Arial" w:cs="Arial"/>
          <w:b/>
          <w:bCs/>
          <w:sz w:val="22"/>
          <w:szCs w:val="22"/>
        </w:rPr>
        <w:lastRenderedPageBreak/>
        <w:t>HLAVA C: Restaurační zahrádky</w:t>
      </w:r>
      <w:r w:rsidRPr="004D2CD1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494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96"/>
        <w:gridCol w:w="1435"/>
        <w:gridCol w:w="1678"/>
        <w:gridCol w:w="960"/>
        <w:gridCol w:w="826"/>
        <w:gridCol w:w="1496"/>
        <w:gridCol w:w="1204"/>
        <w:gridCol w:w="1373"/>
      </w:tblGrid>
      <w:tr w:rsidR="0091712B" w:rsidRPr="005C0F58" w14:paraId="5139ACCD" w14:textId="77777777" w:rsidTr="00A31CC0">
        <w:trPr>
          <w:trHeight w:val="274"/>
        </w:trPr>
        <w:tc>
          <w:tcPr>
            <w:tcW w:w="190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1AC76E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" w:name="InLink_0"/>
            <w:bookmarkStart w:id="3" w:name="InLink_1"/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4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618B13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2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210FA7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B62328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91712B" w:rsidRPr="005C0F58" w14:paraId="7622BA28" w14:textId="77777777" w:rsidTr="00A31CC0">
        <w:tc>
          <w:tcPr>
            <w:tcW w:w="262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A7180E" w14:textId="77777777" w:rsidR="0091712B" w:rsidRPr="004D2CD1" w:rsidRDefault="0091712B" w:rsidP="008606D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5293ED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78019F78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Bohunice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4FBD85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bližší vymezení - ulice: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268C22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30DAAEB9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6DB5CA" w14:textId="77777777" w:rsidR="0091712B" w:rsidRPr="004D2CD1" w:rsidRDefault="0091712B" w:rsidP="005D668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BE3E445" w14:textId="0AC4E570" w:rsidR="0091712B" w:rsidRPr="004D2CD1" w:rsidRDefault="0091712B" w:rsidP="005D668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(</w:t>
            </w:r>
            <w:r w:rsidR="004D2CD1">
              <w:rPr>
                <w:rFonts w:ascii="Arial" w:hAnsi="Arial" w:cs="Arial"/>
                <w:sz w:val="16"/>
                <w:szCs w:val="16"/>
              </w:rPr>
              <w:t>m</w:t>
            </w:r>
            <w:r w:rsidR="004D2CD1" w:rsidRPr="004D2CD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D2CD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B8F566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AB04BA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5E10FAA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5F9D145A" w14:textId="77777777" w:rsidTr="00A31CC0">
        <w:trPr>
          <w:trHeight w:hRule="exact" w:val="340"/>
        </w:trPr>
        <w:tc>
          <w:tcPr>
            <w:tcW w:w="2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4C82B9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1.</w:t>
            </w:r>
          </w:p>
        </w:tc>
        <w:tc>
          <w:tcPr>
            <w:tcW w:w="75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3FC626" w14:textId="68F33F2C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2031</w:t>
            </w:r>
          </w:p>
        </w:tc>
        <w:tc>
          <w:tcPr>
            <w:tcW w:w="88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A1A2EF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Ukrajinská, Lány</w:t>
            </w:r>
          </w:p>
        </w:tc>
        <w:tc>
          <w:tcPr>
            <w:tcW w:w="50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F4598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1A89EC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29F755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10.00–22.00 h.</w:t>
            </w:r>
          </w:p>
        </w:tc>
        <w:tc>
          <w:tcPr>
            <w:tcW w:w="6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022E20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7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B06EF2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51BB5F9B" w14:textId="77777777" w:rsidTr="00A31CC0"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22A3C1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2.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F0DB89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1929/1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22E7FE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Dlouhá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82AD13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A911EE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21C755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E8C2B2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882170F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59AE037C" w14:textId="77777777" w:rsidTr="00A31CC0"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4FB040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3.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295327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714/1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67D91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Havelkova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EFFD34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58D355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B058D8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4D1EC5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EA276A3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54130A3D" w14:textId="77777777" w:rsidTr="00A31CC0">
        <w:trPr>
          <w:trHeight w:hRule="exact" w:val="658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C895B3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4.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848A0A" w14:textId="4179909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2038/1</w:t>
            </w:r>
            <w:r w:rsidR="00DE072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D2CD1">
              <w:rPr>
                <w:rFonts w:ascii="Arial" w:hAnsi="Arial" w:cs="Arial"/>
                <w:sz w:val="16"/>
                <w:szCs w:val="16"/>
              </w:rPr>
              <w:t>2038/18,</w:t>
            </w:r>
          </w:p>
          <w:p w14:paraId="47B04BD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2038/19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5974E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Jihlavská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FE5C16A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39EC01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1FBCCD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9AE788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B104D3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2"/>
      <w:bookmarkEnd w:id="3"/>
      <w:tr w:rsidR="0091712B" w:rsidRPr="005C0F58" w14:paraId="1FB91732" w14:textId="77777777" w:rsidTr="00A31CC0"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7C9C1A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5.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7D7866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593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80AAB6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Jihlavská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721D0CC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54034A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0F1E46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10.00–22.00 h.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094EF3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826B34C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7A6C3A15" w14:textId="77777777" w:rsidTr="00A31CC0"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BB8F91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6.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7F5C35" w14:textId="0D1DA302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3</w:t>
            </w:r>
            <w:r w:rsidR="00DE072C">
              <w:rPr>
                <w:rFonts w:ascii="Arial" w:hAnsi="Arial" w:cs="Arial"/>
                <w:sz w:val="16"/>
                <w:szCs w:val="16"/>
              </w:rPr>
              <w:t>9</w:t>
            </w:r>
            <w:r w:rsidRPr="004D2CD1">
              <w:rPr>
                <w:rFonts w:ascii="Arial" w:hAnsi="Arial" w:cs="Arial"/>
                <w:sz w:val="16"/>
                <w:szCs w:val="16"/>
              </w:rPr>
              <w:t>/2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012F60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Lány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D8352B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08EBF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51CA56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CC0A07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A97EA4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4D3EB798" w14:textId="77777777" w:rsidTr="00A31CC0"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FD3609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7.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0EBB3B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1316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31969B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Neužilova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26B9FCA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DDB5F0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99A2D0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07E241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37F7F2E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4035A965" w14:textId="77777777" w:rsidTr="00A31CC0"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160F4F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8.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56371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2748/11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8C750C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Okrouhlá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734BB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2B825D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352B6A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CF3E1F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8F2970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27DBB07B" w14:textId="77777777" w:rsidTr="00A31CC0"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B05D42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 9.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F69773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2765/1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1CF4E3" w14:textId="77777777" w:rsidR="0091712B" w:rsidRPr="004D2CD1" w:rsidRDefault="0091712B" w:rsidP="00A31CC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Švermova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5EB87B3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C1B2B2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F13A3F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5445BA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503A4F1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521AEF6D" w14:textId="77777777" w:rsidTr="00A31CC0"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0E2D22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E65202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1918/2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E4FCB4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Ukrajinská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BF676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EE7E03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64F748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6F55D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3D7E17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7F44D629" w14:textId="77777777" w:rsidTr="00A31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6015D8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2E13F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2617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F82FBC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Okrouhlá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4C3742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F0B178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D54845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426CB0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3506BD0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18338A68" w14:textId="77777777" w:rsidTr="00A31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D8EDAA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22558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37A316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C785FAE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FB6422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D68F4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F05B8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F4A38F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41522952" w14:textId="77777777" w:rsidTr="00A31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516903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365888" w14:textId="5CB18C2A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2222</w:t>
            </w:r>
            <w:r w:rsidR="00365A53">
              <w:rPr>
                <w:rFonts w:ascii="Arial" w:hAnsi="Arial" w:cs="Arial"/>
                <w:sz w:val="16"/>
                <w:szCs w:val="16"/>
              </w:rPr>
              <w:t>/7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EF14FA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Běloruská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C047DCE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5B3083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60F8E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10.00–22.00 h.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3A155A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2521090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6F6AC98D" w14:textId="77777777" w:rsidTr="00A31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0813CC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EC26E4" w14:textId="493F7FBF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212/1,213/1,</w:t>
            </w:r>
            <w:r w:rsidR="00F970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2CD1">
              <w:rPr>
                <w:rFonts w:ascii="Arial" w:hAnsi="Arial" w:cs="Arial"/>
                <w:sz w:val="16"/>
                <w:szCs w:val="16"/>
              </w:rPr>
              <w:t>213/4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9CD1FE" w14:textId="77777777" w:rsidR="0091712B" w:rsidRPr="004D2CD1" w:rsidRDefault="0091712B" w:rsidP="00A31CC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Čeňka Růžičky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30DCF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997B1F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151F1E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5786FB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E2372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32B8206C" w14:textId="77777777" w:rsidTr="00F97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02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C3261F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A869D6" w14:textId="4436F978" w:rsidR="0091712B" w:rsidRPr="004D2CD1" w:rsidRDefault="0091712B" w:rsidP="00F970E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204/1,</w:t>
            </w:r>
            <w:r w:rsidR="00F970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2CD1">
              <w:rPr>
                <w:rFonts w:ascii="Arial" w:hAnsi="Arial" w:cs="Arial"/>
                <w:sz w:val="16"/>
                <w:szCs w:val="16"/>
              </w:rPr>
              <w:t>211/1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F12CAF" w14:textId="77777777" w:rsidR="0091712B" w:rsidRPr="004D2CD1" w:rsidRDefault="0091712B" w:rsidP="00A31CC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Čeňka Růžičky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54BE57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AE6F9A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FC4655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22E732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00C4B7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128702F2" w14:textId="77777777" w:rsidTr="00A31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C0A34D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45B98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214/1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EB7A36" w14:textId="77777777" w:rsidR="0091712B" w:rsidRPr="004D2CD1" w:rsidRDefault="0091712B" w:rsidP="00A31CC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Čeňka Růžičky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BC415B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2434CC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0A4FCD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A42F35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B3E5E2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17BC963A" w14:textId="77777777" w:rsidTr="00A31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88AA58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FBE727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3031/8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DFC6AA" w14:textId="77777777" w:rsidR="0091712B" w:rsidRPr="004D2CD1" w:rsidRDefault="0091712B" w:rsidP="00A31CC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Spodní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D55F92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C02886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DF7744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EF5CB2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C3EF35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42F6E87A" w14:textId="77777777" w:rsidTr="00A31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DBFDF8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AAF732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1321/51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DA2CC7" w14:textId="77777777" w:rsidR="0091712B" w:rsidRPr="004D2CD1" w:rsidRDefault="0091712B" w:rsidP="00A31CC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Jihlavská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F4B28C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72800C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A72860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5.00–22.00 h.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C4A074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4C30BF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6F90A93E" w14:textId="77777777" w:rsidTr="00A31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41690A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675A83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2116/3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07F7B4" w14:textId="77777777" w:rsidR="0091712B" w:rsidRPr="004D2CD1" w:rsidRDefault="0091712B" w:rsidP="00A31CC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Dlouhá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B6A35D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A5DAA3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C16D5D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8D73F0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A567ED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6395850C" w14:textId="77777777" w:rsidTr="007C62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2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B99E8F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04A5FF" w14:textId="4B87A046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206/10, 208/1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60FD81" w14:textId="77777777" w:rsidR="0091712B" w:rsidRPr="004D2CD1" w:rsidRDefault="0091712B" w:rsidP="00A31CC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Čeňka Růžičky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FEA1DD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87DB76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FAF83D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10.00–22.00 h.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1202BD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0010E8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12B" w:rsidRPr="005C0F58" w14:paraId="7E8A13FD" w14:textId="77777777" w:rsidTr="00A31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1E056E" w14:textId="77777777" w:rsidR="0091712B" w:rsidRPr="004D2CD1" w:rsidRDefault="0091712B" w:rsidP="00A31CC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C358A0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2760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2BE225" w14:textId="77777777" w:rsidR="0091712B" w:rsidRPr="004D2CD1" w:rsidRDefault="0091712B" w:rsidP="00A31CC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Švermova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8F6E33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835C51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795556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CB89C6" w14:textId="77777777" w:rsidR="0091712B" w:rsidRPr="004D2CD1" w:rsidRDefault="0091712B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E71605A" w14:textId="77777777" w:rsidR="0091712B" w:rsidRPr="004D2CD1" w:rsidRDefault="0091712B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2DD310" w14:textId="77777777" w:rsidR="0091712B" w:rsidRPr="005C0F58" w:rsidRDefault="0091712B" w:rsidP="0091712B">
      <w:pPr>
        <w:pStyle w:val="Zkladntext2"/>
        <w:spacing w:after="0" w:line="240" w:lineRule="auto"/>
        <w:rPr>
          <w:rFonts w:ascii="Arial" w:hAnsi="Arial" w:cs="Arial"/>
          <w:sz w:val="20"/>
          <w:szCs w:val="20"/>
        </w:rPr>
      </w:pPr>
    </w:p>
    <w:p w14:paraId="0306D3EC" w14:textId="77777777" w:rsidR="0091712B" w:rsidRPr="005C0F58" w:rsidRDefault="0091712B" w:rsidP="0091712B">
      <w:pPr>
        <w:pStyle w:val="Zkladntext"/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7FCC6AC" w14:textId="77777777" w:rsidR="0091712B" w:rsidRPr="004D2CD1" w:rsidRDefault="0091712B" w:rsidP="0091712B">
      <w:pPr>
        <w:pStyle w:val="Zkladntext"/>
        <w:spacing w:before="360" w:after="240" w:line="240" w:lineRule="auto"/>
        <w:jc w:val="both"/>
        <w:rPr>
          <w:rFonts w:ascii="Arial" w:hAnsi="Arial" w:cs="Arial"/>
          <w:sz w:val="22"/>
          <w:szCs w:val="22"/>
        </w:rPr>
      </w:pPr>
      <w:r w:rsidRPr="004D2CD1">
        <w:rPr>
          <w:rFonts w:ascii="Arial" w:hAnsi="Arial" w:cs="Arial"/>
          <w:b/>
          <w:bCs/>
          <w:sz w:val="22"/>
          <w:szCs w:val="22"/>
        </w:rPr>
        <w:t>HLAVA D: Pojízdný prodej, pochůzkový prodej a prodej bez prodejního zařízení</w:t>
      </w:r>
      <w:r w:rsidRPr="004D2CD1">
        <w:rPr>
          <w:rFonts w:ascii="Arial" w:hAnsi="Arial" w:cs="Arial"/>
          <w:sz w:val="22"/>
          <w:szCs w:val="22"/>
        </w:rPr>
        <w:t xml:space="preserve"> </w:t>
      </w:r>
    </w:p>
    <w:p w14:paraId="775E8854" w14:textId="77777777" w:rsidR="00FE1565" w:rsidRPr="005C0F58" w:rsidRDefault="0091712B" w:rsidP="0091712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Pojízdný prodej a prodej bez prodejního zařízení je možno provozovat při splnění požadavků právních předpisů na celém území MČ Brno-Bohunice. Pochůzkový prodej je na celém území MČ Brno-Bohunice zakázán.</w:t>
      </w:r>
      <w:r w:rsidR="00FE1565" w:rsidRPr="005C0F58">
        <w:rPr>
          <w:rFonts w:ascii="Arial" w:hAnsi="Arial" w:cs="Arial"/>
          <w:sz w:val="20"/>
          <w:szCs w:val="20"/>
        </w:rPr>
        <w:t xml:space="preserve"> </w:t>
      </w:r>
    </w:p>
    <w:p w14:paraId="00A0F92D" w14:textId="77777777" w:rsidR="00FE1565" w:rsidRPr="005C0F58" w:rsidRDefault="00FE1565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3A83F429" w14:textId="77777777" w:rsidR="00FE1565" w:rsidRPr="005C0F58" w:rsidRDefault="00FE1565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733AA74D" w14:textId="77777777" w:rsidR="00FE1565" w:rsidRPr="005C0F58" w:rsidRDefault="00FE1565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2C313B8C" w14:textId="77777777" w:rsidR="00FE1565" w:rsidRPr="005C0F58" w:rsidRDefault="00FE1565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bookmarkEnd w:id="1"/>
    <w:p w14:paraId="77C62606" w14:textId="158DC25D" w:rsidR="00FE1565" w:rsidRDefault="00FE1565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7A6621C1" w14:textId="3B29DD41" w:rsidR="004D2CD1" w:rsidRDefault="004D2CD1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5019CF11" w14:textId="0929B1D2" w:rsidR="004D2CD1" w:rsidRDefault="004D2CD1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1F977552" w14:textId="77777777" w:rsidR="004D2CD1" w:rsidRPr="005C0F58" w:rsidRDefault="004D2CD1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38745F9A" w14:textId="77777777" w:rsidR="007C6237" w:rsidRDefault="007C6237">
      <w:pPr>
        <w:pStyle w:val="Zkladntext"/>
        <w:shd w:val="clear" w:color="000000" w:fill="auto"/>
        <w:rPr>
          <w:rFonts w:ascii="Arial" w:hAnsi="Arial" w:cs="Arial"/>
          <w:b/>
          <w:bCs/>
          <w:sz w:val="22"/>
          <w:szCs w:val="22"/>
        </w:rPr>
      </w:pPr>
      <w:bookmarkStart w:id="4" w:name="_Hlk155958257"/>
    </w:p>
    <w:p w14:paraId="68527E6F" w14:textId="77777777" w:rsidR="007C6237" w:rsidRDefault="007C6237">
      <w:pPr>
        <w:pStyle w:val="Zkladntext"/>
        <w:shd w:val="clear" w:color="000000" w:fill="auto"/>
        <w:rPr>
          <w:rFonts w:ascii="Arial" w:hAnsi="Arial" w:cs="Arial"/>
          <w:b/>
          <w:bCs/>
          <w:sz w:val="22"/>
          <w:szCs w:val="22"/>
        </w:rPr>
      </w:pPr>
    </w:p>
    <w:p w14:paraId="07ADAEEA" w14:textId="63845F8D" w:rsidR="00FE1565" w:rsidRPr="004D2CD1" w:rsidRDefault="00FE1565">
      <w:pPr>
        <w:pStyle w:val="Zkladntext"/>
        <w:shd w:val="clear" w:color="000000" w:fill="auto"/>
        <w:rPr>
          <w:rFonts w:ascii="Arial" w:hAnsi="Arial" w:cs="Arial"/>
          <w:b/>
          <w:bCs/>
          <w:sz w:val="22"/>
          <w:szCs w:val="22"/>
        </w:rPr>
      </w:pPr>
      <w:r w:rsidRPr="004D2CD1">
        <w:rPr>
          <w:rFonts w:ascii="Arial" w:hAnsi="Arial" w:cs="Arial"/>
          <w:b/>
          <w:bCs/>
          <w:sz w:val="22"/>
          <w:szCs w:val="22"/>
        </w:rPr>
        <w:lastRenderedPageBreak/>
        <w:t>ČÁST II</w:t>
      </w:r>
    </w:p>
    <w:p w14:paraId="2D1C0EDE" w14:textId="77777777" w:rsidR="00FE1565" w:rsidRPr="004D2CD1" w:rsidRDefault="00FE1565">
      <w:pPr>
        <w:pStyle w:val="Zkladntext"/>
        <w:shd w:val="clear" w:color="000000" w:fill="auto"/>
        <w:rPr>
          <w:rFonts w:ascii="Arial" w:hAnsi="Arial" w:cs="Arial"/>
          <w:b/>
          <w:bCs/>
          <w:sz w:val="22"/>
          <w:szCs w:val="22"/>
        </w:rPr>
      </w:pPr>
      <w:r w:rsidRPr="004D2CD1">
        <w:rPr>
          <w:rFonts w:ascii="Arial" w:hAnsi="Arial" w:cs="Arial"/>
          <w:b/>
          <w:bCs/>
          <w:sz w:val="22"/>
          <w:szCs w:val="22"/>
        </w:rPr>
        <w:t>MČ BRNO-BOSONOHY</w:t>
      </w:r>
    </w:p>
    <w:p w14:paraId="01C4481C" w14:textId="77777777" w:rsidR="00B83757" w:rsidRPr="004D2CD1" w:rsidRDefault="00B83757" w:rsidP="00B83757">
      <w:pPr>
        <w:pStyle w:val="Zkladntext"/>
        <w:spacing w:before="480" w:after="120" w:line="21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D2CD1">
        <w:rPr>
          <w:rFonts w:ascii="Arial" w:hAnsi="Arial" w:cs="Arial"/>
          <w:b/>
          <w:bCs/>
          <w:sz w:val="22"/>
          <w:szCs w:val="22"/>
        </w:rPr>
        <w:t xml:space="preserve">HLAVA 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4D2CD1">
        <w:rPr>
          <w:rFonts w:ascii="Arial" w:hAnsi="Arial" w:cs="Arial"/>
          <w:b/>
          <w:bCs/>
          <w:sz w:val="22"/>
          <w:szCs w:val="22"/>
        </w:rPr>
        <w:t>: Restaurační zahrádky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3"/>
        <w:gridCol w:w="1048"/>
        <w:gridCol w:w="2292"/>
        <w:gridCol w:w="1085"/>
        <w:gridCol w:w="834"/>
        <w:gridCol w:w="1353"/>
        <w:gridCol w:w="979"/>
        <w:gridCol w:w="1579"/>
      </w:tblGrid>
      <w:tr w:rsidR="00B83757" w:rsidRPr="005C0F58" w14:paraId="451B432C" w14:textId="77777777" w:rsidTr="00195737">
        <w:trPr>
          <w:trHeight w:val="274"/>
        </w:trPr>
        <w:tc>
          <w:tcPr>
            <w:tcW w:w="195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0F19C9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0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5D1606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1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22EB81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4B16924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CD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B83757" w:rsidRPr="005C0F58" w14:paraId="4055C973" w14:textId="77777777" w:rsidTr="00195737">
        <w:trPr>
          <w:trHeight w:val="506"/>
        </w:trPr>
        <w:tc>
          <w:tcPr>
            <w:tcW w:w="21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ECD88F" w14:textId="77777777" w:rsidR="00B83757" w:rsidRPr="004D2CD1" w:rsidRDefault="00B83757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3CBD2B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331DE95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Bosonohy</w:t>
            </w:r>
          </w:p>
        </w:tc>
        <w:tc>
          <w:tcPr>
            <w:tcW w:w="119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34CA4E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41D372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59B6B3" w14:textId="77777777" w:rsidR="00B83757" w:rsidRPr="004D2CD1" w:rsidRDefault="00B83757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FC2B549" w14:textId="77777777" w:rsidR="00B83757" w:rsidRPr="004D2CD1" w:rsidRDefault="00B83757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4D2CD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D2CD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B19D92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F69AD2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A9E2749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3757" w:rsidRPr="005C0F58" w14:paraId="122DD42E" w14:textId="77777777" w:rsidTr="00195737">
        <w:trPr>
          <w:cantSplit/>
          <w:trHeight w:hRule="exact" w:val="397"/>
        </w:trPr>
        <w:tc>
          <w:tcPr>
            <w:tcW w:w="2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1E27E1" w14:textId="77777777" w:rsidR="00B83757" w:rsidRPr="004D2CD1" w:rsidRDefault="00B83757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47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ECBA2E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573/1</w:t>
            </w:r>
          </w:p>
        </w:tc>
        <w:tc>
          <w:tcPr>
            <w:tcW w:w="119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AF4F94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ul. Pražská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55</w:t>
            </w:r>
          </w:p>
          <w:p w14:paraId="098CA494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(při </w:t>
            </w:r>
            <w:r>
              <w:rPr>
                <w:rFonts w:ascii="Arial" w:hAnsi="Arial" w:cs="Arial"/>
                <w:sz w:val="16"/>
                <w:szCs w:val="16"/>
              </w:rPr>
              <w:t>cukrárně Cukrlenka</w:t>
            </w:r>
            <w:r w:rsidRPr="004D2CD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6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928400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DEE3B8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D2DD17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4D2CD1">
              <w:rPr>
                <w:rFonts w:ascii="Arial" w:hAnsi="Arial" w:cs="Arial"/>
                <w:sz w:val="16"/>
                <w:szCs w:val="16"/>
              </w:rPr>
              <w:t>22 h.</w:t>
            </w:r>
          </w:p>
        </w:tc>
        <w:tc>
          <w:tcPr>
            <w:tcW w:w="5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788DA1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DE1DE7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3757" w:rsidRPr="005C0F58" w14:paraId="13ED2AA6" w14:textId="77777777" w:rsidTr="00195737">
        <w:trPr>
          <w:cantSplit/>
          <w:trHeight w:hRule="exact" w:val="397"/>
        </w:trPr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31911A" w14:textId="77777777" w:rsidR="00B83757" w:rsidRPr="004D2CD1" w:rsidRDefault="00B83757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984240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3266BF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Bosonožské nám.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77</w:t>
            </w:r>
            <w:r w:rsidRPr="004D2CD1">
              <w:rPr>
                <w:rFonts w:ascii="Arial" w:hAnsi="Arial" w:cs="Arial"/>
                <w:sz w:val="16"/>
                <w:szCs w:val="16"/>
              </w:rPr>
              <w:t xml:space="preserve"> (při hostinci 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4D2CD1">
              <w:rPr>
                <w:rFonts w:ascii="Arial" w:hAnsi="Arial" w:cs="Arial"/>
                <w:sz w:val="16"/>
                <w:szCs w:val="16"/>
              </w:rPr>
              <w:t xml:space="preserve"> Čoupků)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9C8188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221791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EF1BB8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4D2CD1">
              <w:rPr>
                <w:rFonts w:ascii="Arial" w:hAnsi="Arial" w:cs="Arial"/>
                <w:sz w:val="16"/>
                <w:szCs w:val="16"/>
              </w:rPr>
              <w:t>22 h.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076065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09FAF4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3757" w:rsidRPr="005C0F58" w14:paraId="1DA51AD4" w14:textId="77777777" w:rsidTr="00195737">
        <w:trPr>
          <w:cantSplit/>
          <w:trHeight w:hRule="exact" w:val="397"/>
        </w:trPr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89EB23" w14:textId="77777777" w:rsidR="00B83757" w:rsidRPr="004D2CD1" w:rsidRDefault="00B83757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4D2CD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0E6679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264/8</w:t>
            </w:r>
          </w:p>
        </w:tc>
        <w:tc>
          <w:tcPr>
            <w:tcW w:w="1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7DF1BF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hřiště ul. Hoštická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2a</w:t>
            </w:r>
          </w:p>
          <w:p w14:paraId="03AFF24C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 xml:space="preserve">(při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4D2CD1">
              <w:rPr>
                <w:rFonts w:ascii="Arial" w:hAnsi="Arial" w:cs="Arial"/>
                <w:sz w:val="16"/>
                <w:szCs w:val="16"/>
              </w:rPr>
              <w:t>ivnici</w:t>
            </w:r>
            <w:r>
              <w:rPr>
                <w:rFonts w:ascii="Arial" w:hAnsi="Arial" w:cs="Arial"/>
                <w:sz w:val="16"/>
                <w:szCs w:val="16"/>
              </w:rPr>
              <w:t xml:space="preserve"> U Meka</w:t>
            </w:r>
            <w:r w:rsidRPr="004D2CD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EF1325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BE3B7F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FD54CC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CD1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4D2CD1">
              <w:rPr>
                <w:rFonts w:ascii="Arial" w:hAnsi="Arial" w:cs="Arial"/>
                <w:sz w:val="16"/>
                <w:szCs w:val="16"/>
              </w:rPr>
              <w:t>22 h.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AAF1E5" w14:textId="77777777" w:rsidR="00B83757" w:rsidRPr="004D2CD1" w:rsidRDefault="00B83757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70ECB96" w14:textId="77777777" w:rsidR="00B83757" w:rsidRPr="004D2CD1" w:rsidRDefault="00B83757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02E89E" w14:textId="77777777" w:rsidR="00B83757" w:rsidRPr="008606D2" w:rsidRDefault="00B83757" w:rsidP="00B83757">
      <w:pPr>
        <w:pStyle w:val="Zkladntext"/>
        <w:spacing w:before="48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8606D2">
        <w:rPr>
          <w:rFonts w:ascii="Arial" w:hAnsi="Arial" w:cs="Arial"/>
          <w:b/>
          <w:bCs/>
          <w:sz w:val="22"/>
          <w:szCs w:val="22"/>
        </w:rPr>
        <w:t xml:space="preserve">HLAVA 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8606D2">
        <w:rPr>
          <w:rFonts w:ascii="Arial" w:hAnsi="Arial" w:cs="Arial"/>
          <w:b/>
          <w:bCs/>
          <w:sz w:val="22"/>
          <w:szCs w:val="22"/>
        </w:rPr>
        <w:t>: Pojízdný prodej, pochůzkový prodej a prodej bez prodejního zařízení</w:t>
      </w:r>
    </w:p>
    <w:p w14:paraId="24A2D8AE" w14:textId="77777777" w:rsidR="00B83757" w:rsidRDefault="00B83757" w:rsidP="00B83757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Pojízdný prodej, pochůzkový prodej a prodej bez prodejního zařízení lze provozovat při splnění požadavků právních předpisů na celém území MČ Brno-Bosonohy.</w:t>
      </w:r>
    </w:p>
    <w:p w14:paraId="165F588A" w14:textId="77777777" w:rsidR="00B83757" w:rsidRDefault="00B83757" w:rsidP="00B83757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5F2AA3EE" w14:textId="56E7480F" w:rsidR="00FE1565" w:rsidRPr="005C0F58" w:rsidRDefault="00FE1565" w:rsidP="00E02B14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  </w:t>
      </w:r>
    </w:p>
    <w:p w14:paraId="01DFBADB" w14:textId="77777777" w:rsidR="00FE1565" w:rsidRPr="005C0F58" w:rsidRDefault="00FE1565">
      <w:pPr>
        <w:pStyle w:val="Zkladntext"/>
        <w:rPr>
          <w:rFonts w:ascii="Arial" w:hAnsi="Arial" w:cs="Arial"/>
          <w:b/>
          <w:bCs/>
          <w:sz w:val="20"/>
          <w:szCs w:val="20"/>
        </w:rPr>
      </w:pPr>
      <w:bookmarkStart w:id="5" w:name="InLink_9"/>
    </w:p>
    <w:p w14:paraId="7F100B6B" w14:textId="77777777" w:rsidR="00FE1565" w:rsidRPr="005C0F58" w:rsidRDefault="00FE156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592F9FE" w14:textId="77777777" w:rsidR="00FE1565" w:rsidRPr="005C0F58" w:rsidRDefault="00FE156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bookmarkEnd w:id="4"/>
    <w:p w14:paraId="128D41E5" w14:textId="77777777" w:rsidR="00FE1565" w:rsidRPr="005C0F58" w:rsidRDefault="00FE156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0259FA5" w14:textId="77777777" w:rsidR="00F836D0" w:rsidRPr="005C0F58" w:rsidRDefault="00F836D0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bookmarkEnd w:id="5"/>
    <w:p w14:paraId="4E6A5249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FE39016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81B8677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3026158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D5D25D6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9817DC6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7C2F882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DC47C6C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5E63C56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CA587E3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55ABE5F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546111D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C0B4DC4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8B335F0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E291AF2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9FB78D4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F57185C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B4E55DE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740F453" w14:textId="77777777" w:rsidR="00EE013A" w:rsidRPr="005C0F58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1E9E35B" w14:textId="51FEDE59" w:rsidR="00EE013A" w:rsidRDefault="00EE013A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9A4E29C" w14:textId="05965231" w:rsidR="004D2CD1" w:rsidRDefault="004D2CD1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2DBDB45" w14:textId="7777CC1E" w:rsidR="004D2CD1" w:rsidRDefault="004D2CD1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9DE8406" w14:textId="787BAE05" w:rsidR="004D2CD1" w:rsidRDefault="004D2CD1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BCFFFD6" w14:textId="35967EB3" w:rsidR="004D2CD1" w:rsidRDefault="004D2CD1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9875737" w14:textId="0829D00C" w:rsidR="004D2CD1" w:rsidRDefault="004D2CD1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71F0186" w14:textId="606CB7EE" w:rsidR="004D2CD1" w:rsidRDefault="004D2CD1" w:rsidP="00897B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4C3CD50" w14:textId="398D3686" w:rsidR="00897B0A" w:rsidRPr="00A5254A" w:rsidRDefault="00897B0A" w:rsidP="00897B0A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A5254A">
        <w:rPr>
          <w:rFonts w:ascii="Arial" w:hAnsi="Arial" w:cs="Arial"/>
          <w:b/>
          <w:bCs/>
          <w:sz w:val="22"/>
          <w:szCs w:val="22"/>
        </w:rPr>
        <w:lastRenderedPageBreak/>
        <w:t>ČÁST III</w:t>
      </w:r>
    </w:p>
    <w:p w14:paraId="06A832D5" w14:textId="77777777" w:rsidR="00897B0A" w:rsidRPr="00A5254A" w:rsidRDefault="00897B0A" w:rsidP="00897B0A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A5254A">
        <w:rPr>
          <w:rFonts w:ascii="Arial" w:hAnsi="Arial" w:cs="Arial"/>
          <w:b/>
          <w:bCs/>
          <w:sz w:val="22"/>
          <w:szCs w:val="22"/>
        </w:rPr>
        <w:t>MČ BRNO-BYSTRC</w:t>
      </w:r>
    </w:p>
    <w:p w14:paraId="7DB2D4C4" w14:textId="77777777" w:rsidR="00897B0A" w:rsidRPr="00A5254A" w:rsidRDefault="00897B0A" w:rsidP="00897B0A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1570E6CE" w14:textId="77777777" w:rsidR="00B103B8" w:rsidRPr="00A5254A" w:rsidRDefault="00B103B8" w:rsidP="00B103B8">
      <w:pPr>
        <w:pStyle w:val="Zkladntext"/>
        <w:spacing w:after="160" w:line="240" w:lineRule="auto"/>
        <w:rPr>
          <w:rFonts w:ascii="Arial" w:hAnsi="Arial" w:cs="Arial"/>
          <w:b/>
          <w:bCs/>
          <w:sz w:val="22"/>
          <w:szCs w:val="22"/>
        </w:rPr>
      </w:pPr>
      <w:r w:rsidRPr="00A5254A">
        <w:rPr>
          <w:rFonts w:ascii="Arial" w:hAnsi="Arial" w:cs="Arial"/>
          <w:b/>
          <w:bCs/>
          <w:sz w:val="22"/>
          <w:szCs w:val="22"/>
        </w:rPr>
        <w:t>HLAVA A: Tržní místa</w:t>
      </w:r>
      <w:bookmarkStart w:id="6" w:name="_Hlk69285355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32"/>
        <w:gridCol w:w="1131"/>
        <w:gridCol w:w="1844"/>
        <w:gridCol w:w="1039"/>
        <w:gridCol w:w="824"/>
        <w:gridCol w:w="1522"/>
        <w:gridCol w:w="1171"/>
        <w:gridCol w:w="1520"/>
      </w:tblGrid>
      <w:tr w:rsidR="00B103B8" w:rsidRPr="005C0F58" w14:paraId="75953581" w14:textId="77777777" w:rsidTr="008C55C2">
        <w:trPr>
          <w:trHeight w:val="274"/>
        </w:trPr>
        <w:tc>
          <w:tcPr>
            <w:tcW w:w="183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532376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7" w:name="_Hlk167181211"/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84294E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315B18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88085AD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B103B8" w:rsidRPr="005C0F58" w14:paraId="1BC7B3B1" w14:textId="77777777" w:rsidTr="008C55C2">
        <w:tc>
          <w:tcPr>
            <w:tcW w:w="27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329936" w14:textId="77777777" w:rsidR="00B103B8" w:rsidRPr="00A5254A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2C967E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71962C92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38E436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97B92C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počet pro-</w:t>
            </w:r>
          </w:p>
          <w:p w14:paraId="05A78064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F520AC" w14:textId="77777777" w:rsidR="00B103B8" w:rsidRPr="00A5254A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7F31DA2" w14:textId="77777777" w:rsidR="00B103B8" w:rsidRPr="00A5254A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(m</w:t>
            </w:r>
            <w:r w:rsidRPr="00A5254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A5254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C49DB4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E2D1A9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9924758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B103B8" w:rsidRPr="005C0F58" w14:paraId="52B21B9E" w14:textId="77777777" w:rsidTr="008C55C2">
        <w:tc>
          <w:tcPr>
            <w:tcW w:w="27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455408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  1.</w:t>
            </w:r>
          </w:p>
        </w:tc>
        <w:tc>
          <w:tcPr>
            <w:tcW w:w="5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B5A2BB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6882/1</w:t>
            </w:r>
          </w:p>
        </w:tc>
        <w:tc>
          <w:tcPr>
            <w:tcW w:w="9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30A205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u OC MAX na ul. Kubíčkova (chodník u lávky)</w:t>
            </w:r>
          </w:p>
        </w:tc>
        <w:tc>
          <w:tcPr>
            <w:tcW w:w="5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C47B99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C67800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9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F63C31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6FF360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D87FF7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vyjma textilu</w:t>
            </w:r>
          </w:p>
        </w:tc>
      </w:tr>
      <w:bookmarkEnd w:id="7"/>
      <w:tr w:rsidR="00B103B8" w:rsidRPr="005C0F58" w14:paraId="151FD4DC" w14:textId="77777777" w:rsidTr="008C55C2">
        <w:tc>
          <w:tcPr>
            <w:tcW w:w="27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DA6407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  2.  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3C1C08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6882/3, 7514/2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0C67A6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u OC MAX na ul. Kubíčkova (chodník před hlav. vstupem)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5F1382D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04ED57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11F807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64DAB8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62784D5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vyjma textilu</w:t>
            </w:r>
          </w:p>
        </w:tc>
      </w:tr>
      <w:tr w:rsidR="00B103B8" w:rsidRPr="005C0F58" w14:paraId="64384C2E" w14:textId="77777777" w:rsidTr="008C55C2">
        <w:tc>
          <w:tcPr>
            <w:tcW w:w="27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35BF49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F81250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6882/3, 7514/2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E342C9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u OC MAX na ul. Kubíčkova (chodník před hlav. vstupem)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85CF13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65F35C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35EC36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B39AA7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340B3A4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vánoční zboží</w:t>
            </w:r>
          </w:p>
        </w:tc>
      </w:tr>
      <w:bookmarkEnd w:id="6"/>
      <w:tr w:rsidR="00B103B8" w:rsidRPr="005C0F58" w14:paraId="19050064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CF63FE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  3.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3BEB9A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339/27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CA5519" w14:textId="77777777" w:rsidR="00B103B8" w:rsidRPr="003D07A7" w:rsidRDefault="00B103B8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Říčanská – na chodníku u OC Albert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2F9E56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DA25A0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E269E7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405A9A6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849F9E8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vyjma textilu</w:t>
            </w:r>
          </w:p>
        </w:tc>
      </w:tr>
      <w:tr w:rsidR="00B103B8" w:rsidRPr="005C0F58" w14:paraId="73437450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ECBE43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  4.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4C0A8C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7697/1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3D8097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ul. Vondrákova – parkoviště pod OC Albert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7AF1A0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947FFC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FEBFF0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16286A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193643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vyjma textilu</w:t>
            </w:r>
          </w:p>
        </w:tc>
      </w:tr>
      <w:tr w:rsidR="00B103B8" w:rsidRPr="005C0F58" w14:paraId="41508E70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D2284E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  5.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61334C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  <w:r w:rsidRPr="00A5254A">
              <w:rPr>
                <w:rFonts w:ascii="Arial" w:hAnsi="Arial" w:cs="Arial"/>
                <w:sz w:val="16"/>
                <w:szCs w:val="16"/>
              </w:rPr>
              <w:t>2/1</w:t>
            </w:r>
            <w:r>
              <w:rPr>
                <w:rFonts w:ascii="Arial" w:hAnsi="Arial" w:cs="Arial"/>
                <w:sz w:val="16"/>
                <w:szCs w:val="16"/>
              </w:rPr>
              <w:t>, 462/4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F9A0EE" w14:textId="77777777" w:rsidR="00B103B8" w:rsidRPr="00A5254A" w:rsidRDefault="00B103B8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nám. 28. dubna u budovy Bystrckého mlýna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9FBEC1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65B8FE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25+25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76E209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A5254A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CA2D30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3473F0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občerstvení, potraviny</w:t>
            </w:r>
          </w:p>
        </w:tc>
      </w:tr>
      <w:tr w:rsidR="00B103B8" w:rsidRPr="005C0F58" w14:paraId="09A9E523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7526C5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  6.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5D235E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7695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2291C9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ul. Vondrákova – chodník pod OC Albert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C3F8E2F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3E6375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7A7D29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2058E6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FF4294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65BAA0B4" w14:textId="77777777" w:rsidTr="008C55C2">
        <w:trPr>
          <w:trHeight w:val="250"/>
        </w:trPr>
        <w:tc>
          <w:tcPr>
            <w:tcW w:w="27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C81A20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  7.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9F101E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58/10, 2/1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3A4E94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nám. 28 dubna – plocha před OC Albert a u kostela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E54B06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7BF50E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74E5B0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9C7557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prosinec 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4E73BB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tradiční vánoční zboží</w:t>
            </w:r>
          </w:p>
        </w:tc>
      </w:tr>
      <w:tr w:rsidR="00B103B8" w:rsidRPr="005C0F58" w14:paraId="2D09F10D" w14:textId="77777777" w:rsidTr="008C55C2">
        <w:trPr>
          <w:trHeight w:val="250"/>
        </w:trPr>
        <w:tc>
          <w:tcPr>
            <w:tcW w:w="27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B3F614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F42B30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58/10, 2/1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29CD0B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nám. 28 dubna – plocha před OC Albert a u kostela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9ABFB74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DA96E3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DB6525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C41EC0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akce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254A">
              <w:rPr>
                <w:rFonts w:ascii="Arial" w:hAnsi="Arial" w:cs="Arial"/>
                <w:sz w:val="16"/>
                <w:szCs w:val="16"/>
              </w:rPr>
              <w:t>pořádané MČ Brno-Bystrc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DC6B38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47F2089C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7151EB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  8.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60882D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73/3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54FE17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nám. 28 dubna – před OC Albert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A486BB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D18DA0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32F6DC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35378E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A11011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tradiční vánoční zboží</w:t>
            </w:r>
          </w:p>
        </w:tc>
      </w:tr>
      <w:tr w:rsidR="00B103B8" w:rsidRPr="005C0F58" w14:paraId="071F926C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41177F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  9.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2F4045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77/1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C18ECD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ul. Na Zeliskách – dvorní trakt za OC Albert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903281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EE4526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DF84D1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CF720BC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AFD232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vyjma textilu</w:t>
            </w:r>
          </w:p>
        </w:tc>
      </w:tr>
      <w:tr w:rsidR="00B103B8" w:rsidRPr="005C0F58" w14:paraId="5D435EF8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40ECEF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CE7367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3443/1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2E0372" w14:textId="77777777" w:rsidR="00B103B8" w:rsidRPr="00A5254A" w:rsidRDefault="00B103B8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Přístavní – nad přístavištěm lodní dopravy DPMB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146FBC4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354F64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338A38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6.00–22.00 h., v 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5F4A467B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7EC91B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DF5E446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B103B8" w:rsidRPr="005C0F58" w14:paraId="02215801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9F2E93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CABF7B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3291/2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2091BF" w14:textId="77777777" w:rsidR="00B103B8" w:rsidRPr="00A5254A" w:rsidRDefault="00B103B8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Přístavní – před objektem TeePee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E8431D8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78F3B4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29F7C3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6.00–22.00 h., v 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7412D698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BF6E7F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FEB98D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B103B8" w:rsidRPr="005C0F58" w14:paraId="4A55DF31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39C28E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E99129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1411/4, 1411/2, 1411/38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72BEFE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4"/>
                <w:sz w:val="16"/>
                <w:szCs w:val="16"/>
              </w:rPr>
              <w:t>k ul. U Zoologické zahrady před lávkou podél chodníku od zastávky tram. MHD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15DBBC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9B7D62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25FA62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035D18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170CE0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vyjma textilu</w:t>
            </w:r>
            <w:r>
              <w:rPr>
                <w:rFonts w:ascii="Arial" w:hAnsi="Arial" w:cs="Arial"/>
                <w:sz w:val="16"/>
                <w:szCs w:val="16"/>
              </w:rPr>
              <w:t>, masa a uzenin</w:t>
            </w:r>
          </w:p>
        </w:tc>
      </w:tr>
      <w:tr w:rsidR="00B103B8" w:rsidRPr="005C0F58" w14:paraId="039E43D7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603157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51CEF1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3284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7CC274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ul. Přístavní – tržiště nad Přístavištěm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3C99E2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E8405B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F9A0F4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6.00–22.00 h., v 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24A06578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61623E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B02C077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38DE1C3F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9D41D4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F36118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3442/2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E0B1F5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ul. Přístavní – nezpevněná plocha u loděnice DPMB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17CE7B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5933A6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1158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1F67F4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E3F733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8F2729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3A26F694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EE7A3F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D4A92A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3439/1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676A87C6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3439/5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E796C2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ul. Přístavní – </w:t>
            </w:r>
            <w:r w:rsidRPr="0006516E">
              <w:rPr>
                <w:rFonts w:ascii="Arial" w:hAnsi="Arial" w:cs="Arial"/>
                <w:spacing w:val="-4"/>
                <w:sz w:val="16"/>
                <w:szCs w:val="16"/>
              </w:rPr>
              <w:t>parkoviště u Přístaviště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8F9CE4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82BFF4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A5254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0AC769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690E3D5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F81304E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122FEE00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CE683B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815875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384/1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2B3CC0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ul. Přístavní – pravá strana příjezdové komunikace k Přístavišti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EC646BA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941128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62FF3A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 xml:space="preserve">6.00–22.00 h., v 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5EE629C9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EDDFC6E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pacing w:val="-10"/>
                <w:sz w:val="16"/>
                <w:szCs w:val="16"/>
              </w:rPr>
              <w:t>pouze pro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8F2AA0">
              <w:rPr>
                <w:rFonts w:ascii="Arial" w:hAnsi="Arial" w:cs="Arial"/>
                <w:spacing w:val="-10"/>
                <w:sz w:val="16"/>
                <w:szCs w:val="16"/>
              </w:rPr>
              <w:t>akce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8F2AA0">
              <w:rPr>
                <w:rFonts w:ascii="Arial" w:hAnsi="Arial" w:cs="Arial"/>
                <w:spacing w:val="-10"/>
                <w:sz w:val="16"/>
                <w:szCs w:val="16"/>
              </w:rPr>
              <w:t>pod záštitou statutárního města Brna a MČ Brno-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>B</w:t>
            </w:r>
            <w:r w:rsidRPr="008F2AA0">
              <w:rPr>
                <w:rFonts w:ascii="Arial" w:hAnsi="Arial" w:cs="Arial"/>
                <w:spacing w:val="-10"/>
                <w:sz w:val="16"/>
                <w:szCs w:val="16"/>
              </w:rPr>
              <w:t>ystrc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29DDD4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1B3D1198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CA43A0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9131DC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3268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328B82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ul. Přístavní – nad areálem lodní dopravy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1EB1BF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95DD14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4F294C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F02B11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B0F894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03A2423E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D8C72B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5D7304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1723/7,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F2AA0">
              <w:rPr>
                <w:rFonts w:ascii="Arial" w:hAnsi="Arial" w:cs="Arial"/>
                <w:sz w:val="16"/>
                <w:szCs w:val="16"/>
              </w:rPr>
              <w:t>1723/8, 1723/103,  1723/104, 1723/121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125BB7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ul. Přístavní – vedle hlídaného parkoviště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655273D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CF2BFE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1376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D7B181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C149A7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8335074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242AF268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D3FEAC" w14:textId="77777777" w:rsidR="00B103B8" w:rsidRPr="00A5254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DDBE2A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8F2AA0">
              <w:rPr>
                <w:rFonts w:ascii="Arial" w:hAnsi="Arial" w:cs="Arial"/>
                <w:spacing w:val="-6"/>
                <w:sz w:val="16"/>
                <w:szCs w:val="16"/>
              </w:rPr>
              <w:t>3256/1, 3488,</w:t>
            </w:r>
          </w:p>
          <w:p w14:paraId="6AD51525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F2AA0">
              <w:rPr>
                <w:rFonts w:ascii="Arial" w:hAnsi="Arial" w:cs="Arial"/>
                <w:spacing w:val="-4"/>
                <w:sz w:val="16"/>
                <w:szCs w:val="16"/>
              </w:rPr>
              <w:t>3494, 3517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990CA7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pláže Rakovec, podél plážové komunikace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871ED7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B6CC1D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C13C3E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30E9D9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87DCB6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B103B8" w:rsidRPr="00A5254A" w14:paraId="5B4CD3B9" w14:textId="77777777" w:rsidTr="008C55C2">
        <w:trPr>
          <w:trHeight w:val="274"/>
        </w:trPr>
        <w:tc>
          <w:tcPr>
            <w:tcW w:w="183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A253C7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74C485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A40A3F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629C3E5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B103B8" w:rsidRPr="00A5254A" w14:paraId="7262016F" w14:textId="77777777" w:rsidTr="008C55C2">
        <w:tc>
          <w:tcPr>
            <w:tcW w:w="27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634E81" w14:textId="77777777" w:rsidR="00B103B8" w:rsidRPr="00A5254A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C76CB9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EA2E872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BC4531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B7323C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počet pro-</w:t>
            </w:r>
          </w:p>
          <w:p w14:paraId="760EDB92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0A5D96" w14:textId="77777777" w:rsidR="00B103B8" w:rsidRPr="00A5254A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FB50C8C" w14:textId="77777777" w:rsidR="00B103B8" w:rsidRPr="00A5254A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(m</w:t>
            </w:r>
            <w:r w:rsidRPr="00A5254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A5254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AF3485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7EAE1B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9EA08D8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B103B8" w:rsidRPr="005C0F58" w14:paraId="2D8C154E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DDFDA8" w14:textId="77777777" w:rsidR="00B103B8" w:rsidRPr="008F2AA0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58D319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3528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A74158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pláže Rakovec, vedle oploceného hřiště a vedle oplocení DPMB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82AFF3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A4D518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8FCF10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 xml:space="preserve">6.00–22.00 h., v 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16076E62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2269B6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3E493A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B103B8" w:rsidRPr="005C0F58" w14:paraId="28AA45B5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1A2601" w14:textId="77777777" w:rsidR="00B103B8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30D7F1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3527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D921D4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pláže Rakovec, vedle sociálního zařízení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F37D6F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1FE6BD" w14:textId="77777777" w:rsidR="00B103B8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E3AB36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 xml:space="preserve">6.00–22.00 h., v 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3B2C2C8E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B619D5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D09B67A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B103B8" w:rsidRPr="005C0F58" w14:paraId="10543194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40ED13" w14:textId="77777777" w:rsidR="00B103B8" w:rsidRPr="008F2AA0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D3ADD9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7391/4, 7391/3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C11D4C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ul. Vejrostova, parkoviště při ul. Ečerova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8DC0AE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25B0E0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FF36CC" w14:textId="77777777" w:rsidR="00B103B8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E61D81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06D633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tradiční vánoční zboží</w:t>
            </w:r>
          </w:p>
        </w:tc>
      </w:tr>
      <w:tr w:rsidR="00B103B8" w:rsidRPr="005C0F58" w14:paraId="4BFE9A1D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FEC672" w14:textId="77777777" w:rsidR="00B103B8" w:rsidRPr="008F2AA0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0FC86D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7562/3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88BC3D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ul. Ečerova před OC Albert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AA444E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0B3D81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8F2AA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43372F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3A8DE31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060C8A7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vyjma textilu</w:t>
            </w:r>
          </w:p>
        </w:tc>
      </w:tr>
      <w:tr w:rsidR="00B103B8" w:rsidRPr="005C0F58" w14:paraId="577CFE8D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6B36A9" w14:textId="77777777" w:rsidR="00B103B8" w:rsidRPr="008F2AA0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24.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1CA8FF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1938/709, 1938/711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8BE993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 xml:space="preserve">ul. Vejrostova – </w:t>
            </w:r>
            <w:r w:rsidRPr="0006516E">
              <w:rPr>
                <w:rFonts w:ascii="Arial" w:hAnsi="Arial" w:cs="Arial"/>
                <w:spacing w:val="-4"/>
                <w:sz w:val="16"/>
                <w:szCs w:val="16"/>
              </w:rPr>
              <w:t>parkoviště u Bystroušky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18C6E74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762341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336545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CC0D278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572D99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16BF6966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3E5B5C" w14:textId="77777777" w:rsidR="00B103B8" w:rsidRPr="008F2AA0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25.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43C718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3524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39A222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 xml:space="preserve">louka nad plážemi Rakovec, minimálně 6 m od plážové komunikace 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0DD7F5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229F8E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4FE459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F81B66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E3FF5A4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B103B8" w:rsidRPr="005C0F58" w14:paraId="310EDA50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3B3935" w14:textId="77777777" w:rsidR="00B103B8" w:rsidRPr="008F2AA0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0E8737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3275/1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65FE1A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ul. Přístavní – nad areálem lodní dopravy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D22356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A23F55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647658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 xml:space="preserve">6.00–22.00 h., v 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7E1CFF55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97C5943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794311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B103B8" w:rsidRPr="005C0F58" w14:paraId="369E27D5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DA01B6" w14:textId="77777777" w:rsidR="00B103B8" w:rsidRPr="008F2AA0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27.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806401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3426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895FBE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ul. Přístavní – Jachtklub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2ACCA5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F9C0DD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68BFD7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 xml:space="preserve">6.00–22.00 h., v 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2D9487FA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3158BD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E26191D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B103B8" w:rsidRPr="005C0F58" w14:paraId="3E3F6CEC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6AD5FE" w14:textId="77777777" w:rsidR="00B103B8" w:rsidRPr="008F2AA0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A05347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8275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A7BB1C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ul. Říčanská před supermarketem Albert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C205BA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62816A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0BBF56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B81B96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071F10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sezónní zboží</w:t>
            </w:r>
          </w:p>
        </w:tc>
      </w:tr>
      <w:tr w:rsidR="00B103B8" w:rsidRPr="005C0F58" w14:paraId="784155C4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4277D9" w14:textId="77777777" w:rsidR="00B103B8" w:rsidRPr="008F2AA0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FC78B3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3491/1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AF660F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zeleň nad plážemi Rakovec, minimálně 6 m od plážové komunikace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EB312E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CA828F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FF816A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 xml:space="preserve">6.00–22.00 h., v 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0E1494B4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998506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910389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B103B8" w:rsidRPr="005C0F58" w14:paraId="24C1BDB0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84267A" w14:textId="77777777" w:rsidR="00B103B8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C51446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3539/1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A7A84F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Rakovecká zátoka, nad restaurací Rybářská bašta u provozovny Sun´s Caffé s půjčovnou lodí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F0A13D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666006" w14:textId="77777777" w:rsidR="00B103B8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7EAF3C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 xml:space="preserve">6.00–22.00 h., v 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2D15373D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F4D99B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4CDCDC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7AB6F75A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96D3A4" w14:textId="77777777" w:rsidR="00B103B8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421817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1938/1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A2F834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Ečerova mezi podchodem a parkovištěm u OC Albert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118D886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3793C6" w14:textId="77777777" w:rsidR="00B103B8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2CFFF4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63F221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4CC88E" w14:textId="77777777" w:rsidR="00B103B8" w:rsidRPr="008F2AA0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vyjma textilu</w:t>
            </w:r>
          </w:p>
        </w:tc>
      </w:tr>
      <w:tr w:rsidR="00B103B8" w:rsidRPr="005C0F58" w14:paraId="47CC72FD" w14:textId="77777777" w:rsidTr="008C55C2"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3C3CFE" w14:textId="77777777" w:rsidR="00B103B8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FCBB83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F2A3B">
              <w:rPr>
                <w:rFonts w:ascii="Arial" w:hAnsi="Arial" w:cs="Arial"/>
                <w:sz w:val="16"/>
                <w:szCs w:val="16"/>
              </w:rPr>
              <w:t>4091, 4213, 4216/2, 4217/1, 4217/2, 4217/3, 4217/4, 4217/6, 4218, 4219/2, 4219/3, 4219/11, 4219/14, 4460, 4701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B23EE6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6F2A3B">
              <w:rPr>
                <w:rFonts w:ascii="Arial" w:hAnsi="Arial" w:cs="Arial"/>
                <w:sz w:val="16"/>
                <w:szCs w:val="16"/>
              </w:rPr>
              <w:t>láž Kozí horka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23BAC5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C100C4" w14:textId="77777777" w:rsidR="00B103B8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2A3B">
              <w:rPr>
                <w:rFonts w:ascii="Arial" w:hAnsi="Arial" w:cs="Arial"/>
                <w:sz w:val="16"/>
                <w:szCs w:val="16"/>
              </w:rPr>
              <w:t>13430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4739F0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2A3B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86AB1F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F2A3B">
              <w:rPr>
                <w:rFonts w:ascii="Arial" w:hAnsi="Arial" w:cs="Arial"/>
                <w:sz w:val="16"/>
                <w:szCs w:val="16"/>
              </w:rPr>
              <w:t>pouze pro akce konané pod záštitou statutárního města Brna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5F6C59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6F2EF56C" w14:textId="77777777" w:rsidTr="008C55C2">
        <w:trPr>
          <w:trHeight w:val="317"/>
        </w:trPr>
        <w:tc>
          <w:tcPr>
            <w:tcW w:w="27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6439E4" w14:textId="77777777" w:rsidR="00B103B8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</w:t>
            </w:r>
          </w:p>
        </w:tc>
        <w:tc>
          <w:tcPr>
            <w:tcW w:w="59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0D9B78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3550/4</w:t>
            </w:r>
          </w:p>
        </w:tc>
        <w:tc>
          <w:tcPr>
            <w:tcW w:w="96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123AE9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B0A65">
              <w:rPr>
                <w:rFonts w:ascii="Arial" w:hAnsi="Arial" w:cs="Arial"/>
                <w:sz w:val="16"/>
                <w:szCs w:val="16"/>
              </w:rPr>
              <w:t>ul. Rakovecká – za silničním náspem u vodní plochy zátoky Rakovec („trdliště“)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6AE134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4E3239" w14:textId="77777777" w:rsidR="00B103B8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E9A699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6F2A3B">
              <w:rPr>
                <w:rFonts w:ascii="Arial" w:hAnsi="Arial" w:cs="Arial"/>
                <w:sz w:val="16"/>
                <w:szCs w:val="16"/>
              </w:rPr>
              <w:t>.00–2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F2A3B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A91905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319BB3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B103B8" w:rsidRPr="005C0F58" w14:paraId="73E32F57" w14:textId="77777777" w:rsidTr="008C55C2">
        <w:tc>
          <w:tcPr>
            <w:tcW w:w="27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8A1070" w14:textId="77777777" w:rsidR="00B103B8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A5A196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34A593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C0C714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A21976" w14:textId="77777777" w:rsidR="00B103B8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B7C3D9" w14:textId="77777777" w:rsidR="00B103B8" w:rsidRPr="00A5254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2A3B">
              <w:rPr>
                <w:rFonts w:ascii="Arial" w:hAnsi="Arial" w:cs="Arial"/>
                <w:sz w:val="16"/>
                <w:szCs w:val="16"/>
              </w:rPr>
              <w:t>6.00–2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F2A3B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E11899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798B57" w14:textId="77777777" w:rsidR="00B103B8" w:rsidRPr="00A5254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farmářské trhy</w:t>
            </w:r>
          </w:p>
        </w:tc>
      </w:tr>
    </w:tbl>
    <w:p w14:paraId="6D9C1949" w14:textId="77777777" w:rsidR="00B103B8" w:rsidRPr="00A5254A" w:rsidRDefault="00B103B8" w:rsidP="00B103B8">
      <w:pPr>
        <w:pStyle w:val="Zkladntext"/>
        <w:spacing w:before="360" w:after="160" w:line="240" w:lineRule="auto"/>
        <w:rPr>
          <w:rFonts w:ascii="Arial" w:hAnsi="Arial" w:cs="Arial"/>
          <w:b/>
          <w:bCs/>
          <w:sz w:val="22"/>
          <w:szCs w:val="22"/>
        </w:rPr>
      </w:pPr>
      <w:r w:rsidRPr="00A5254A">
        <w:rPr>
          <w:rFonts w:ascii="Arial" w:hAnsi="Arial" w:cs="Arial"/>
          <w:b/>
          <w:bCs/>
          <w:sz w:val="22"/>
          <w:szCs w:val="22"/>
        </w:rPr>
        <w:t>HLAVA B: Restaurační zahrádky</w:t>
      </w:r>
    </w:p>
    <w:tbl>
      <w:tblPr>
        <w:tblW w:w="4962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17"/>
        <w:gridCol w:w="1437"/>
        <w:gridCol w:w="1575"/>
        <w:gridCol w:w="1066"/>
        <w:gridCol w:w="873"/>
        <w:gridCol w:w="1430"/>
        <w:gridCol w:w="1132"/>
        <w:gridCol w:w="1480"/>
      </w:tblGrid>
      <w:tr w:rsidR="00B103B8" w:rsidRPr="005C0F58" w14:paraId="58486BFB" w14:textId="77777777" w:rsidTr="008C55C2">
        <w:trPr>
          <w:trHeight w:val="274"/>
        </w:trPr>
        <w:tc>
          <w:tcPr>
            <w:tcW w:w="3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82E8F4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8" w:name="_Hlk149212854"/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93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2F8D9D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25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58A9FC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C7DFC65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B103B8" w:rsidRPr="005C0F58" w14:paraId="045EE122" w14:textId="77777777" w:rsidTr="008C55C2">
        <w:tc>
          <w:tcPr>
            <w:tcW w:w="51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636C59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408F51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39C6C901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19F625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04A78E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9CE2AD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FB0FCDC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(m</w:t>
            </w:r>
            <w:r w:rsidRPr="008D42C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D42C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E160FB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526DF4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D50EB47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1802CCB6" w14:textId="77777777" w:rsidTr="008C55C2">
        <w:trPr>
          <w:cantSplit/>
          <w:trHeight w:hRule="exact" w:val="284"/>
        </w:trPr>
        <w:tc>
          <w:tcPr>
            <w:tcW w:w="5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EF7CC4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  1.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923382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CEE6EE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F7E1718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48DD5F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613D7C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808BD2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80E5F6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8"/>
      <w:tr w:rsidR="00B103B8" w:rsidRPr="005C0F58" w14:paraId="2BA25C49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741A64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  2.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25319E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2482/1, 2482/4, 2480/23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ED3239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Lýskova – u zdravotního střediska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AC748B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FFEF68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904CCF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10.00–22.00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DF8DD9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2517FD9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BB15B1" w14:textId="77777777" w:rsidR="00B103B8" w:rsidRPr="004E517B" w:rsidRDefault="00B103B8" w:rsidP="00B103B8">
      <w:pPr>
        <w:rPr>
          <w:sz w:val="6"/>
          <w:szCs w:val="6"/>
        </w:rPr>
      </w:pPr>
    </w:p>
    <w:tbl>
      <w:tblPr>
        <w:tblW w:w="4962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17"/>
        <w:gridCol w:w="1437"/>
        <w:gridCol w:w="1575"/>
        <w:gridCol w:w="1066"/>
        <w:gridCol w:w="873"/>
        <w:gridCol w:w="1430"/>
        <w:gridCol w:w="1132"/>
        <w:gridCol w:w="1480"/>
      </w:tblGrid>
      <w:tr w:rsidR="00B103B8" w:rsidRPr="008D42CE" w14:paraId="7CF6E4F7" w14:textId="77777777" w:rsidTr="008C55C2">
        <w:trPr>
          <w:trHeight w:val="274"/>
        </w:trPr>
        <w:tc>
          <w:tcPr>
            <w:tcW w:w="3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3BF17B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9" w:name="_Hlk209781465"/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93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ABCEC8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25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2892FD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99BE6ED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B103B8" w:rsidRPr="008D42CE" w14:paraId="18F944D3" w14:textId="77777777" w:rsidTr="008C55C2">
        <w:tc>
          <w:tcPr>
            <w:tcW w:w="51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BAD3E3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5F848D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336D144D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B0AA35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7EA418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6A1BD7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8BAC8E5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(m</w:t>
            </w:r>
            <w:r w:rsidRPr="008D42C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D42C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B9BF19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E50DFB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E561F3E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9"/>
      <w:tr w:rsidR="00B103B8" w:rsidRPr="005C0F58" w14:paraId="569B10D4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D20814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  3.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8CAE4C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7824/2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077AF1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Foltýnova naproti domu or. č. 5 – u vinotéky 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044798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3B561B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631303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6</w:t>
            </w: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.00–22.00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DD45B0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8D42CE">
              <w:rPr>
                <w:rFonts w:ascii="Arial" w:hAnsi="Arial" w:cs="Arial"/>
                <w:sz w:val="16"/>
                <w:szCs w:val="16"/>
              </w:rPr>
              <w:t>.–31.10.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C7447B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3864728A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E16F75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  4.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7D9833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23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8D42CE"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4494F2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Foltýnova u SBD Průkopník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F12FF80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E0A772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848100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10.00–22.00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55CCDE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A141C2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4D7FA81C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8AE16B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  5.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F66BB5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26/4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8EF48C" w14:textId="77777777" w:rsidR="00B103B8" w:rsidRPr="00EB2A43" w:rsidRDefault="00B103B8" w:rsidP="008C55C2">
            <w:pPr>
              <w:pStyle w:val="Styltabulky"/>
              <w:rPr>
                <w:rFonts w:ascii="Arial" w:hAnsi="Arial" w:cs="Arial"/>
                <w:spacing w:val="-8"/>
                <w:sz w:val="16"/>
                <w:szCs w:val="16"/>
              </w:rPr>
            </w:pPr>
            <w:r w:rsidRPr="00EB2A43">
              <w:rPr>
                <w:rFonts w:ascii="Arial" w:hAnsi="Arial" w:cs="Arial"/>
                <w:spacing w:val="-8"/>
                <w:sz w:val="16"/>
                <w:szCs w:val="16"/>
              </w:rPr>
              <w:t>nám. 28. dubna před restaurací U Lípy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484C31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9FC985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02C55C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5A56A6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BB24CD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4C839F0A" w14:textId="77777777" w:rsidTr="008C55C2">
        <w:trPr>
          <w:trHeight w:val="250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6119A2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  6.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211F0F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386/1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B18008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nám. 28. dubna před restaurací, před cukrárnou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8976DE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A1F2D1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ED49C4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33B833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2E47C2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0D6EFFA0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7919FF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  7.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E743E5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1938/301, 1938/302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24968F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Kubíčkova, centrální park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DB0DB37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D6C324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092714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2CEC6D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76FA59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63641C26" w14:textId="77777777" w:rsidTr="008C55C2">
        <w:trPr>
          <w:cantSplit/>
          <w:trHeight w:hRule="exact" w:val="596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51680D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  8.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11AD24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6882/1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2BFFA4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Kubíčkova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6</w:t>
            </w:r>
            <w:r w:rsidRPr="008D42CE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rozšířená část chodníku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FB0DF1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52CECF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D4C97F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</w:t>
            </w: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.00–2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0</w:t>
            </w: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42CEFF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0BFFE1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30B97DF5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98CD9A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  9.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1440B9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3144/9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03C064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Kachlíkova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F8853B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1C1E86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CBB858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10.00–22.00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6BF49D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941369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24E35DE8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21FF89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551B50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1428/1, 1414/1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059F29" w14:textId="77777777" w:rsidR="00B103B8" w:rsidRPr="00EB2A43" w:rsidRDefault="00B103B8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EB2A43">
              <w:rPr>
                <w:rFonts w:ascii="Arial" w:hAnsi="Arial" w:cs="Arial"/>
                <w:spacing w:val="-4"/>
                <w:sz w:val="16"/>
                <w:szCs w:val="16"/>
              </w:rPr>
              <w:t>ul. U Zoologické zahrady – za lávkou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B7AC3B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572016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76BEDD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84FA14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7AAA48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3D3146D8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964747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3938E6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462/9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489BAE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Obvodová – u bývalého mlýna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895108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F66C30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A11D77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F448A1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931FA2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6B399737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77A0C4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5F3FF1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67/8, 820/1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24D7FF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Odbojářská – u OC Javor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37F0423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CE9CE4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659912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dtto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ADEA87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0B3695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5A93BDBD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6B15D0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3097B6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7016/1, 7016/14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392870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Rerychova – Lýskova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D12C53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9E4B9D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C7893F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E90D1A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6A888C5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5C626947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E2E322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3089A2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7945/1, 7945/2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1CF67A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Teyschlova za or. č. 23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286C02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C4395B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D92D7B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10.00–22.00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B27DDB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8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99320E9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7DBDDAE3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6DB271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63773C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2459/333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E21EFF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Kavčí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CC138C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16C5E4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B2821C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36548D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A5659C0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0171577F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8322E2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DE3202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3440/4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3164F1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Přístavní u přístaviště lodní dopravy DPMB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FA793F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0A3DED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F69759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Ne-Čt</w:t>
            </w:r>
          </w:p>
          <w:p w14:paraId="7218FA89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10.00–23.00 h.;</w:t>
            </w:r>
          </w:p>
          <w:p w14:paraId="4350455E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Pá, So</w:t>
            </w:r>
          </w:p>
          <w:p w14:paraId="7981FAB1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10.00–24.00 h.;</w:t>
            </w:r>
          </w:p>
          <w:p w14:paraId="0A7B4673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v 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364A5DDA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FF5740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C31109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2EEBD5EF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3652B7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10" w:name="_Hlk167183082"/>
            <w:r w:rsidRPr="008D42CE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101D6E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1723/7,1723/8, 1723/9, 1723/103, 1723/104, 1723/121,</w:t>
            </w:r>
          </w:p>
          <w:p w14:paraId="7C46005D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3251/199, 3271/1,3280/1, 3280/2,3281, 3283, 3286/1, 3288/1,3288/2, 3288/3,3289, 3290,3291/1, 3291/2,3295, 3297,3298, 3299/1,3300, 3301/1,3303, 3437,3443/1, 3305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88F635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Přístavní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55A2400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23D82F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296828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Ne-Čt</w:t>
            </w:r>
          </w:p>
          <w:p w14:paraId="6F8D7B47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10.00–23.00 h.;</w:t>
            </w:r>
          </w:p>
          <w:p w14:paraId="21BF4E34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Pá, So</w:t>
            </w:r>
          </w:p>
          <w:p w14:paraId="4327DAA9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10.00–24.00 h.;</w:t>
            </w:r>
          </w:p>
          <w:p w14:paraId="6AFC60F4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v 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6F206F7E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62228B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1D40C62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10"/>
      <w:tr w:rsidR="00B103B8" w:rsidRPr="005C0F58" w14:paraId="45B56EA5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7AEC7F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CF803C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3537/3, 3537/5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7724D6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Rakovecká – Rybářská bašta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CCF191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5C40FD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35E063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EDEB77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6F023C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638A373F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628848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1311EA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4214/1, 4216/2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A31D18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Rakovecká – Kozí Horka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9FE873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A56F9A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B72909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ADF9B1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50B059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3523C3FD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7661D3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93B1C0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4458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16BAE9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Rakovecká – Kozí Horka – Na Dorazu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0D6446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CC9864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FEE853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23BA99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BA88ED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0D603764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229D39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F66528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73/3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937404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nám. 28. dubna u OC Javor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0D6980A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93A89F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B8D8AC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10.00–22.00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5CEA2C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F90497D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0EAC91A4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39ACC1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A52F26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384/1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0E7FC6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Přístavní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48A6E5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378279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952948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Ne-Čt</w:t>
            </w:r>
          </w:p>
          <w:p w14:paraId="185D9A62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10.00–23.00 h.;</w:t>
            </w:r>
          </w:p>
          <w:p w14:paraId="59F85261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Pá, So</w:t>
            </w:r>
          </w:p>
          <w:p w14:paraId="267D3698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10.00–24.00 h.;</w:t>
            </w:r>
          </w:p>
          <w:p w14:paraId="2CA43984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v 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333F3DB1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2E86BF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F3FFE4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3BC6BEC5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5C02D1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E4D548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7928/1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D6FE53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Odbojářská u společenského centra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E7A7D1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1DEBE4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EF8A67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10.00–22.00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9D85EE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27E69B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48C598BA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916C13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24.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EBECF2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2459/45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EDC3CE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Kavčí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47D58AE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BFD071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AC78F6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6</w:t>
            </w: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.00–21.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45</w:t>
            </w: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 xml:space="preserve">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A93D39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9E94F6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08C5D193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80FF0B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25.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C54347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7562/3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B2E56B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ul.Ečerova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E17FFA1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B6A172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5C8A14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10.00–22.00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29D7D0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3492964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8D42CE" w14:paraId="638AD4B5" w14:textId="77777777" w:rsidTr="008C55C2">
        <w:trPr>
          <w:trHeight w:val="274"/>
        </w:trPr>
        <w:tc>
          <w:tcPr>
            <w:tcW w:w="3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05ABA0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1" w:name="_Hlk87271819"/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193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95EDF1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25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D62812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8CBF536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B103B8" w:rsidRPr="008D42CE" w14:paraId="0FB69609" w14:textId="77777777" w:rsidTr="008C55C2">
        <w:tc>
          <w:tcPr>
            <w:tcW w:w="51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0F1784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061525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0A65FF64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0355BB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FC9577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FEC85B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5590187" w14:textId="77777777" w:rsidR="00B103B8" w:rsidRPr="008D42CE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(m</w:t>
            </w:r>
            <w:r w:rsidRPr="008D42C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D42C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9C9A44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D71737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2A28433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11"/>
      <w:tr w:rsidR="00B103B8" w:rsidRPr="005C0F58" w14:paraId="5101AB05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A69442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92A2A3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2458/11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B7607F3" w14:textId="77777777" w:rsidR="00B103B8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2458/204,</w:t>
            </w:r>
          </w:p>
          <w:p w14:paraId="7A1BF314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2458/2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494592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ul. Vlaštovčí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EFEBCE5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A16247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440367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0</w:t>
            </w: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.00–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20</w:t>
            </w: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435672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580697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50F06EFC" w14:textId="77777777" w:rsidTr="008C55C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0AB954" w14:textId="77777777" w:rsidR="00B103B8" w:rsidRPr="008D42CE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74B58A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3539/1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6549CC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Rakovecká zátoka, nad restaurací Rybářská bašta u provozovny Sun´s Caffé s půjčovnou lodí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CCE8B5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083A2D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ACA2B2" w14:textId="77777777" w:rsidR="00B103B8" w:rsidRPr="008F2AA0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 xml:space="preserve">6.00–22.00 h., v 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0DEA520C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F2AA0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5A3F7E" w14:textId="77777777" w:rsidR="00B103B8" w:rsidRPr="008D42CE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E42BA43" w14:textId="77777777" w:rsidR="00B103B8" w:rsidRPr="008D42CE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2DEA0CD" w14:textId="77777777" w:rsidR="00B103B8" w:rsidRPr="008606D2" w:rsidRDefault="00B103B8" w:rsidP="00B103B8">
      <w:pPr>
        <w:pStyle w:val="Normlnweb"/>
        <w:spacing w:before="360" w:beforeAutospacing="0" w:after="120" w:afterAutospacing="0"/>
        <w:rPr>
          <w:rFonts w:ascii="Arial" w:hAnsi="Arial" w:cs="Arial"/>
          <w:b/>
          <w:bCs/>
          <w:sz w:val="22"/>
          <w:szCs w:val="22"/>
        </w:rPr>
      </w:pPr>
      <w:r w:rsidRPr="008606D2">
        <w:rPr>
          <w:rFonts w:ascii="Arial" w:hAnsi="Arial" w:cs="Arial"/>
          <w:b/>
          <w:bCs/>
          <w:sz w:val="22"/>
          <w:szCs w:val="22"/>
        </w:rPr>
        <w:t>HLAVA C: Lunaparky a jiné pouťové atrakce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2"/>
        <w:gridCol w:w="1574"/>
        <w:gridCol w:w="1464"/>
        <w:gridCol w:w="974"/>
        <w:gridCol w:w="834"/>
        <w:gridCol w:w="1593"/>
        <w:gridCol w:w="1200"/>
        <w:gridCol w:w="1472"/>
      </w:tblGrid>
      <w:tr w:rsidR="00B103B8" w:rsidRPr="005C0F58" w14:paraId="5971E3E9" w14:textId="77777777" w:rsidTr="008C55C2">
        <w:trPr>
          <w:trHeight w:val="274"/>
        </w:trPr>
        <w:tc>
          <w:tcPr>
            <w:tcW w:w="183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CB977D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018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4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7F6709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018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5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A088D5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018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6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DAE0E93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018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B103B8" w:rsidRPr="005C0F58" w14:paraId="35B66DE4" w14:textId="77777777" w:rsidTr="008C55C2"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413891" w14:textId="77777777" w:rsidR="00B103B8" w:rsidRPr="0020018A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23BAC3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7BC0AB7F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801894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3BBFE8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20018A">
              <w:rPr>
                <w:rFonts w:ascii="Arial" w:hAnsi="Arial" w:cs="Arial"/>
                <w:spacing w:val="-6"/>
                <w:sz w:val="16"/>
                <w:szCs w:val="16"/>
              </w:rPr>
              <w:t>počet pro-</w:t>
            </w:r>
          </w:p>
          <w:p w14:paraId="393DEE77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pacing w:val="-6"/>
                <w:sz w:val="16"/>
                <w:szCs w:val="16"/>
              </w:rPr>
              <w:t>dej. míst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F21423" w14:textId="77777777" w:rsidR="00B103B8" w:rsidRPr="0020018A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CFB5270" w14:textId="77777777" w:rsidR="00B103B8" w:rsidRPr="0020018A" w:rsidRDefault="00B103B8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20018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0018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9676B8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553720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6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1B30AF01" w14:textId="77777777" w:rsidR="00B103B8" w:rsidRPr="0020018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03B8" w:rsidRPr="005C0F58" w14:paraId="4D4DE6AE" w14:textId="77777777" w:rsidTr="008C55C2">
        <w:trPr>
          <w:trHeight w:val="340"/>
        </w:trPr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A283F8" w14:textId="77777777" w:rsidR="00B103B8" w:rsidRPr="0020018A" w:rsidRDefault="00B103B8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821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AD8727" w14:textId="77777777" w:rsidR="00B103B8" w:rsidRPr="0020018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3439/1</w:t>
            </w:r>
          </w:p>
        </w:tc>
        <w:tc>
          <w:tcPr>
            <w:tcW w:w="76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26B6A3" w14:textId="77777777" w:rsidR="00B103B8" w:rsidRPr="0020018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ul. Přístavní</w:t>
            </w:r>
          </w:p>
        </w:tc>
        <w:tc>
          <w:tcPr>
            <w:tcW w:w="50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397264" w14:textId="77777777" w:rsidR="00B103B8" w:rsidRPr="0020018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E644BE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4500</w:t>
            </w:r>
          </w:p>
        </w:tc>
        <w:tc>
          <w:tcPr>
            <w:tcW w:w="83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E7DB68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pacing w:val="-6"/>
                <w:sz w:val="16"/>
                <w:szCs w:val="16"/>
              </w:rPr>
              <w:t>10.00–22.00 h.;</w:t>
            </w:r>
          </w:p>
          <w:p w14:paraId="02D8E8F8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 xml:space="preserve">v 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566E30CF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10.00–24.00 h.</w:t>
            </w:r>
          </w:p>
          <w:p w14:paraId="5C535050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(od 22.00 h. bez zvukového doprovodu)</w:t>
            </w:r>
          </w:p>
        </w:tc>
        <w:tc>
          <w:tcPr>
            <w:tcW w:w="6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3CF91D" w14:textId="77777777" w:rsidR="00B103B8" w:rsidRPr="0020018A" w:rsidRDefault="00B103B8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018A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76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2D7E2A" w14:textId="77777777" w:rsidR="00B103B8" w:rsidRPr="0020018A" w:rsidRDefault="00B103B8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976E63" w14:textId="77777777" w:rsidR="00B103B8" w:rsidRPr="008F2AA0" w:rsidRDefault="00B103B8" w:rsidP="00B103B8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8F2AA0">
        <w:rPr>
          <w:rFonts w:ascii="Arial" w:hAnsi="Arial" w:cs="Arial"/>
          <w:b/>
          <w:bCs/>
          <w:sz w:val="22"/>
          <w:szCs w:val="22"/>
        </w:rPr>
        <w:t>HLAVA D: Pochůzkový prodej</w:t>
      </w:r>
    </w:p>
    <w:p w14:paraId="0C72A941" w14:textId="77777777" w:rsidR="00B103B8" w:rsidRPr="005C0F58" w:rsidRDefault="00B103B8" w:rsidP="00B103B8">
      <w:pPr>
        <w:pStyle w:val="Zkladntext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Pochůzkový prodej na území MČ Brno-Bystrc je možno provozovat pouze v následujících lokalitách:</w:t>
      </w:r>
    </w:p>
    <w:p w14:paraId="25D3DB90" w14:textId="77777777" w:rsidR="00B103B8" w:rsidRPr="005C0F58" w:rsidRDefault="00B103B8" w:rsidP="00B103B8">
      <w:pPr>
        <w:pStyle w:val="Zkladntext"/>
        <w:numPr>
          <w:ilvl w:val="0"/>
          <w:numId w:val="7"/>
        </w:numPr>
        <w:spacing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C0F58">
        <w:rPr>
          <w:rFonts w:ascii="Arial" w:hAnsi="Arial" w:cs="Arial"/>
          <w:sz w:val="20"/>
          <w:szCs w:val="20"/>
        </w:rPr>
        <w:t>rostor při Brněnské přehradě v úseku Kozí horka – Přístaviště vymezeném parcelami p. č. 384/1, 3448/1, 3448/2, 3448/11, 3448/13, 3448/15, 3448/17, 3448/18, 3448/20, 3448/21, 3448/22, 3448/23, 3448/24, 3448/25, 3448/26, 3448/28, 3448/29, 3448/30, 3448/31, 3531 v k. ú. Bystrc.</w:t>
      </w:r>
    </w:p>
    <w:p w14:paraId="4B9AD896" w14:textId="77777777" w:rsidR="00B103B8" w:rsidRPr="008F2AA0" w:rsidRDefault="00B103B8" w:rsidP="00B103B8">
      <w:pPr>
        <w:pStyle w:val="Zkladntext"/>
        <w:spacing w:before="36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</w:t>
      </w:r>
      <w:r w:rsidRPr="008F2AA0">
        <w:rPr>
          <w:rFonts w:ascii="Arial" w:hAnsi="Arial" w:cs="Arial"/>
          <w:b/>
          <w:bCs/>
          <w:sz w:val="22"/>
          <w:szCs w:val="22"/>
        </w:rPr>
        <w:t>LAVA E: Pojízdný prodej a prodej bez prodejního zařízení</w:t>
      </w:r>
    </w:p>
    <w:p w14:paraId="0E73D1F4" w14:textId="77777777" w:rsidR="00B103B8" w:rsidRPr="005C0F58" w:rsidRDefault="00B103B8" w:rsidP="00B103B8">
      <w:pPr>
        <w:pStyle w:val="Zkladntext2"/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Pojízdný prodej je na celém území MČ Brno-Bystrc zakázán.</w:t>
      </w:r>
    </w:p>
    <w:p w14:paraId="0C4A40DB" w14:textId="77777777" w:rsidR="00B103B8" w:rsidRPr="005C0F58" w:rsidRDefault="00B103B8" w:rsidP="00B103B8">
      <w:pPr>
        <w:pStyle w:val="Zkladntext"/>
        <w:spacing w:before="120" w:line="240" w:lineRule="auto"/>
        <w:rPr>
          <w:rFonts w:ascii="Arial" w:hAnsi="Arial" w:cs="Arial"/>
          <w:b/>
          <w:bCs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Prodej bez prodejního zařízení je možno provozovat při splnění požadavků právních předpisů na celém území MČ Brno-Bystrc.</w:t>
      </w:r>
    </w:p>
    <w:p w14:paraId="17A6C26A" w14:textId="77777777" w:rsidR="00B103B8" w:rsidRPr="005C0F58" w:rsidRDefault="00B103B8" w:rsidP="00B103B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37D2077" w14:textId="77777777" w:rsidR="00B103B8" w:rsidRDefault="00B103B8" w:rsidP="00B103B8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37C1D593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70D2939B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0FD63AF2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E75746D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71C81852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9FD369D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0E4A6075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35B36125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4076C85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7F1359B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4DCBE2ED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60CA1784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A647478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0510846B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5E852785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760F9D01" w14:textId="77777777" w:rsidR="00D97284" w:rsidRDefault="00D9728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2987577" w14:textId="77777777" w:rsidR="00824C97" w:rsidRDefault="00824C97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BE299C7" w14:textId="0A77021B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lastRenderedPageBreak/>
        <w:t>ČÁST IV</w:t>
      </w:r>
    </w:p>
    <w:p w14:paraId="2F322A48" w14:textId="77777777" w:rsidR="00FE1565" w:rsidRPr="00B80E33" w:rsidRDefault="00FE1565" w:rsidP="00E007E3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MČ BRNO-ČERNOVICE</w:t>
      </w:r>
    </w:p>
    <w:p w14:paraId="328CCE78" w14:textId="77777777" w:rsidR="00FE1565" w:rsidRPr="00B80E33" w:rsidRDefault="00FE1565" w:rsidP="00E007E3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</w:p>
    <w:p w14:paraId="5ED9A1EA" w14:textId="77777777" w:rsidR="00FE1565" w:rsidRPr="00B80E33" w:rsidRDefault="00FE1565" w:rsidP="00F71497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HLAVA A: Tržiště</w:t>
      </w:r>
      <w:r w:rsidR="006A2EC2" w:rsidRPr="00B80E33">
        <w:rPr>
          <w:rFonts w:ascii="Arial" w:hAnsi="Arial" w:cs="Arial"/>
          <w:b/>
          <w:bCs/>
          <w:sz w:val="22"/>
          <w:szCs w:val="22"/>
        </w:rPr>
        <w:t xml:space="preserve"> </w:t>
      </w:r>
      <w:r w:rsidR="006A2EC2" w:rsidRPr="00B80E33">
        <w:rPr>
          <w:rFonts w:ascii="Arial" w:hAnsi="Arial" w:cs="Arial"/>
          <w:bCs/>
          <w:sz w:val="22"/>
          <w:szCs w:val="22"/>
        </w:rPr>
        <w:t>(hlava vypuštěna)</w:t>
      </w:r>
    </w:p>
    <w:p w14:paraId="5E25836B" w14:textId="77777777" w:rsidR="00FE1565" w:rsidRPr="00B80E33" w:rsidRDefault="00FE1565" w:rsidP="00E007E3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</w:p>
    <w:p w14:paraId="602F91E9" w14:textId="77777777" w:rsidR="00FE1565" w:rsidRPr="00B80E33" w:rsidRDefault="00FE1565" w:rsidP="00F71497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HLAVA B: Tržní místa</w:t>
      </w:r>
    </w:p>
    <w:p w14:paraId="1BFD8305" w14:textId="77777777" w:rsidR="00FE1565" w:rsidRPr="005C0F58" w:rsidRDefault="00FE1565" w:rsidP="00E007E3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8"/>
        <w:gridCol w:w="1046"/>
        <w:gridCol w:w="2149"/>
        <w:gridCol w:w="1054"/>
        <w:gridCol w:w="843"/>
        <w:gridCol w:w="1409"/>
        <w:gridCol w:w="985"/>
        <w:gridCol w:w="1689"/>
      </w:tblGrid>
      <w:tr w:rsidR="00FE1565" w:rsidRPr="005C0F58" w14:paraId="32163CE9" w14:textId="77777777">
        <w:trPr>
          <w:trHeight w:val="274"/>
        </w:trPr>
        <w:tc>
          <w:tcPr>
            <w:tcW w:w="188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981574" w14:textId="77777777" w:rsidR="00FE1565" w:rsidRPr="00A4211C" w:rsidRDefault="00FE1565" w:rsidP="00447B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211C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7BFDA6" w14:textId="77777777" w:rsidR="00FE1565" w:rsidRPr="00A4211C" w:rsidRDefault="00FE1565" w:rsidP="00447B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211C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4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BEA278" w14:textId="77777777" w:rsidR="00FE1565" w:rsidRPr="00A4211C" w:rsidRDefault="00FE1565" w:rsidP="00447B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211C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F6BB548" w14:textId="77777777" w:rsidR="00FE1565" w:rsidRPr="00A4211C" w:rsidRDefault="00FE1565" w:rsidP="00447B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211C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1B96A1E5" w14:textId="77777777">
        <w:trPr>
          <w:trHeight w:val="710"/>
        </w:trPr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2B8180" w14:textId="77777777" w:rsidR="00FE1565" w:rsidRPr="00A4211C" w:rsidRDefault="00FE1565" w:rsidP="002A08B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13D096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D35D01A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Černovice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7D4578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DEE622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362F8284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AEC576" w14:textId="77777777" w:rsidR="00FE1565" w:rsidRPr="00A4211C" w:rsidRDefault="00FE1565" w:rsidP="007A5F8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6DA32F4" w14:textId="24E9C038" w:rsidR="00FE1565" w:rsidRPr="00A4211C" w:rsidRDefault="00FE1565" w:rsidP="007A5F8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(m</w:t>
            </w:r>
            <w:r w:rsidR="008E677B" w:rsidRPr="008E677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A4211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E1BAD7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C9C223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029B878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0EA9B9F0" w14:textId="77777777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CDA0E9" w14:textId="77777777" w:rsidR="00FE1565" w:rsidRPr="00A4211C" w:rsidRDefault="00FE1565" w:rsidP="00F7149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46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A2F8DC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32179E" w14:textId="77777777" w:rsidR="00FE1565" w:rsidRPr="00A4211C" w:rsidRDefault="00564EB3" w:rsidP="003D15A7">
            <w:pPr>
              <w:pStyle w:val="Styltabulky"/>
              <w:rPr>
                <w:rFonts w:ascii="Arial" w:hAnsi="Arial" w:cs="Arial"/>
                <w:i/>
                <w:sz w:val="16"/>
                <w:szCs w:val="16"/>
              </w:rPr>
            </w:pPr>
            <w:r w:rsidRPr="00A4211C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C0E071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6F12F1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364A65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DD0C9EC" w14:textId="77777777" w:rsidR="00FE1565" w:rsidRPr="00A4211C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DF681B" w14:textId="77777777" w:rsidR="00FE1565" w:rsidRPr="00A4211C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4B62632D" w14:textId="77777777" w:rsidTr="00A4211C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4EF5C5" w14:textId="77777777" w:rsidR="00FE1565" w:rsidRPr="00A4211C" w:rsidRDefault="00FE1565" w:rsidP="003D15A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374848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555/1,2</w:t>
            </w:r>
          </w:p>
          <w:p w14:paraId="33DCB119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1685/1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82D5BD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 xml:space="preserve">ul. Charbulova </w:t>
            </w:r>
            <w:r w:rsidR="00D11084" w:rsidRPr="00A4211C">
              <w:rPr>
                <w:rFonts w:ascii="Arial" w:hAnsi="Arial" w:cs="Arial"/>
                <w:sz w:val="16"/>
                <w:szCs w:val="16"/>
              </w:rPr>
              <w:t>–</w:t>
            </w:r>
          </w:p>
          <w:p w14:paraId="1A4E7C58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Řehořova</w:t>
            </w:r>
          </w:p>
          <w:p w14:paraId="5004F6C9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(naproti psychiatr.</w:t>
            </w:r>
          </w:p>
          <w:p w14:paraId="697C6D69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léčebně)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7E40AA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83ACB3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851AEE" w14:textId="77777777" w:rsidR="00FE1565" w:rsidRPr="00A4211C" w:rsidRDefault="00FE1565" w:rsidP="00A4211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po-</w:t>
            </w:r>
            <w:r w:rsidR="00656ABB" w:rsidRPr="00A4211C">
              <w:rPr>
                <w:rFonts w:ascii="Arial" w:hAnsi="Arial" w:cs="Arial"/>
                <w:sz w:val="16"/>
                <w:szCs w:val="16"/>
              </w:rPr>
              <w:t>ne</w:t>
            </w:r>
          </w:p>
          <w:p w14:paraId="7A66F65F" w14:textId="77777777" w:rsidR="00FE1565" w:rsidRPr="00A4211C" w:rsidRDefault="00FE1565" w:rsidP="00A4211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7.00-18.00 h.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069984" w14:textId="77777777" w:rsidR="00FE1565" w:rsidRPr="00A4211C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3C324C" w14:textId="77777777" w:rsidR="00FE1565" w:rsidRPr="00A4211C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5350F117" w14:textId="77777777" w:rsidTr="00A4211C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8839FD3" w14:textId="77777777" w:rsidR="00FE1565" w:rsidRPr="00A4211C" w:rsidRDefault="00FE1565" w:rsidP="003D15A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C971967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BB63D4B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 xml:space="preserve">ul. Tržní </w:t>
            </w:r>
            <w:r w:rsidR="00D11084" w:rsidRPr="00A4211C">
              <w:rPr>
                <w:rFonts w:ascii="Arial" w:hAnsi="Arial" w:cs="Arial"/>
                <w:sz w:val="16"/>
                <w:szCs w:val="16"/>
              </w:rPr>
              <w:t>–</w:t>
            </w:r>
          </w:p>
          <w:p w14:paraId="395A148D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Hladíkova</w:t>
            </w:r>
          </w:p>
          <w:p w14:paraId="4FD348CD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(u křižovatky)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79CC9AB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4F1A639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3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582B159" w14:textId="77777777" w:rsidR="00FE1565" w:rsidRPr="00A4211C" w:rsidRDefault="00FE1565" w:rsidP="00A4211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po-pá</w:t>
            </w:r>
          </w:p>
          <w:p w14:paraId="11DA789B" w14:textId="77777777" w:rsidR="00FE1565" w:rsidRPr="00A4211C" w:rsidRDefault="00FE1565" w:rsidP="00A4211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6.00-18.00 h.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5517A8D" w14:textId="77777777" w:rsidR="00FE1565" w:rsidRPr="00A4211C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1D71518" w14:textId="77777777" w:rsidR="00FE1565" w:rsidRPr="00A4211C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044F98FA" w14:textId="77777777" w:rsidTr="00A4211C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33DE21C" w14:textId="77777777" w:rsidR="00FE1565" w:rsidRPr="00A4211C" w:rsidRDefault="00FE1565" w:rsidP="003D15A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8183572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1374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3C7381F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ul. Olomoucká</w:t>
            </w:r>
          </w:p>
          <w:p w14:paraId="7CC0D1B4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(u zastávky MHD</w:t>
            </w:r>
          </w:p>
          <w:p w14:paraId="0C39DB6F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"Spáčilova"</w:t>
            </w:r>
          </w:p>
          <w:p w14:paraId="22A3DA50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směr hl. nádraží)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2FAF041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FDFA223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3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15BFF37" w14:textId="77777777" w:rsidR="00FE1565" w:rsidRPr="00A4211C" w:rsidRDefault="00FE1565" w:rsidP="00A4211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po-pá</w:t>
            </w:r>
          </w:p>
          <w:p w14:paraId="715AE47A" w14:textId="77777777" w:rsidR="00FE1565" w:rsidRPr="00A4211C" w:rsidRDefault="00FE1565" w:rsidP="00A4211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6.00-18.00 h.,</w:t>
            </w:r>
          </w:p>
          <w:p w14:paraId="46FC1421" w14:textId="77777777" w:rsidR="00FE1565" w:rsidRPr="00A4211C" w:rsidRDefault="00FE1565" w:rsidP="00A4211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so</w:t>
            </w:r>
          </w:p>
          <w:p w14:paraId="4F9D20E9" w14:textId="77777777" w:rsidR="00FE1565" w:rsidRPr="00A4211C" w:rsidRDefault="00FE1565" w:rsidP="00A4211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6.00-11.00 h.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A046C33" w14:textId="77777777" w:rsidR="00FE1565" w:rsidRPr="00A4211C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6B7CD65" w14:textId="77777777" w:rsidR="00FE1565" w:rsidRPr="00A4211C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2D8E9115" w14:textId="77777777" w:rsidTr="00A4211C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AC56E7" w14:textId="77777777" w:rsidR="00FE1565" w:rsidRPr="00A4211C" w:rsidRDefault="00FE1565" w:rsidP="003D15A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8EE2EF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2120/1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A4F750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Wainerovo nám.</w:t>
            </w:r>
          </w:p>
          <w:p w14:paraId="11B0A815" w14:textId="77777777" w:rsidR="00FE1565" w:rsidRPr="00A4211C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(u samoobsluhy)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2CF64F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F215E1" w14:textId="77777777" w:rsidR="00FE1565" w:rsidRPr="00A4211C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3E4922" w14:textId="77777777" w:rsidR="00FE1565" w:rsidRPr="00A4211C" w:rsidRDefault="00FE1565" w:rsidP="00A4211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po-pá</w:t>
            </w:r>
          </w:p>
          <w:p w14:paraId="1E886283" w14:textId="77777777" w:rsidR="00FE1565" w:rsidRPr="00A4211C" w:rsidRDefault="00FE1565" w:rsidP="00A4211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6.00-18.00 h.,</w:t>
            </w:r>
          </w:p>
          <w:p w14:paraId="7138082A" w14:textId="77777777" w:rsidR="00FE1565" w:rsidRPr="00A4211C" w:rsidRDefault="00FE1565" w:rsidP="00A4211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so</w:t>
            </w:r>
          </w:p>
          <w:p w14:paraId="0D9E2587" w14:textId="77777777" w:rsidR="00FE1565" w:rsidRPr="00A4211C" w:rsidRDefault="00FE1565" w:rsidP="00A4211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>6.00-11.00 h.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125FAC" w14:textId="77777777" w:rsidR="00FE1565" w:rsidRPr="00A4211C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6ED02BA" w14:textId="77777777" w:rsidR="00FE1565" w:rsidRPr="00A4211C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4211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5160A19A" w14:textId="77777777" w:rsidR="00FE1565" w:rsidRPr="005C0F58" w:rsidRDefault="00FE1565" w:rsidP="00E007E3">
      <w:pPr>
        <w:pStyle w:val="Styltabulky"/>
        <w:spacing w:line="240" w:lineRule="auto"/>
        <w:rPr>
          <w:rFonts w:ascii="Arial" w:hAnsi="Arial" w:cs="Arial"/>
        </w:rPr>
      </w:pPr>
    </w:p>
    <w:p w14:paraId="03247C06" w14:textId="77777777" w:rsidR="00FE1565" w:rsidRPr="005C0F58" w:rsidRDefault="00FE1565" w:rsidP="00E007E3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29B694F3" w14:textId="77777777" w:rsidR="00FE1565" w:rsidRPr="00B80E33" w:rsidRDefault="00FE1565" w:rsidP="00F71497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HLAVA C: Předsunutá prodejní místa</w:t>
      </w:r>
    </w:p>
    <w:p w14:paraId="5C7CEC8B" w14:textId="77777777" w:rsidR="00FE1565" w:rsidRPr="005C0F58" w:rsidRDefault="00FE1565" w:rsidP="00E007E3">
      <w:pPr>
        <w:pStyle w:val="Zkladntext"/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84"/>
        <w:gridCol w:w="1091"/>
        <w:gridCol w:w="1516"/>
        <w:gridCol w:w="1127"/>
        <w:gridCol w:w="811"/>
        <w:gridCol w:w="1410"/>
        <w:gridCol w:w="1552"/>
        <w:gridCol w:w="1692"/>
      </w:tblGrid>
      <w:tr w:rsidR="00FE1565" w:rsidRPr="005C0F58" w14:paraId="515899A4" w14:textId="77777777">
        <w:trPr>
          <w:trHeight w:val="274"/>
        </w:trPr>
        <w:tc>
          <w:tcPr>
            <w:tcW w:w="155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8B7F2A" w14:textId="77777777" w:rsidR="00FE1565" w:rsidRPr="003F4BC3" w:rsidRDefault="00FE1565" w:rsidP="00936EB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1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9A52F6" w14:textId="77777777" w:rsidR="00FE1565" w:rsidRPr="003F4BC3" w:rsidRDefault="00FE1565" w:rsidP="00936EB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5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6D8600" w14:textId="77777777" w:rsidR="00FE1565" w:rsidRPr="003F4BC3" w:rsidRDefault="00FE1565" w:rsidP="00936EB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0BA97A6" w14:textId="77777777" w:rsidR="00FE1565" w:rsidRPr="003F4BC3" w:rsidRDefault="00FE1565" w:rsidP="00936EB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3E8D4CA4" w14:textId="77777777">
        <w:tc>
          <w:tcPr>
            <w:tcW w:w="18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0AF65A" w14:textId="77777777" w:rsidR="00FE1565" w:rsidRPr="003F4BC3" w:rsidRDefault="00FE1565" w:rsidP="002A08B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99C95D" w14:textId="77777777" w:rsidR="00FE1565" w:rsidRPr="003F4BC3" w:rsidRDefault="00FE1565" w:rsidP="001416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0CED97E" w14:textId="77777777" w:rsidR="00FE1565" w:rsidRPr="003F4BC3" w:rsidRDefault="00FE1565" w:rsidP="001416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Černovice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7A6F0B" w14:textId="77777777" w:rsidR="00FE1565" w:rsidRPr="003F4BC3" w:rsidRDefault="00FE1565" w:rsidP="001416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02E2A4" w14:textId="77777777" w:rsidR="00FE1565" w:rsidRPr="003F4BC3" w:rsidRDefault="00FE1565" w:rsidP="001416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67BDB220" w14:textId="77777777" w:rsidR="00FE1565" w:rsidRPr="003F4BC3" w:rsidRDefault="00FE1565" w:rsidP="001416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675BE6" w14:textId="77777777" w:rsidR="00FE1565" w:rsidRPr="003F4BC3" w:rsidRDefault="00FE1565" w:rsidP="007A5F8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F3D846F" w14:textId="6A9879EB" w:rsidR="00FE1565" w:rsidRPr="003F4BC3" w:rsidRDefault="00FE1565" w:rsidP="007A5F8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(m</w:t>
            </w:r>
            <w:r w:rsidR="008E677B" w:rsidRPr="008E677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F4BC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0E7628" w14:textId="77777777" w:rsidR="00FE1565" w:rsidRPr="003F4BC3" w:rsidRDefault="00FE1565" w:rsidP="001416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D7C296" w14:textId="77777777" w:rsidR="00FE1565" w:rsidRPr="003F4BC3" w:rsidRDefault="00FE1565" w:rsidP="001416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0750B71B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578E42C4" w14:textId="77777777">
        <w:tc>
          <w:tcPr>
            <w:tcW w:w="18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C21482" w14:textId="77777777" w:rsidR="00FE1565" w:rsidRPr="003F4BC3" w:rsidRDefault="00FE1565" w:rsidP="003D15A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72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998C68" w14:textId="77777777" w:rsidR="00FE1565" w:rsidRPr="003F4BC3" w:rsidRDefault="00FE1565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</w:t>
            </w:r>
            <w:r w:rsidR="00FE2219" w:rsidRPr="003F4BC3">
              <w:rPr>
                <w:rFonts w:ascii="Arial" w:hAnsi="Arial" w:cs="Arial"/>
                <w:sz w:val="16"/>
                <w:szCs w:val="16"/>
              </w:rPr>
              <w:t>566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AC28B5" w14:textId="77777777" w:rsidR="00FE1565" w:rsidRPr="003F4BC3" w:rsidRDefault="00FE2219" w:rsidP="003D15A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Olomoucká or. č. 148 (před prodejnou květin)</w:t>
            </w:r>
          </w:p>
        </w:tc>
        <w:tc>
          <w:tcPr>
            <w:tcW w:w="5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1A260B4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  <w:p w14:paraId="6D648EAA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C20638" w14:textId="77777777" w:rsidR="00FE1565" w:rsidRPr="003F4BC3" w:rsidRDefault="00FE2219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7572ED" w14:textId="77777777" w:rsidR="00FE1565" w:rsidRPr="003F4BC3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8.00-18.00 h.</w:t>
            </w:r>
          </w:p>
        </w:tc>
        <w:tc>
          <w:tcPr>
            <w:tcW w:w="81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C6CD1C" w14:textId="77777777" w:rsidR="00FE1565" w:rsidRPr="003F4BC3" w:rsidRDefault="00FE1565" w:rsidP="003D15A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duben</w:t>
            </w:r>
            <w:r w:rsidR="00DE276E" w:rsidRPr="003F4BC3">
              <w:rPr>
                <w:rFonts w:ascii="Arial" w:hAnsi="Arial" w:cs="Arial"/>
                <w:sz w:val="16"/>
                <w:szCs w:val="16"/>
              </w:rPr>
              <w:t>-</w:t>
            </w:r>
            <w:r w:rsidR="00FE2219" w:rsidRPr="003F4BC3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8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0B76AF0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07A44148" w14:textId="77777777" w:rsidR="00FE1565" w:rsidRPr="005C0F58" w:rsidRDefault="00FE1565" w:rsidP="00E007E3">
      <w:pPr>
        <w:pStyle w:val="Styltabulky"/>
        <w:spacing w:line="240" w:lineRule="auto"/>
        <w:rPr>
          <w:rFonts w:ascii="Arial" w:hAnsi="Arial" w:cs="Arial"/>
        </w:rPr>
      </w:pPr>
    </w:p>
    <w:p w14:paraId="43692619" w14:textId="77777777" w:rsidR="00F137BA" w:rsidRPr="005C0F58" w:rsidRDefault="00F137BA" w:rsidP="00E007E3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33E756BD" w14:textId="77777777" w:rsidR="00FE1565" w:rsidRPr="00B80E33" w:rsidRDefault="00FE1565" w:rsidP="00F71497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HLAVA D: Restaurační zahrádky</w:t>
      </w:r>
    </w:p>
    <w:p w14:paraId="4CF75957" w14:textId="77777777" w:rsidR="00FE1565" w:rsidRPr="005C0F58" w:rsidRDefault="00FE1565" w:rsidP="00E007E3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017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3"/>
        <w:gridCol w:w="1094"/>
        <w:gridCol w:w="1571"/>
        <w:gridCol w:w="1160"/>
        <w:gridCol w:w="915"/>
        <w:gridCol w:w="1489"/>
        <w:gridCol w:w="10"/>
        <w:gridCol w:w="1271"/>
        <w:gridCol w:w="1683"/>
      </w:tblGrid>
      <w:tr w:rsidR="00A35391" w:rsidRPr="005C0F58" w14:paraId="7025B414" w14:textId="77777777">
        <w:trPr>
          <w:trHeight w:val="274"/>
        </w:trPr>
        <w:tc>
          <w:tcPr>
            <w:tcW w:w="160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2B3FCA" w14:textId="77777777" w:rsidR="00FE1565" w:rsidRPr="003F4BC3" w:rsidRDefault="00FE1565" w:rsidP="00435C5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7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3AF26A" w14:textId="77777777" w:rsidR="00FE1565" w:rsidRPr="003F4BC3" w:rsidRDefault="00FE1565" w:rsidP="00435C5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40" w:type="pct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7291AA" w14:textId="77777777" w:rsidR="00FE1565" w:rsidRPr="003F4BC3" w:rsidRDefault="00FE1565" w:rsidP="00435C5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44B19B3" w14:textId="77777777" w:rsidR="00FE1565" w:rsidRPr="003F4BC3" w:rsidRDefault="00FE1565" w:rsidP="00435C5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35391" w:rsidRPr="005C0F58" w14:paraId="394C1E74" w14:textId="77777777">
        <w:tc>
          <w:tcPr>
            <w:tcW w:w="220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7A4B1D" w14:textId="77777777" w:rsidR="00FE1565" w:rsidRPr="003F4BC3" w:rsidRDefault="00FE1565" w:rsidP="002A08B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A08E71" w14:textId="77777777" w:rsidR="00FE1565" w:rsidRPr="003F4BC3" w:rsidRDefault="00FE1565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9858F71" w14:textId="77777777" w:rsidR="00FE1565" w:rsidRPr="003F4BC3" w:rsidRDefault="00FE1565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Černovice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DCCEC5" w14:textId="77777777" w:rsidR="00FE1565" w:rsidRPr="003F4BC3" w:rsidRDefault="00FE1565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F54AE8" w14:textId="77777777" w:rsidR="00FE1565" w:rsidRPr="003F4BC3" w:rsidRDefault="00FE1565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7547A37C" w14:textId="77777777" w:rsidR="00FE1565" w:rsidRPr="003F4BC3" w:rsidRDefault="00FE1565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57B9F7" w14:textId="77777777" w:rsidR="00FE1565" w:rsidRPr="003F4BC3" w:rsidRDefault="00FE1565" w:rsidP="007A5F8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886248E" w14:textId="225E25EF" w:rsidR="00FE1565" w:rsidRPr="003F4BC3" w:rsidRDefault="00FE1565" w:rsidP="007A5F8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(m</w:t>
            </w:r>
            <w:r w:rsidR="003F4BC3" w:rsidRPr="003F4BC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F4BC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79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351DAD" w14:textId="77777777" w:rsidR="00FE1565" w:rsidRPr="003F4BC3" w:rsidRDefault="00FE1565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C03144" w14:textId="77777777" w:rsidR="00FE1565" w:rsidRPr="003F4BC3" w:rsidRDefault="00FE1565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D2ED91D" w14:textId="77777777" w:rsidR="00FE1565" w:rsidRPr="003F4BC3" w:rsidRDefault="00FE1565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5391" w:rsidRPr="005C0F58" w14:paraId="38AE8E3B" w14:textId="77777777">
        <w:tc>
          <w:tcPr>
            <w:tcW w:w="22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3917CA" w14:textId="77777777" w:rsidR="00FE1565" w:rsidRPr="003F4BC3" w:rsidRDefault="00FE1565" w:rsidP="006B0444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527D73" w14:textId="77777777" w:rsidR="00FE1565" w:rsidRPr="003F4BC3" w:rsidRDefault="006A2EC2" w:rsidP="006B044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1437</w:t>
            </w:r>
          </w:p>
        </w:tc>
        <w:tc>
          <w:tcPr>
            <w:tcW w:w="81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A348D1" w14:textId="77777777" w:rsidR="00FE1565" w:rsidRPr="003F4BC3" w:rsidRDefault="00FE1565" w:rsidP="006B044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6A2EC2" w:rsidRPr="003F4BC3">
              <w:rPr>
                <w:rFonts w:ascii="Arial" w:hAnsi="Arial" w:cs="Arial"/>
                <w:sz w:val="16"/>
                <w:szCs w:val="16"/>
              </w:rPr>
              <w:t>Spáčilova</w:t>
            </w:r>
            <w:r w:rsidRPr="003F4BC3">
              <w:rPr>
                <w:rFonts w:ascii="Arial" w:hAnsi="Arial" w:cs="Arial"/>
                <w:sz w:val="16"/>
                <w:szCs w:val="16"/>
              </w:rPr>
              <w:t xml:space="preserve"> or.</w:t>
            </w:r>
            <w:r w:rsidR="004555EC" w:rsidRPr="003F4BC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F4BC3">
              <w:rPr>
                <w:rFonts w:ascii="Arial" w:hAnsi="Arial" w:cs="Arial"/>
                <w:sz w:val="16"/>
                <w:szCs w:val="16"/>
              </w:rPr>
              <w:t>č.</w:t>
            </w:r>
            <w:r w:rsidR="006A2EC2" w:rsidRPr="003F4BC3">
              <w:rPr>
                <w:rFonts w:ascii="Arial" w:hAnsi="Arial" w:cs="Arial"/>
                <w:sz w:val="16"/>
                <w:szCs w:val="16"/>
              </w:rPr>
              <w:t xml:space="preserve"> 15</w:t>
            </w:r>
          </w:p>
        </w:tc>
        <w:tc>
          <w:tcPr>
            <w:tcW w:w="60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2D61EE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12AAE6" w14:textId="77777777" w:rsidR="00FE1565" w:rsidRPr="003F4BC3" w:rsidRDefault="006A2EC2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5</w:t>
            </w:r>
            <w:r w:rsidR="00FE1565" w:rsidRPr="003F4BC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32FF50" w14:textId="77777777" w:rsidR="00FE1565" w:rsidRPr="003F4BC3" w:rsidRDefault="00CA010E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8</w:t>
            </w:r>
            <w:r w:rsidR="00FE1565" w:rsidRPr="003F4BC3">
              <w:rPr>
                <w:rFonts w:ascii="Arial" w:hAnsi="Arial" w:cs="Arial"/>
                <w:sz w:val="16"/>
                <w:szCs w:val="16"/>
              </w:rPr>
              <w:t>.00</w:t>
            </w:r>
            <w:r w:rsidR="00990EF4" w:rsidRPr="003F4BC3">
              <w:rPr>
                <w:rFonts w:ascii="Arial" w:hAnsi="Arial" w:cs="Arial"/>
                <w:sz w:val="16"/>
                <w:szCs w:val="16"/>
              </w:rPr>
              <w:t>–</w:t>
            </w:r>
            <w:r w:rsidR="00FE1565" w:rsidRPr="003F4BC3">
              <w:rPr>
                <w:rFonts w:ascii="Arial" w:hAnsi="Arial" w:cs="Arial"/>
                <w:sz w:val="16"/>
                <w:szCs w:val="16"/>
              </w:rPr>
              <w:t>22.00 h.</w:t>
            </w:r>
          </w:p>
        </w:tc>
        <w:tc>
          <w:tcPr>
            <w:tcW w:w="6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797E06" w14:textId="77777777" w:rsidR="00FE1565" w:rsidRPr="003F4BC3" w:rsidRDefault="00FE1565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E47D7A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A35391" w:rsidRPr="005C0F58" w14:paraId="38E59C16" w14:textId="77777777"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935044" w14:textId="77777777" w:rsidR="00FE1565" w:rsidRPr="003F4BC3" w:rsidRDefault="00FE1565" w:rsidP="006B0444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7B0A94" w14:textId="77777777" w:rsidR="00FE1565" w:rsidRPr="003F4BC3" w:rsidRDefault="00FE1565" w:rsidP="006B044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21</w:t>
            </w:r>
            <w:r w:rsidR="00E64398" w:rsidRPr="003F4BC3">
              <w:rPr>
                <w:rFonts w:ascii="Arial" w:hAnsi="Arial" w:cs="Arial"/>
                <w:sz w:val="16"/>
                <w:szCs w:val="16"/>
              </w:rPr>
              <w:t>18/2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51D3B6" w14:textId="77777777" w:rsidR="00E64398" w:rsidRPr="003F4BC3" w:rsidRDefault="00E64398" w:rsidP="00E6439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Wainerovo nám. or. č. 6a –</w:t>
            </w:r>
          </w:p>
          <w:p w14:paraId="0233E861" w14:textId="77777777" w:rsidR="00FE1565" w:rsidRPr="003F4BC3" w:rsidRDefault="00E64398" w:rsidP="00E6439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BISTRO WAINERKA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667D13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D8FF59" w14:textId="77777777" w:rsidR="00FE1565" w:rsidRPr="003F4BC3" w:rsidRDefault="00E64398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7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C8C1B6" w14:textId="77777777" w:rsidR="00FE1565" w:rsidRPr="003F4BC3" w:rsidRDefault="00CA010E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8</w:t>
            </w:r>
            <w:r w:rsidR="00FE1565" w:rsidRPr="003F4BC3">
              <w:rPr>
                <w:rFonts w:ascii="Arial" w:hAnsi="Arial" w:cs="Arial"/>
                <w:sz w:val="16"/>
                <w:szCs w:val="16"/>
              </w:rPr>
              <w:t>.00</w:t>
            </w:r>
            <w:r w:rsidR="00990EF4" w:rsidRPr="003F4BC3">
              <w:rPr>
                <w:rFonts w:ascii="Arial" w:hAnsi="Arial" w:cs="Arial"/>
                <w:sz w:val="16"/>
                <w:szCs w:val="16"/>
              </w:rPr>
              <w:t>–</w:t>
            </w:r>
            <w:r w:rsidR="00FE1565" w:rsidRPr="003F4BC3">
              <w:rPr>
                <w:rFonts w:ascii="Arial" w:hAnsi="Arial" w:cs="Arial"/>
                <w:sz w:val="16"/>
                <w:szCs w:val="16"/>
              </w:rPr>
              <w:t>22.00 h.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BC4ECB" w14:textId="77777777" w:rsidR="00FE1565" w:rsidRPr="003F4BC3" w:rsidRDefault="00FE1565" w:rsidP="006B044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2775F9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A35391" w:rsidRPr="005C0F58" w14:paraId="1A752287" w14:textId="77777777"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A1CE88" w14:textId="77777777" w:rsidR="00A35391" w:rsidRPr="003F4BC3" w:rsidRDefault="00A35391" w:rsidP="00E2512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7D2FBD" w14:textId="77777777" w:rsidR="00A35391" w:rsidRPr="003F4BC3" w:rsidRDefault="00A35391" w:rsidP="00E2512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1565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9D5AED" w14:textId="77777777" w:rsidR="00A35391" w:rsidRPr="003F4BC3" w:rsidRDefault="00A35391" w:rsidP="00E2512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Olomoucká u or. č. 148 (Cukrárna-kavárna)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9B5F3D6" w14:textId="77777777" w:rsidR="00A35391" w:rsidRPr="003F4BC3" w:rsidRDefault="00A35391" w:rsidP="00E2512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584C5D" w14:textId="77777777" w:rsidR="00A35391" w:rsidRPr="003F4BC3" w:rsidRDefault="00A35391" w:rsidP="00E2512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763A51" w14:textId="77777777" w:rsidR="00A35391" w:rsidRPr="003F4BC3" w:rsidRDefault="00CA010E" w:rsidP="00E2512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8</w:t>
            </w:r>
            <w:r w:rsidR="00A35391" w:rsidRPr="003F4BC3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6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A8078C" w14:textId="77777777" w:rsidR="00A35391" w:rsidRPr="003F4BC3" w:rsidRDefault="00A35391" w:rsidP="00E2512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3662B2" w14:textId="77777777" w:rsidR="00A35391" w:rsidRPr="003F4BC3" w:rsidRDefault="00A35391" w:rsidP="00E2512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E007E3" w:rsidRPr="005C0F58" w14:paraId="3B143FD1" w14:textId="77777777"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BA630C" w14:textId="77777777" w:rsidR="00E007E3" w:rsidRPr="003F4BC3" w:rsidRDefault="00E007E3" w:rsidP="004C256A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767A34" w14:textId="77777777" w:rsidR="00E007E3" w:rsidRPr="003F4BC3" w:rsidRDefault="00E007E3" w:rsidP="004C25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1570/1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3B1B99" w14:textId="77777777" w:rsidR="00E007E3" w:rsidRPr="003F4BC3" w:rsidRDefault="00E007E3" w:rsidP="004C25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ul. Cornovova or. č. 1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59E760D" w14:textId="77777777" w:rsidR="00E007E3" w:rsidRPr="003F4BC3" w:rsidRDefault="00E007E3" w:rsidP="004C25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23B6C6" w14:textId="77777777" w:rsidR="00E007E3" w:rsidRPr="003F4BC3" w:rsidRDefault="00E007E3" w:rsidP="004C25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27B30F" w14:textId="77777777" w:rsidR="00E007E3" w:rsidRPr="003F4BC3" w:rsidRDefault="00E007E3" w:rsidP="004C25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0CF3DC" w14:textId="77777777" w:rsidR="00E007E3" w:rsidRPr="003F4BC3" w:rsidRDefault="00E007E3" w:rsidP="004C25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F3F53F" w14:textId="77777777" w:rsidR="00E007E3" w:rsidRPr="003F4BC3" w:rsidRDefault="00E007E3" w:rsidP="00E25122">
            <w:pPr>
              <w:pStyle w:val="adresa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010E" w:rsidRPr="005C0F58" w14:paraId="7C5F52D6" w14:textId="77777777"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E0FBD0" w14:textId="77777777" w:rsidR="00CA010E" w:rsidRPr="003F4BC3" w:rsidRDefault="00CA010E" w:rsidP="00C1660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290798" w14:textId="77777777" w:rsidR="00CA010E" w:rsidRPr="003F4BC3" w:rsidRDefault="00CA010E" w:rsidP="00C1660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741/1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15326E" w14:textId="77777777" w:rsidR="00CA010E" w:rsidRPr="003F4BC3" w:rsidRDefault="00CA010E" w:rsidP="00C1660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ul. Štolcova or. č. 50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13C6221" w14:textId="77777777" w:rsidR="00CA010E" w:rsidRPr="003F4BC3" w:rsidRDefault="00CA010E" w:rsidP="00C1660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8D605C" w14:textId="77777777" w:rsidR="00CA010E" w:rsidRPr="003F4BC3" w:rsidRDefault="00CA010E" w:rsidP="00C1660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B67120" w14:textId="77777777" w:rsidR="00CA010E" w:rsidRPr="003F4BC3" w:rsidRDefault="00CA010E" w:rsidP="00C1660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1ED250" w14:textId="77777777" w:rsidR="00CA010E" w:rsidRPr="003F4BC3" w:rsidRDefault="00CA010E" w:rsidP="004C25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176F9F0" w14:textId="77777777" w:rsidR="00CA010E" w:rsidRPr="003F4BC3" w:rsidRDefault="00CA010E" w:rsidP="00E25122">
            <w:pPr>
              <w:pStyle w:val="adresa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010E" w:rsidRPr="005C0F58" w14:paraId="7B748799" w14:textId="77777777"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F9D63F" w14:textId="77777777" w:rsidR="00CA010E" w:rsidRPr="003F4BC3" w:rsidRDefault="00CA010E" w:rsidP="00C1660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9D2E7D" w14:textId="77777777" w:rsidR="00CA010E" w:rsidRPr="003F4BC3" w:rsidRDefault="00CA010E" w:rsidP="00C1660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1569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0D5823" w14:textId="77777777" w:rsidR="00CA010E" w:rsidRPr="003F4BC3" w:rsidRDefault="00CA010E" w:rsidP="00C1660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ul. Cornovova č. p. 247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FB11AD" w14:textId="77777777" w:rsidR="00CA010E" w:rsidRPr="003F4BC3" w:rsidRDefault="00CA010E" w:rsidP="00C1660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E20752" w14:textId="77777777" w:rsidR="00CA010E" w:rsidRPr="003F4BC3" w:rsidRDefault="00CA010E" w:rsidP="00C1660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3F96BB" w14:textId="77777777" w:rsidR="00CA010E" w:rsidRPr="003F4BC3" w:rsidRDefault="00CA010E" w:rsidP="00C1660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863169" w14:textId="77777777" w:rsidR="00CA010E" w:rsidRPr="003F4BC3" w:rsidRDefault="00CA010E" w:rsidP="004C25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22932A" w14:textId="77777777" w:rsidR="00CA010E" w:rsidRPr="003F4BC3" w:rsidRDefault="00CA010E" w:rsidP="00E25122">
            <w:pPr>
              <w:pStyle w:val="adresa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82F484" w14:textId="77777777" w:rsidR="00C86186" w:rsidRPr="005C0F58" w:rsidRDefault="00C86186" w:rsidP="00E007E3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7AEB3036" w14:textId="77777777" w:rsidR="00F71497" w:rsidRPr="005C0F58" w:rsidRDefault="00F71497" w:rsidP="00E007E3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2BA573AA" w14:textId="77777777" w:rsidR="00FE1565" w:rsidRPr="00B80E33" w:rsidRDefault="00FE1565" w:rsidP="00F71497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HLAVA E: Pojízdný prodej, pochůzkový prodej a prodej bez prodejního zařízení</w:t>
      </w:r>
    </w:p>
    <w:p w14:paraId="055317E7" w14:textId="77777777" w:rsidR="00FE1565" w:rsidRPr="005C0F58" w:rsidRDefault="00FE1565" w:rsidP="00E007E3">
      <w:pPr>
        <w:pStyle w:val="Zkladntext"/>
        <w:spacing w:line="240" w:lineRule="auto"/>
        <w:rPr>
          <w:rFonts w:ascii="Arial" w:hAnsi="Arial" w:cs="Arial"/>
          <w:sz w:val="20"/>
          <w:szCs w:val="20"/>
        </w:rPr>
      </w:pPr>
    </w:p>
    <w:p w14:paraId="5FC8B5E8" w14:textId="77777777" w:rsidR="00FE1565" w:rsidRPr="005C0F58" w:rsidRDefault="00FE1565" w:rsidP="00C86186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Pojízdný prodej, pochůzkový prodej a prodej bez prodejního zařízení je možno provozovat při splnění požadavků právních předpisů na celém území MČ Brno-Černovice.  </w:t>
      </w:r>
    </w:p>
    <w:p w14:paraId="31F77FF1" w14:textId="768A14E5" w:rsidR="00CA010E" w:rsidRDefault="00CA010E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B7153DE" w14:textId="77777777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lastRenderedPageBreak/>
        <w:t>ČÁST V</w:t>
      </w:r>
    </w:p>
    <w:p w14:paraId="55AB5AD7" w14:textId="77777777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MČ BRNO-CHRLICE</w:t>
      </w:r>
    </w:p>
    <w:p w14:paraId="29C8D93A" w14:textId="77777777" w:rsidR="00FE1565" w:rsidRPr="00B80E33" w:rsidRDefault="00FE1565">
      <w:pPr>
        <w:pStyle w:val="Zkladntext"/>
        <w:rPr>
          <w:rFonts w:ascii="Arial" w:hAnsi="Arial" w:cs="Arial"/>
          <w:sz w:val="22"/>
          <w:szCs w:val="22"/>
        </w:rPr>
      </w:pPr>
    </w:p>
    <w:p w14:paraId="194247DC" w14:textId="77777777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HLAVA A:  Tržní místa</w:t>
      </w:r>
    </w:p>
    <w:p w14:paraId="1ECB88D5" w14:textId="77777777" w:rsidR="00FE1565" w:rsidRPr="00B80E33" w:rsidRDefault="00FE1565">
      <w:pPr>
        <w:pStyle w:val="Zkladntext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7"/>
        <w:gridCol w:w="1091"/>
        <w:gridCol w:w="1516"/>
        <w:gridCol w:w="1091"/>
        <w:gridCol w:w="824"/>
        <w:gridCol w:w="1409"/>
        <w:gridCol w:w="1551"/>
        <w:gridCol w:w="1694"/>
      </w:tblGrid>
      <w:tr w:rsidR="00FE1565" w:rsidRPr="005C0F58" w14:paraId="3DFCD2AD" w14:textId="77777777" w:rsidTr="000E25FB">
        <w:trPr>
          <w:trHeight w:val="274"/>
        </w:trPr>
        <w:tc>
          <w:tcPr>
            <w:tcW w:w="157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4D18EB" w14:textId="77777777" w:rsidR="00FE1565" w:rsidRPr="003F4BC3" w:rsidRDefault="00FE1565" w:rsidP="005939E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C19211" w14:textId="77777777" w:rsidR="00FE1565" w:rsidRPr="003F4BC3" w:rsidRDefault="00FE1565" w:rsidP="005939E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4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0D4D79" w14:textId="77777777" w:rsidR="00FE1565" w:rsidRPr="003F4BC3" w:rsidRDefault="00FE1565" w:rsidP="005939E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F62023F" w14:textId="77777777" w:rsidR="00FE1565" w:rsidRPr="003F4BC3" w:rsidRDefault="00FE1565" w:rsidP="005939E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519E9E91" w14:textId="77777777" w:rsidTr="000E25FB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2AFBA2" w14:textId="77777777" w:rsidR="00FE1565" w:rsidRPr="003F4BC3" w:rsidRDefault="00FE1565" w:rsidP="002A08B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0445F3" w14:textId="77777777" w:rsidR="00FE1565" w:rsidRPr="003F4BC3" w:rsidRDefault="00FE1565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39FC5BC9" w14:textId="77777777" w:rsidR="00FE1565" w:rsidRPr="003F4BC3" w:rsidRDefault="00FE1565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Chrlice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5A0610" w14:textId="77777777" w:rsidR="00FE1565" w:rsidRPr="003F4BC3" w:rsidRDefault="00FE1565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A757B3" w14:textId="77777777" w:rsidR="00FE1565" w:rsidRPr="003F4BC3" w:rsidRDefault="00FE1565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4FDC373B" w14:textId="77777777" w:rsidR="00FE1565" w:rsidRPr="003F4BC3" w:rsidRDefault="00FE1565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3FBE08" w14:textId="77777777" w:rsidR="00FE1565" w:rsidRPr="003F4BC3" w:rsidRDefault="00FE1565" w:rsidP="00F9284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E6A0C73" w14:textId="28AEB224" w:rsidR="00FE1565" w:rsidRPr="003F4BC3" w:rsidRDefault="00FE1565" w:rsidP="00F9284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(m</w:t>
            </w:r>
            <w:r w:rsidR="008E677B" w:rsidRPr="008E677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F4BC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6C85EC" w14:textId="77777777" w:rsidR="00FE1565" w:rsidRPr="003F4BC3" w:rsidRDefault="00FE1565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5A892C" w14:textId="77777777" w:rsidR="00FE1565" w:rsidRPr="003F4BC3" w:rsidRDefault="00FE1565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F4D4009" w14:textId="77777777" w:rsidR="00FE1565" w:rsidRPr="003F4BC3" w:rsidRDefault="00FE1565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30563304" w14:textId="77777777" w:rsidTr="00B9517D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35FFE9" w14:textId="77777777" w:rsidR="00FE1565" w:rsidRPr="003F4BC3" w:rsidRDefault="00FE1565" w:rsidP="00D32A6C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9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A76251" w14:textId="77777777" w:rsidR="00FE1565" w:rsidRPr="003F4BC3" w:rsidRDefault="00FE1565" w:rsidP="00D32A6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9/1</w:t>
            </w:r>
          </w:p>
        </w:tc>
        <w:tc>
          <w:tcPr>
            <w:tcW w:w="7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737AA4" w14:textId="77777777" w:rsidR="00FE1565" w:rsidRPr="003F4BC3" w:rsidRDefault="00FE1565" w:rsidP="00D32A6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Chrlické nám.</w:t>
            </w:r>
          </w:p>
        </w:tc>
        <w:tc>
          <w:tcPr>
            <w:tcW w:w="5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34CEC8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ED8308" w14:textId="77777777" w:rsidR="00FE1565" w:rsidRPr="003F4BC3" w:rsidRDefault="00FE1565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7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C8A279" w14:textId="77777777" w:rsidR="00FE1565" w:rsidRPr="003F4BC3" w:rsidRDefault="00FE1565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po-pá</w:t>
            </w:r>
          </w:p>
          <w:p w14:paraId="060DCA43" w14:textId="77777777" w:rsidR="00FE1565" w:rsidRPr="003F4BC3" w:rsidRDefault="00FE1565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8.00-19.00 h.</w:t>
            </w:r>
          </w:p>
          <w:p w14:paraId="5A1518B2" w14:textId="77777777" w:rsidR="00FE1565" w:rsidRPr="003F4BC3" w:rsidRDefault="00FE1565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so-ne</w:t>
            </w:r>
          </w:p>
          <w:p w14:paraId="766152E1" w14:textId="77777777" w:rsidR="00FE1565" w:rsidRPr="003F4BC3" w:rsidRDefault="00FE1565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7.00-19.00 h.</w:t>
            </w:r>
          </w:p>
        </w:tc>
        <w:tc>
          <w:tcPr>
            <w:tcW w:w="80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B5895D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635F91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C9" w:rsidRPr="005C0F58" w14:paraId="57E4529A" w14:textId="77777777" w:rsidTr="00B9517D">
        <w:trPr>
          <w:trHeight w:val="399"/>
        </w:trPr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EFE529" w14:textId="77777777" w:rsidR="000152C9" w:rsidRPr="003F4BC3" w:rsidRDefault="000152C9" w:rsidP="00D32A6C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374564" w14:textId="77777777" w:rsidR="000152C9" w:rsidRPr="003F4BC3" w:rsidRDefault="000152C9" w:rsidP="00D32A6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6DCB98" w14:textId="77777777" w:rsidR="000152C9" w:rsidRPr="003F4BC3" w:rsidRDefault="000152C9" w:rsidP="00D32A6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Chrlické nám.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285DE2" w14:textId="77777777" w:rsidR="000152C9" w:rsidRPr="003F4BC3" w:rsidRDefault="000152C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A694E0" w14:textId="77777777" w:rsidR="000152C9" w:rsidRPr="003F4BC3" w:rsidRDefault="000152C9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7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AA0CD3" w14:textId="77777777" w:rsidR="000152C9" w:rsidRPr="003F4BC3" w:rsidRDefault="000152C9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BABE03" w14:textId="77777777" w:rsidR="000152C9" w:rsidRPr="003F4BC3" w:rsidRDefault="000152C9" w:rsidP="00586C2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duben–říjen</w:t>
            </w:r>
          </w:p>
        </w:tc>
        <w:tc>
          <w:tcPr>
            <w:tcW w:w="8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185E3F" w14:textId="77777777" w:rsidR="000152C9" w:rsidRPr="003F4BC3" w:rsidRDefault="00FF2DD0" w:rsidP="00FF2DD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f</w:t>
            </w:r>
            <w:r w:rsidR="00586C2A" w:rsidRPr="003F4BC3">
              <w:rPr>
                <w:rFonts w:ascii="Arial" w:hAnsi="Arial" w:cs="Arial"/>
                <w:sz w:val="16"/>
                <w:szCs w:val="16"/>
              </w:rPr>
              <w:t>armářské trhy</w:t>
            </w:r>
          </w:p>
        </w:tc>
      </w:tr>
      <w:tr w:rsidR="000E25FB" w:rsidRPr="005C0F58" w14:paraId="42452746" w14:textId="77777777" w:rsidTr="00B9517D">
        <w:trPr>
          <w:trHeight w:val="399"/>
        </w:trPr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41D53B" w14:textId="77777777" w:rsidR="000E25FB" w:rsidRPr="003F4BC3" w:rsidRDefault="000E25FB" w:rsidP="00D32A6C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9E18DF" w14:textId="77777777" w:rsidR="000E25FB" w:rsidRPr="003F4BC3" w:rsidRDefault="000E25FB" w:rsidP="00D32A6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4, 5/1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2CCDCB" w14:textId="77777777" w:rsidR="000E25FB" w:rsidRPr="003F4BC3" w:rsidRDefault="000E25FB" w:rsidP="00D32A6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Chrlické nám. – zahrada CSS pro osoby se zrakovým postižením v Brně-Chrlicích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DFDA15" w14:textId="77777777" w:rsidR="000E25FB" w:rsidRPr="003F4BC3" w:rsidRDefault="000E25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BE42DB" w14:textId="77777777" w:rsidR="000E25FB" w:rsidRPr="003F4BC3" w:rsidRDefault="000E25FB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4566</w:t>
            </w:r>
          </w:p>
        </w:tc>
        <w:tc>
          <w:tcPr>
            <w:tcW w:w="7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177C43" w14:textId="77777777" w:rsidR="000E25FB" w:rsidRPr="003F4BC3" w:rsidRDefault="000E25FB" w:rsidP="00D32A6C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06F2BA" w14:textId="77777777" w:rsidR="000E25FB" w:rsidRPr="003F4BC3" w:rsidRDefault="000E25FB" w:rsidP="00175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duben–říjen</w:t>
            </w:r>
          </w:p>
        </w:tc>
        <w:tc>
          <w:tcPr>
            <w:tcW w:w="8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9AA1FD" w14:textId="77777777" w:rsidR="000E25FB" w:rsidRPr="003F4BC3" w:rsidRDefault="000E25FB" w:rsidP="00FF2DD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prodejní akce pro veřejnost</w:t>
            </w:r>
          </w:p>
        </w:tc>
      </w:tr>
    </w:tbl>
    <w:p w14:paraId="72008364" w14:textId="77777777" w:rsidR="00FE1565" w:rsidRPr="005C0F58" w:rsidRDefault="00FE1565">
      <w:pPr>
        <w:pStyle w:val="Styltabulky"/>
        <w:rPr>
          <w:rFonts w:ascii="Arial" w:hAnsi="Arial" w:cs="Arial"/>
        </w:rPr>
      </w:pPr>
    </w:p>
    <w:p w14:paraId="18BD80CD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3902FA7C" w14:textId="77777777" w:rsidR="00FE1565" w:rsidRPr="00B80E33" w:rsidRDefault="00FE1565" w:rsidP="00B80E33">
      <w:pPr>
        <w:pStyle w:val="Zkladntext"/>
        <w:spacing w:after="120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 xml:space="preserve">Další lokality tržních míst: </w:t>
      </w:r>
    </w:p>
    <w:p w14:paraId="425041DC" w14:textId="77777777" w:rsidR="00FE1565" w:rsidRPr="005C0F58" w:rsidRDefault="00FE1565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Příležitostný prodej, včetně prodeje občerstvení, s maximální dobou prodeje 3 dnů při příležitosti jednorázových společenských akcí je povolen při splnění požadavků právních předpisů vždy v místě konání akce. </w:t>
      </w:r>
    </w:p>
    <w:p w14:paraId="1BFB7475" w14:textId="77777777" w:rsidR="00FE1565" w:rsidRPr="005C0F58" w:rsidRDefault="00FE156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18AF76B0" w14:textId="77777777" w:rsidR="00FE1565" w:rsidRPr="005C0F58" w:rsidRDefault="00FE156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1E68EAAC" w14:textId="77777777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HLAVA B: Předsunutá prodejní místa</w:t>
      </w:r>
    </w:p>
    <w:p w14:paraId="39FF8CD2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1BCA20F1" w14:textId="77777777" w:rsidR="00FE1565" w:rsidRPr="005C0F58" w:rsidRDefault="00FE1565" w:rsidP="00165D8D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Předsunutá prodejní místa je možno provozovat při splnění požadavků právních předpisů na celém území MČ Brno-Chrlice. </w:t>
      </w:r>
    </w:p>
    <w:p w14:paraId="345E906C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AD75507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1E5C68F" w14:textId="77777777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HLAVA C: Restaurační zahrádky</w:t>
      </w:r>
    </w:p>
    <w:p w14:paraId="06FF2DB3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0688E607" w14:textId="77777777" w:rsidR="00FE1565" w:rsidRPr="005C0F58" w:rsidRDefault="00FE1565" w:rsidP="00165D8D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Restaurační zahrádky je možno provozovat při splnění požadavků právních předpisů na celém území MČ Brno-Chrlice. </w:t>
      </w:r>
    </w:p>
    <w:p w14:paraId="4CED3E49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47B42A6" w14:textId="77777777" w:rsidR="00165D8D" w:rsidRPr="005C0F58" w:rsidRDefault="00165D8D">
      <w:pPr>
        <w:pStyle w:val="Zkladntext"/>
        <w:rPr>
          <w:rFonts w:ascii="Arial" w:hAnsi="Arial" w:cs="Arial"/>
          <w:sz w:val="20"/>
          <w:szCs w:val="20"/>
        </w:rPr>
      </w:pPr>
    </w:p>
    <w:p w14:paraId="47B8A2C3" w14:textId="77777777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HLAVA D: Pojízdný prodej, pochůzkový prodej a prodej bez prodejního zařízení</w:t>
      </w:r>
    </w:p>
    <w:p w14:paraId="1148DF1F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33A4584B" w14:textId="77777777" w:rsidR="00FE1565" w:rsidRPr="005C0F58" w:rsidRDefault="00FE1565" w:rsidP="00165D8D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Pojízdný prodej, pochůzkový prodej a prodej bez prodejního zařízení je možno provozovat při splnění požadavků právních předpisů na celém území MČ Brno-Chrlice. </w:t>
      </w:r>
    </w:p>
    <w:p w14:paraId="42DBF948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0BF7164D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11F44F7" w14:textId="0FC3B8EB" w:rsidR="00FE1565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6299C17F" w14:textId="3FA112D5" w:rsidR="00D23599" w:rsidRDefault="00D23599">
      <w:pPr>
        <w:pStyle w:val="Zkladntext"/>
        <w:rPr>
          <w:rFonts w:ascii="Arial" w:hAnsi="Arial" w:cs="Arial"/>
          <w:sz w:val="20"/>
          <w:szCs w:val="20"/>
        </w:rPr>
      </w:pPr>
    </w:p>
    <w:p w14:paraId="215C4C39" w14:textId="6CE4EE30" w:rsidR="00D23599" w:rsidRDefault="00D23599">
      <w:pPr>
        <w:pStyle w:val="Zkladntext"/>
        <w:rPr>
          <w:rFonts w:ascii="Arial" w:hAnsi="Arial" w:cs="Arial"/>
          <w:sz w:val="20"/>
          <w:szCs w:val="20"/>
        </w:rPr>
      </w:pPr>
    </w:p>
    <w:p w14:paraId="25928C38" w14:textId="3B76146B" w:rsidR="00D23599" w:rsidRDefault="00D23599">
      <w:pPr>
        <w:pStyle w:val="Zkladntext"/>
        <w:rPr>
          <w:rFonts w:ascii="Arial" w:hAnsi="Arial" w:cs="Arial"/>
          <w:sz w:val="20"/>
          <w:szCs w:val="20"/>
        </w:rPr>
      </w:pPr>
    </w:p>
    <w:p w14:paraId="3BFA29B5" w14:textId="071EE09F" w:rsidR="003F4BC3" w:rsidRDefault="003F4BC3">
      <w:pPr>
        <w:pStyle w:val="Zkladntext"/>
        <w:rPr>
          <w:rFonts w:ascii="Arial" w:hAnsi="Arial" w:cs="Arial"/>
          <w:sz w:val="20"/>
          <w:szCs w:val="20"/>
        </w:rPr>
      </w:pPr>
    </w:p>
    <w:p w14:paraId="469BDB66" w14:textId="643CB543" w:rsidR="003F4BC3" w:rsidRDefault="003F4BC3">
      <w:pPr>
        <w:pStyle w:val="Zkladntext"/>
        <w:rPr>
          <w:rFonts w:ascii="Arial" w:hAnsi="Arial" w:cs="Arial"/>
          <w:sz w:val="20"/>
          <w:szCs w:val="20"/>
        </w:rPr>
      </w:pPr>
    </w:p>
    <w:p w14:paraId="0802CA0C" w14:textId="6E0DE7C1" w:rsidR="003F4BC3" w:rsidRDefault="003F4BC3">
      <w:pPr>
        <w:pStyle w:val="Zkladntext"/>
        <w:rPr>
          <w:rFonts w:ascii="Arial" w:hAnsi="Arial" w:cs="Arial"/>
          <w:sz w:val="20"/>
          <w:szCs w:val="20"/>
        </w:rPr>
      </w:pPr>
    </w:p>
    <w:p w14:paraId="2680B633" w14:textId="32DA8956" w:rsidR="003F4BC3" w:rsidRDefault="003F4BC3">
      <w:pPr>
        <w:pStyle w:val="Zkladntext"/>
        <w:rPr>
          <w:rFonts w:ascii="Arial" w:hAnsi="Arial" w:cs="Arial"/>
          <w:sz w:val="20"/>
          <w:szCs w:val="20"/>
        </w:rPr>
      </w:pPr>
    </w:p>
    <w:p w14:paraId="47A58C06" w14:textId="77777777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lastRenderedPageBreak/>
        <w:t>ČÁST VI</w:t>
      </w:r>
    </w:p>
    <w:p w14:paraId="34F9A948" w14:textId="77777777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MČ BRNO-IVANOVICE</w:t>
      </w:r>
    </w:p>
    <w:p w14:paraId="68E00698" w14:textId="77777777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7569F472" w14:textId="77777777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HLAVA A: Tržiště</w:t>
      </w:r>
    </w:p>
    <w:p w14:paraId="7CD3A396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5"/>
        <w:gridCol w:w="1025"/>
        <w:gridCol w:w="1556"/>
        <w:gridCol w:w="1096"/>
        <w:gridCol w:w="813"/>
        <w:gridCol w:w="1414"/>
        <w:gridCol w:w="1556"/>
        <w:gridCol w:w="1698"/>
      </w:tblGrid>
      <w:tr w:rsidR="00FE1565" w:rsidRPr="005C0F58" w14:paraId="158F255C" w14:textId="77777777">
        <w:trPr>
          <w:trHeight w:val="274"/>
        </w:trPr>
        <w:tc>
          <w:tcPr>
            <w:tcW w:w="156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379A2A" w14:textId="77777777" w:rsidR="00FE1565" w:rsidRPr="003F4BC3" w:rsidRDefault="00FE1565" w:rsidP="00D668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223406" w14:textId="77777777" w:rsidR="00FE1565" w:rsidRPr="003F4BC3" w:rsidRDefault="00FE1565" w:rsidP="00D668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5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3279D6" w14:textId="77777777" w:rsidR="00FE1565" w:rsidRPr="003F4BC3" w:rsidRDefault="00FE1565" w:rsidP="00D668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078CE4C" w14:textId="77777777" w:rsidR="00FE1565" w:rsidRPr="003F4BC3" w:rsidRDefault="00FE1565" w:rsidP="00D668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37F3DE50" w14:textId="77777777" w:rsidTr="00CF2545"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98F58B" w14:textId="77777777" w:rsidR="00FE1565" w:rsidRPr="003F4BC3" w:rsidRDefault="00FE1565" w:rsidP="00FE253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10950A" w14:textId="77777777" w:rsidR="00FE1565" w:rsidRPr="003F4BC3" w:rsidRDefault="00FE1565" w:rsidP="00C037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09325550" w14:textId="77777777" w:rsidR="00FE1565" w:rsidRPr="003F4BC3" w:rsidRDefault="00FE1565" w:rsidP="00C037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Ivanovice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FF85C6" w14:textId="77777777" w:rsidR="00FE1565" w:rsidRPr="003F4BC3" w:rsidRDefault="00FE1565" w:rsidP="00C037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BBE11B" w14:textId="77777777" w:rsidR="00FE1565" w:rsidRPr="003F4BC3" w:rsidRDefault="00FE1565" w:rsidP="00C037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2DB7C378" w14:textId="77777777" w:rsidR="00FE1565" w:rsidRPr="003F4BC3" w:rsidRDefault="00FE1565" w:rsidP="00C037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D29354" w14:textId="77777777" w:rsidR="00FE1565" w:rsidRPr="003F4BC3" w:rsidRDefault="00FE1565" w:rsidP="00F9284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26AFB53" w14:textId="5B50F6CE" w:rsidR="00FE1565" w:rsidRPr="003F4BC3" w:rsidRDefault="00FE1565" w:rsidP="00F9284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(m</w:t>
            </w:r>
            <w:r w:rsidR="008E677B" w:rsidRPr="008E677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F4BC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3851BB" w14:textId="77777777" w:rsidR="00FE1565" w:rsidRPr="003F4BC3" w:rsidRDefault="00FE1565" w:rsidP="00C037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A43DB6" w14:textId="77777777" w:rsidR="00FE1565" w:rsidRPr="003F4BC3" w:rsidRDefault="00FE1565" w:rsidP="00C037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BE05399" w14:textId="77777777" w:rsidR="00FE1565" w:rsidRPr="003F4BC3" w:rsidRDefault="00097C06" w:rsidP="00C037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FE1565" w:rsidRPr="005C0F58" w14:paraId="3061F8FB" w14:textId="77777777">
        <w:tc>
          <w:tcPr>
            <w:tcW w:w="22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A472B7" w14:textId="77777777" w:rsidR="00FE1565" w:rsidRPr="003F4BC3" w:rsidRDefault="00FE1565" w:rsidP="00C037FD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35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D18D2E" w14:textId="77777777" w:rsidR="00FE1565" w:rsidRPr="003F4BC3" w:rsidRDefault="00FE1565" w:rsidP="00C037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2/2</w:t>
            </w:r>
          </w:p>
        </w:tc>
        <w:tc>
          <w:tcPr>
            <w:tcW w:w="81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21E81D" w14:textId="77777777" w:rsidR="00FE1565" w:rsidRPr="003F4BC3" w:rsidRDefault="00FE1565" w:rsidP="00C037F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 xml:space="preserve">ul. Mácova </w:t>
            </w:r>
            <w:r w:rsidR="00D6680A" w:rsidRPr="003F4BC3">
              <w:rPr>
                <w:rFonts w:ascii="Arial" w:hAnsi="Arial" w:cs="Arial"/>
                <w:sz w:val="16"/>
                <w:szCs w:val="16"/>
              </w:rPr>
              <w:t>–</w:t>
            </w:r>
            <w:r w:rsidRPr="003F4BC3">
              <w:rPr>
                <w:rFonts w:ascii="Arial" w:hAnsi="Arial" w:cs="Arial"/>
                <w:sz w:val="16"/>
                <w:szCs w:val="16"/>
              </w:rPr>
              <w:t xml:space="preserve"> zpevněná plocha za  budovou úřadu městské části</w:t>
            </w:r>
          </w:p>
        </w:tc>
        <w:tc>
          <w:tcPr>
            <w:tcW w:w="57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5D2888A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CCCE1A" w14:textId="77777777" w:rsidR="00FE1565" w:rsidRPr="003F4BC3" w:rsidRDefault="00FE1565" w:rsidP="00C037F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0BAF95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5BD5F3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12B978D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zákaz prodeje  erotického zboží</w:t>
            </w:r>
          </w:p>
        </w:tc>
      </w:tr>
    </w:tbl>
    <w:p w14:paraId="3999794B" w14:textId="77777777" w:rsidR="00FE1565" w:rsidRPr="005C0F58" w:rsidRDefault="00FE1565">
      <w:pPr>
        <w:pStyle w:val="Styltabulky"/>
        <w:rPr>
          <w:rFonts w:ascii="Arial" w:hAnsi="Arial" w:cs="Arial"/>
        </w:rPr>
      </w:pPr>
    </w:p>
    <w:p w14:paraId="4FCF105B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55B3524B" w14:textId="77777777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HLAVA B: Předsunutá prodejní místa</w:t>
      </w:r>
    </w:p>
    <w:p w14:paraId="5B68DBEA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90"/>
        <w:gridCol w:w="1062"/>
        <w:gridCol w:w="1556"/>
        <w:gridCol w:w="1096"/>
        <w:gridCol w:w="813"/>
        <w:gridCol w:w="1414"/>
        <w:gridCol w:w="1556"/>
        <w:gridCol w:w="1696"/>
      </w:tblGrid>
      <w:tr w:rsidR="00FE1565" w:rsidRPr="005C0F58" w14:paraId="122475D5" w14:textId="77777777">
        <w:trPr>
          <w:trHeight w:val="274"/>
        </w:trPr>
        <w:tc>
          <w:tcPr>
            <w:tcW w:w="156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C98396" w14:textId="77777777" w:rsidR="00FE1565" w:rsidRPr="003F4BC3" w:rsidRDefault="00FE1565" w:rsidP="00D668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C9FAB1" w14:textId="77777777" w:rsidR="00FE1565" w:rsidRPr="003F4BC3" w:rsidRDefault="00FE1565" w:rsidP="00D668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5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A3330A" w14:textId="77777777" w:rsidR="00FE1565" w:rsidRPr="003F4BC3" w:rsidRDefault="00FE1565" w:rsidP="00D668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7E9DF32" w14:textId="77777777" w:rsidR="00FE1565" w:rsidRPr="003F4BC3" w:rsidRDefault="00FE1565" w:rsidP="00D668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4BC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50F911DD" w14:textId="77777777">
        <w:tc>
          <w:tcPr>
            <w:tcW w:w="20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C918BD" w14:textId="77777777" w:rsidR="00FE1565" w:rsidRPr="003F4BC3" w:rsidRDefault="00FE1565" w:rsidP="00FE253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C6D285" w14:textId="77777777" w:rsidR="00FE1565" w:rsidRPr="003F4BC3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4286F336" w14:textId="77777777" w:rsidR="00FE1565" w:rsidRPr="003F4BC3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Ivanovice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2D2F9D" w14:textId="77777777" w:rsidR="00FE1565" w:rsidRPr="003F4BC3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888170" w14:textId="77777777" w:rsidR="00FE1565" w:rsidRPr="003F4BC3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2DDA72A4" w14:textId="77777777" w:rsidR="00FE1565" w:rsidRPr="003F4BC3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6CC5F6" w14:textId="77777777" w:rsidR="00FE1565" w:rsidRPr="003F4BC3" w:rsidRDefault="00FE1565" w:rsidP="00F9284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7F333AD" w14:textId="4EF44115" w:rsidR="00FE1565" w:rsidRPr="003F4BC3" w:rsidRDefault="00FE1565" w:rsidP="00F9284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(m</w:t>
            </w:r>
            <w:r w:rsidR="008E677B" w:rsidRPr="008E677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F4BC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124E5D" w14:textId="77777777" w:rsidR="00FE1565" w:rsidRPr="003F4BC3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550972" w14:textId="77777777" w:rsidR="00FE1565" w:rsidRPr="003F4BC3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6583515" w14:textId="77777777" w:rsidR="00FE1565" w:rsidRPr="003F4BC3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374AE308" w14:textId="77777777">
        <w:tc>
          <w:tcPr>
            <w:tcW w:w="2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2F1DB4" w14:textId="77777777" w:rsidR="00FE1565" w:rsidRPr="003F4BC3" w:rsidRDefault="00FE1565" w:rsidP="009E42E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54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937B19" w14:textId="77777777" w:rsidR="00FE1565" w:rsidRPr="003F4BC3" w:rsidRDefault="00FE1565" w:rsidP="009E42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965/95</w:t>
            </w:r>
          </w:p>
        </w:tc>
        <w:tc>
          <w:tcPr>
            <w:tcW w:w="81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E65FE5" w14:textId="77777777" w:rsidR="00FE1565" w:rsidRPr="003F4BC3" w:rsidRDefault="00FE1565" w:rsidP="009E42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 xml:space="preserve">ul. Hradecká </w:t>
            </w:r>
            <w:r w:rsidR="00D6680A" w:rsidRPr="003F4BC3">
              <w:rPr>
                <w:rFonts w:ascii="Arial" w:hAnsi="Arial" w:cs="Arial"/>
                <w:sz w:val="16"/>
                <w:szCs w:val="16"/>
              </w:rPr>
              <w:t>–</w:t>
            </w:r>
            <w:r w:rsidRPr="003F4BC3">
              <w:rPr>
                <w:rFonts w:ascii="Arial" w:hAnsi="Arial" w:cs="Arial"/>
                <w:sz w:val="16"/>
                <w:szCs w:val="16"/>
              </w:rPr>
              <w:t xml:space="preserve"> před </w:t>
            </w:r>
            <w:r w:rsidR="00D6680A" w:rsidRPr="003F4BC3">
              <w:rPr>
                <w:rFonts w:ascii="Arial" w:hAnsi="Arial" w:cs="Arial"/>
                <w:sz w:val="16"/>
                <w:szCs w:val="16"/>
              </w:rPr>
              <w:t>h</w:t>
            </w:r>
            <w:r w:rsidRPr="003F4BC3">
              <w:rPr>
                <w:rFonts w:ascii="Arial" w:hAnsi="Arial" w:cs="Arial"/>
                <w:sz w:val="16"/>
                <w:szCs w:val="16"/>
              </w:rPr>
              <w:t>ypermarketem Globus</w:t>
            </w:r>
          </w:p>
        </w:tc>
        <w:tc>
          <w:tcPr>
            <w:tcW w:w="57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4F9D118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D77E0E" w14:textId="77777777" w:rsidR="00FE1565" w:rsidRPr="003F4BC3" w:rsidRDefault="00FE1565" w:rsidP="009E42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4BC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0BAE23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244065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C727B4" w14:textId="77777777" w:rsidR="00FE1565" w:rsidRPr="003F4BC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F47E0D" w14:textId="77777777" w:rsidR="00FE1565" w:rsidRPr="005C0F58" w:rsidRDefault="00FE1565">
      <w:pPr>
        <w:pStyle w:val="Styltabulky"/>
        <w:rPr>
          <w:rFonts w:ascii="Arial" w:hAnsi="Arial" w:cs="Arial"/>
        </w:rPr>
      </w:pPr>
    </w:p>
    <w:p w14:paraId="149491E4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2AD9126" w14:textId="77777777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HLAVA C: Restaurační zahrádky</w:t>
      </w:r>
    </w:p>
    <w:p w14:paraId="77A636EB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90"/>
        <w:gridCol w:w="1062"/>
        <w:gridCol w:w="1556"/>
        <w:gridCol w:w="1096"/>
        <w:gridCol w:w="813"/>
        <w:gridCol w:w="1414"/>
        <w:gridCol w:w="1556"/>
        <w:gridCol w:w="1696"/>
      </w:tblGrid>
      <w:tr w:rsidR="00FE1565" w:rsidRPr="005C0F58" w14:paraId="1B19DF1E" w14:textId="77777777">
        <w:trPr>
          <w:trHeight w:val="274"/>
        </w:trPr>
        <w:tc>
          <w:tcPr>
            <w:tcW w:w="156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5C697" w14:textId="77777777" w:rsidR="00FE1565" w:rsidRPr="008E677B" w:rsidRDefault="00FE1565" w:rsidP="00D668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677B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F05404" w14:textId="77777777" w:rsidR="00FE1565" w:rsidRPr="008E677B" w:rsidRDefault="00FE1565" w:rsidP="00D668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677B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5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D3EA08" w14:textId="77777777" w:rsidR="00FE1565" w:rsidRPr="008E677B" w:rsidRDefault="00FE1565" w:rsidP="00D668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677B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4C600CF" w14:textId="77777777" w:rsidR="00FE1565" w:rsidRPr="008E677B" w:rsidRDefault="00FE1565" w:rsidP="00D6680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677B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08FEA09E" w14:textId="77777777">
        <w:tc>
          <w:tcPr>
            <w:tcW w:w="20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91342D" w14:textId="77777777" w:rsidR="00FE1565" w:rsidRPr="008E677B" w:rsidRDefault="00FE1565" w:rsidP="00FE253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8B779E" w14:textId="77777777" w:rsidR="00FE1565" w:rsidRPr="008E677B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6478B6FF" w14:textId="77777777" w:rsidR="00FE1565" w:rsidRPr="008E677B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Ivanovice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11433C" w14:textId="77777777" w:rsidR="00FE1565" w:rsidRPr="008E677B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4D0C2B" w14:textId="77777777" w:rsidR="00FE1565" w:rsidRPr="008E677B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29D8B061" w14:textId="77777777" w:rsidR="00FE1565" w:rsidRPr="008E677B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F33C25" w14:textId="77777777" w:rsidR="00FE1565" w:rsidRPr="008E677B" w:rsidRDefault="00FE1565" w:rsidP="00F9284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6575F83" w14:textId="0924FE17" w:rsidR="00FE1565" w:rsidRPr="008E677B" w:rsidRDefault="00FE1565" w:rsidP="00F9284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(m</w:t>
            </w:r>
            <w:r w:rsidR="008E677B" w:rsidRPr="008E677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E677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F7F90A" w14:textId="77777777" w:rsidR="00FE1565" w:rsidRPr="008E677B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199CF2" w14:textId="77777777" w:rsidR="00FE1565" w:rsidRPr="008E677B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5A6BF1E" w14:textId="77777777" w:rsidR="00FE1565" w:rsidRPr="008E677B" w:rsidRDefault="00FE1565" w:rsidP="00C300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4655190A" w14:textId="77777777" w:rsidTr="00CF2545">
        <w:tc>
          <w:tcPr>
            <w:tcW w:w="203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B648226" w14:textId="77777777" w:rsidR="00FE1565" w:rsidRPr="008E677B" w:rsidRDefault="00FE1565" w:rsidP="009E42E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54" w:type="pct"/>
            <w:tcBorders>
              <w:top w:val="single" w:sz="12" w:space="0" w:color="000000"/>
              <w:left w:val="nil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9E1C0D9" w14:textId="77777777" w:rsidR="00FE1565" w:rsidRPr="008E677B" w:rsidRDefault="00FE1565" w:rsidP="009E42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73/1</w:t>
            </w:r>
          </w:p>
        </w:tc>
        <w:tc>
          <w:tcPr>
            <w:tcW w:w="812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4B024E3" w14:textId="77777777" w:rsidR="00FE1565" w:rsidRPr="008E677B" w:rsidRDefault="00FE1565" w:rsidP="009E42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 xml:space="preserve">ve dvorním traktu restaurace na ul. Mácova </w:t>
            </w:r>
          </w:p>
          <w:p w14:paraId="2484136D" w14:textId="77777777" w:rsidR="00FE1565" w:rsidRPr="008E677B" w:rsidRDefault="00FE1565" w:rsidP="009E42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or. č. 15</w:t>
            </w:r>
          </w:p>
        </w:tc>
        <w:tc>
          <w:tcPr>
            <w:tcW w:w="572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9E9F2EB" w14:textId="77777777" w:rsidR="00FE1565" w:rsidRPr="008E677B" w:rsidRDefault="00FE1565" w:rsidP="009E42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1 rest. zahr. (pro</w:t>
            </w:r>
            <w:r w:rsidR="009E42E0" w:rsidRPr="008E677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E677B">
              <w:rPr>
                <w:rFonts w:ascii="Arial" w:hAnsi="Arial" w:cs="Arial"/>
                <w:sz w:val="16"/>
                <w:szCs w:val="16"/>
              </w:rPr>
              <w:t>cca 20</w:t>
            </w:r>
            <w:r w:rsidR="009E42E0" w:rsidRPr="008E677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E677B">
              <w:rPr>
                <w:rFonts w:ascii="Arial" w:hAnsi="Arial" w:cs="Arial"/>
                <w:sz w:val="16"/>
                <w:szCs w:val="16"/>
              </w:rPr>
              <w:t>osob)</w:t>
            </w:r>
          </w:p>
        </w:tc>
        <w:tc>
          <w:tcPr>
            <w:tcW w:w="424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</w:tcPr>
          <w:p w14:paraId="1F1915AA" w14:textId="77777777" w:rsidR="00FE1565" w:rsidRPr="008E677B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</w:tcPr>
          <w:p w14:paraId="2060CAA4" w14:textId="77777777" w:rsidR="00FE1565" w:rsidRPr="008E677B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</w:tcPr>
          <w:p w14:paraId="3C4AABAD" w14:textId="77777777" w:rsidR="00FE1565" w:rsidRPr="008E677B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</w:tcPr>
          <w:p w14:paraId="17A8EB3C" w14:textId="77777777" w:rsidR="00FE1565" w:rsidRPr="008E677B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40F0" w:rsidRPr="005C0F58" w14:paraId="12011745" w14:textId="77777777" w:rsidTr="00CF2545"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49AE6FF8" w14:textId="77777777" w:rsidR="00CE40F0" w:rsidRPr="008E677B" w:rsidRDefault="00CE40F0" w:rsidP="009E42E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440A670B" w14:textId="77777777" w:rsidR="00CE40F0" w:rsidRPr="008E677B" w:rsidRDefault="00CE40F0" w:rsidP="009E42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1125/6, 139, 140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5E1FE4B1" w14:textId="77777777" w:rsidR="003A339E" w:rsidRPr="008E677B" w:rsidRDefault="003A339E" w:rsidP="003A339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 xml:space="preserve">restaurace „Druhý dech“ na ul. Mácova </w:t>
            </w:r>
          </w:p>
          <w:p w14:paraId="08953006" w14:textId="77777777" w:rsidR="00CE40F0" w:rsidRPr="008E677B" w:rsidRDefault="003A339E" w:rsidP="003A339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or. č. 25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5E6001DD" w14:textId="77777777" w:rsidR="00CE40F0" w:rsidRPr="008E677B" w:rsidRDefault="00CE40F0" w:rsidP="009E42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24345128" w14:textId="77777777" w:rsidR="00CE40F0" w:rsidRPr="008E677B" w:rsidRDefault="003A339E" w:rsidP="003A339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061A2528" w14:textId="77777777" w:rsidR="00CE40F0" w:rsidRPr="008E677B" w:rsidRDefault="003A339E" w:rsidP="003A339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8–22 hod.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341016CB" w14:textId="77777777" w:rsidR="00CE40F0" w:rsidRPr="008E677B" w:rsidRDefault="003A339E" w:rsidP="003A339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68474A7A" w14:textId="77777777" w:rsidR="00CE40F0" w:rsidRPr="008E677B" w:rsidRDefault="00CE40F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40F0" w:rsidRPr="005C0F58" w14:paraId="04935361" w14:textId="77777777" w:rsidTr="00CF2545">
        <w:tc>
          <w:tcPr>
            <w:tcW w:w="203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4EE66996" w14:textId="77777777" w:rsidR="00CE40F0" w:rsidRPr="008E677B" w:rsidRDefault="00CE40F0" w:rsidP="009E42E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786D902E" w14:textId="77777777" w:rsidR="00CE40F0" w:rsidRPr="008E677B" w:rsidRDefault="003A339E" w:rsidP="009E42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449/2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1E413C1C" w14:textId="77777777" w:rsidR="003A339E" w:rsidRPr="008E677B" w:rsidRDefault="003A339E" w:rsidP="003A339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 xml:space="preserve">restaurace „Restaurant Linden“ na ul. Mácova </w:t>
            </w:r>
          </w:p>
          <w:p w14:paraId="47ABBA57" w14:textId="77777777" w:rsidR="00CE40F0" w:rsidRPr="008E677B" w:rsidRDefault="003A339E" w:rsidP="003A339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or. č. 5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22186FFA" w14:textId="77777777" w:rsidR="00CE40F0" w:rsidRPr="008E677B" w:rsidRDefault="00CE40F0" w:rsidP="009E42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1E8C9187" w14:textId="77777777" w:rsidR="00CE40F0" w:rsidRPr="008E677B" w:rsidRDefault="003A339E" w:rsidP="003A339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11B7BB5E" w14:textId="77777777" w:rsidR="00CE40F0" w:rsidRPr="008E677B" w:rsidRDefault="003A339E" w:rsidP="003A339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11–22 hod.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509BB806" w14:textId="77777777" w:rsidR="00CE40F0" w:rsidRPr="008E677B" w:rsidRDefault="003A339E" w:rsidP="003A339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677B">
              <w:rPr>
                <w:rFonts w:ascii="Arial" w:hAnsi="Arial" w:cs="Arial"/>
                <w:sz w:val="16"/>
                <w:szCs w:val="16"/>
              </w:rPr>
              <w:t>1.3.–31.10.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00EFA4D6" w14:textId="77777777" w:rsidR="00CE40F0" w:rsidRPr="008E677B" w:rsidRDefault="00CE40F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F2551B" w14:textId="77777777" w:rsidR="00FE1565" w:rsidRPr="005C0F58" w:rsidRDefault="00FE1565">
      <w:pPr>
        <w:pStyle w:val="Styltabulky"/>
        <w:rPr>
          <w:rFonts w:ascii="Arial" w:hAnsi="Arial" w:cs="Arial"/>
        </w:rPr>
      </w:pPr>
    </w:p>
    <w:p w14:paraId="45B7B9DE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34625806" w14:textId="77777777" w:rsidR="00D6680A" w:rsidRPr="005C0F58" w:rsidRDefault="00D6680A">
      <w:pPr>
        <w:pStyle w:val="Zkladntext"/>
        <w:rPr>
          <w:rFonts w:ascii="Arial" w:hAnsi="Arial" w:cs="Arial"/>
          <w:sz w:val="20"/>
          <w:szCs w:val="20"/>
        </w:rPr>
      </w:pPr>
    </w:p>
    <w:p w14:paraId="3BD79C39" w14:textId="77777777" w:rsidR="00FE1565" w:rsidRPr="00B80E3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B80E33">
        <w:rPr>
          <w:rFonts w:ascii="Arial" w:hAnsi="Arial" w:cs="Arial"/>
          <w:b/>
          <w:bCs/>
          <w:sz w:val="22"/>
          <w:szCs w:val="22"/>
        </w:rPr>
        <w:t>HLAVA D: Pojízdný prodej, pochůzkový prodej a prodej bez prodejního zařízení</w:t>
      </w:r>
    </w:p>
    <w:p w14:paraId="5990F978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9BF445E" w14:textId="77777777" w:rsidR="00FE1565" w:rsidRPr="005C0F58" w:rsidRDefault="00FE1565" w:rsidP="00D6680A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Pojízdný prodej, pochůzkový prodej a prodej bez prodejního zařízení je možno provozovat při splnění požadavků právních předpisů na celém území MČ Brno-Ivanovice. </w:t>
      </w:r>
    </w:p>
    <w:p w14:paraId="29AE8079" w14:textId="77777777" w:rsidR="00D6680A" w:rsidRPr="005C0F58" w:rsidRDefault="00D668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6836FE2" w14:textId="77777777" w:rsidR="00D6680A" w:rsidRPr="005C0F58" w:rsidRDefault="00D6680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E86E8C6" w14:textId="77777777" w:rsidR="00104268" w:rsidRDefault="0010426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3FEBFB0" w14:textId="77777777" w:rsidR="00104268" w:rsidRDefault="0010426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D864268" w14:textId="77777777" w:rsidR="00104268" w:rsidRDefault="0010426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1AA9469" w14:textId="77777777" w:rsidR="00104268" w:rsidRDefault="0010426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9A34FBA" w14:textId="77777777" w:rsidR="00104268" w:rsidRDefault="0010426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2F902B9" w14:textId="77777777" w:rsidR="00104268" w:rsidRDefault="0010426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450886F" w14:textId="77777777" w:rsidR="00104268" w:rsidRDefault="0010426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4F66F60" w14:textId="77777777" w:rsidR="00104268" w:rsidRDefault="0010426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B680759" w14:textId="7C939369" w:rsidR="00FE1565" w:rsidRPr="0060542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lastRenderedPageBreak/>
        <w:t>ČÁST VII</w:t>
      </w:r>
    </w:p>
    <w:p w14:paraId="00EE976F" w14:textId="77777777" w:rsidR="00FE1565" w:rsidRPr="0060542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t>MČ BRNO-JEHNICE</w:t>
      </w:r>
    </w:p>
    <w:p w14:paraId="5C343658" w14:textId="77777777" w:rsidR="00FE1565" w:rsidRPr="0060542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5A15B093" w14:textId="77777777" w:rsidR="00FE1565" w:rsidRPr="0060542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0D23DE35" w14:textId="77777777" w:rsidR="00FE1565" w:rsidRPr="0060542F" w:rsidRDefault="00FE1565">
      <w:pPr>
        <w:pStyle w:val="Zkladntext"/>
        <w:jc w:val="both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t xml:space="preserve">HLAVA A: Tržní místa  </w:t>
      </w:r>
    </w:p>
    <w:p w14:paraId="341052D3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5119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4"/>
        <w:gridCol w:w="1073"/>
        <w:gridCol w:w="2258"/>
        <w:gridCol w:w="1046"/>
        <w:gridCol w:w="1011"/>
        <w:gridCol w:w="1036"/>
        <w:gridCol w:w="1005"/>
        <w:gridCol w:w="1968"/>
      </w:tblGrid>
      <w:tr w:rsidR="00FE1565" w:rsidRPr="005C0F58" w14:paraId="46D71BE9" w14:textId="77777777">
        <w:trPr>
          <w:trHeight w:val="274"/>
        </w:trPr>
        <w:tc>
          <w:tcPr>
            <w:tcW w:w="190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462BA3" w14:textId="77777777" w:rsidR="00FE1565" w:rsidRPr="00104268" w:rsidRDefault="00FE1565" w:rsidP="00923A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4268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4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04F4E4" w14:textId="77777777" w:rsidR="00FE1565" w:rsidRPr="00104268" w:rsidRDefault="00FE1565" w:rsidP="00923A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4268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04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339F3A" w14:textId="77777777" w:rsidR="00FE1565" w:rsidRPr="00104268" w:rsidRDefault="00FE1565" w:rsidP="00923A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426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MAX. DOBA </w:t>
            </w:r>
            <w:r w:rsidR="00923AD5" w:rsidRPr="00104268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104268">
              <w:rPr>
                <w:rFonts w:ascii="Arial" w:hAnsi="Arial" w:cs="Arial"/>
                <w:b/>
                <w:bCs/>
                <w:sz w:val="16"/>
                <w:szCs w:val="16"/>
              </w:rPr>
              <w:t>RODEJE</w:t>
            </w:r>
          </w:p>
        </w:tc>
        <w:tc>
          <w:tcPr>
            <w:tcW w:w="10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8704A17" w14:textId="77777777" w:rsidR="00FE1565" w:rsidRPr="00104268" w:rsidRDefault="00FE1565" w:rsidP="00923A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4268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49BA54E8" w14:textId="77777777" w:rsidTr="00D2700D">
        <w:tc>
          <w:tcPr>
            <w:tcW w:w="21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56A564" w14:textId="77777777" w:rsidR="00FE1565" w:rsidRPr="0052362A" w:rsidRDefault="00FE1565" w:rsidP="0052362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362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13CED0" w14:textId="77777777" w:rsidR="00FE1565" w:rsidRPr="00104268" w:rsidRDefault="00FE1565" w:rsidP="005253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AF1C11B" w14:textId="77777777" w:rsidR="00FE1565" w:rsidRPr="00104268" w:rsidRDefault="00FE1565" w:rsidP="005253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Jehnice</w:t>
            </w:r>
          </w:p>
        </w:tc>
        <w:tc>
          <w:tcPr>
            <w:tcW w:w="115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89DD7C" w14:textId="77777777" w:rsidR="00FE1565" w:rsidRPr="00104268" w:rsidRDefault="00FE1565" w:rsidP="005253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02AC20" w14:textId="77777777" w:rsidR="00FE1565" w:rsidRPr="00104268" w:rsidRDefault="00FE1565" w:rsidP="005253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počet pro</w:t>
            </w:r>
            <w:r w:rsidR="005253B5" w:rsidRPr="00104268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104268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920570" w14:textId="77777777" w:rsidR="00FE1565" w:rsidRPr="00104268" w:rsidRDefault="00FE1565" w:rsidP="005253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0E79446" w14:textId="4F492EBA" w:rsidR="00FE1565" w:rsidRPr="00104268" w:rsidRDefault="00FE1565" w:rsidP="00F9284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(m</w:t>
            </w:r>
            <w:r w:rsidR="00104268" w:rsidRPr="0010426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0426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2FFB32" w14:textId="77777777" w:rsidR="00FE1565" w:rsidRPr="00104268" w:rsidRDefault="00FE1565" w:rsidP="005253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C4AF18" w14:textId="77777777" w:rsidR="00FE1565" w:rsidRPr="00104268" w:rsidRDefault="00FE1565" w:rsidP="005253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0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A7DDDFE" w14:textId="77777777" w:rsidR="00FE1565" w:rsidRPr="00104268" w:rsidRDefault="00097C06" w:rsidP="005253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FE1565" w:rsidRPr="005C0F58" w14:paraId="165487D8" w14:textId="77777777" w:rsidTr="00D2700D">
        <w:tc>
          <w:tcPr>
            <w:tcW w:w="2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581709" w14:textId="77777777" w:rsidR="00FE1565" w:rsidRPr="005C0F58" w:rsidRDefault="00FE1565" w:rsidP="005253B5">
            <w:pPr>
              <w:pStyle w:val="Styltabulky"/>
              <w:jc w:val="right"/>
              <w:rPr>
                <w:rFonts w:ascii="Arial" w:hAnsi="Arial" w:cs="Arial"/>
              </w:rPr>
            </w:pPr>
            <w:r w:rsidRPr="005C0F58">
              <w:rPr>
                <w:rFonts w:ascii="Arial" w:hAnsi="Arial" w:cs="Arial"/>
              </w:rPr>
              <w:t>1.</w:t>
            </w:r>
          </w:p>
        </w:tc>
        <w:tc>
          <w:tcPr>
            <w:tcW w:w="5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786413" w14:textId="77777777" w:rsidR="00FE1565" w:rsidRPr="00104268" w:rsidRDefault="00FE1565" w:rsidP="005253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46/1</w:t>
            </w:r>
          </w:p>
        </w:tc>
        <w:tc>
          <w:tcPr>
            <w:tcW w:w="11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A40265" w14:textId="77777777" w:rsidR="00FE1565" w:rsidRPr="00104268" w:rsidRDefault="00FE1565" w:rsidP="005253B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 xml:space="preserve">nám. 3. května </w:t>
            </w:r>
            <w:r w:rsidR="00923AD5" w:rsidRPr="00104268">
              <w:rPr>
                <w:rFonts w:ascii="Arial" w:hAnsi="Arial" w:cs="Arial"/>
                <w:sz w:val="16"/>
                <w:szCs w:val="16"/>
              </w:rPr>
              <w:t>–</w:t>
            </w:r>
            <w:r w:rsidRPr="00104268">
              <w:rPr>
                <w:rFonts w:ascii="Arial" w:hAnsi="Arial" w:cs="Arial"/>
                <w:sz w:val="16"/>
                <w:szCs w:val="16"/>
              </w:rPr>
              <w:t xml:space="preserve"> plocha před bývalou samoobsluhou (lokalita pro prodej z pojízdných prodejních zařízení)</w:t>
            </w:r>
          </w:p>
        </w:tc>
        <w:tc>
          <w:tcPr>
            <w:tcW w:w="53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9FCC033" w14:textId="77777777" w:rsidR="00FE1565" w:rsidRPr="0010426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662066" w14:textId="77777777" w:rsidR="00FE1565" w:rsidRPr="00104268" w:rsidRDefault="00FE1565" w:rsidP="005253B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2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F5A18D" w14:textId="77777777" w:rsidR="00FE1565" w:rsidRPr="0010426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43766A" w14:textId="77777777" w:rsidR="00FE1565" w:rsidRPr="0010426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1229255" w14:textId="77777777" w:rsidR="00FE1565" w:rsidRPr="0010426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zejména prodej domácího zvířectva, krmiv, mraženého zboží, drobného textilu a obuvi</w:t>
            </w:r>
          </w:p>
        </w:tc>
      </w:tr>
    </w:tbl>
    <w:p w14:paraId="43EC2F74" w14:textId="77777777" w:rsidR="00FE1565" w:rsidRPr="005C0F58" w:rsidRDefault="00FE1565">
      <w:pPr>
        <w:pStyle w:val="Styltabulky"/>
        <w:rPr>
          <w:rFonts w:ascii="Arial" w:hAnsi="Arial" w:cs="Arial"/>
        </w:rPr>
      </w:pPr>
    </w:p>
    <w:p w14:paraId="56E541A4" w14:textId="77777777" w:rsidR="00FE1565" w:rsidRPr="005C0F58" w:rsidRDefault="00FE156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34141BE0" w14:textId="77777777" w:rsidR="00FE1565" w:rsidRPr="0060542F" w:rsidRDefault="00FE1565" w:rsidP="0060542F">
      <w:pPr>
        <w:pStyle w:val="Zkladntext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t xml:space="preserve">Další lokality tržních míst: </w:t>
      </w:r>
    </w:p>
    <w:p w14:paraId="027E3E6A" w14:textId="77777777" w:rsidR="00FE1565" w:rsidRPr="005C0F58" w:rsidRDefault="00FE1565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Příležitostný prodej občerstvení při pořádání různých výstav, sportovních akcí, hodů, kulturních akcí a akcí, které pořádají různé společenské organizace (např. hasiči, svaz zahrádkářů, svaz chovatelů drobného domácího zvířectva, sport. oddíl Sokol Jehnice, svaz myslivců, SRPŠ atd.), je povolen vždy v místě konání předmětné akce. </w:t>
      </w:r>
    </w:p>
    <w:p w14:paraId="402D1A69" w14:textId="77777777" w:rsidR="00FE1565" w:rsidRPr="005C0F58" w:rsidRDefault="00FE156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1D5B06F0" w14:textId="77777777" w:rsidR="00FE1565" w:rsidRPr="005C0F58" w:rsidRDefault="00FE156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825F908" w14:textId="77777777" w:rsidR="00FE1565" w:rsidRPr="0060542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t>HLAVA B: Restaurační zahrádky</w:t>
      </w:r>
    </w:p>
    <w:p w14:paraId="73CF8B8F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90"/>
        <w:gridCol w:w="1062"/>
        <w:gridCol w:w="1556"/>
        <w:gridCol w:w="1096"/>
        <w:gridCol w:w="813"/>
        <w:gridCol w:w="1556"/>
        <w:gridCol w:w="1414"/>
        <w:gridCol w:w="1696"/>
      </w:tblGrid>
      <w:tr w:rsidR="00FE1565" w:rsidRPr="005C0F58" w14:paraId="247B2D8A" w14:textId="77777777">
        <w:trPr>
          <w:trHeight w:val="274"/>
        </w:trPr>
        <w:tc>
          <w:tcPr>
            <w:tcW w:w="156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29DD1D" w14:textId="77777777" w:rsidR="00FE1565" w:rsidRPr="00104268" w:rsidRDefault="00FE1565" w:rsidP="00923A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4268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149E97" w14:textId="77777777" w:rsidR="00FE1565" w:rsidRPr="00104268" w:rsidRDefault="00FE1565" w:rsidP="00923A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4268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5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14E6D7" w14:textId="77777777" w:rsidR="00FE1565" w:rsidRPr="00104268" w:rsidRDefault="00FE1565" w:rsidP="00923A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4268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BE893CE" w14:textId="77777777" w:rsidR="00FE1565" w:rsidRPr="00104268" w:rsidRDefault="00FE1565" w:rsidP="00923AD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4268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69DD275A" w14:textId="77777777">
        <w:tc>
          <w:tcPr>
            <w:tcW w:w="20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8EC999" w14:textId="77777777" w:rsidR="00FE1565" w:rsidRPr="00104268" w:rsidRDefault="00FE1565" w:rsidP="0052362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D8AA7B" w14:textId="77777777" w:rsidR="00FE1565" w:rsidRPr="00104268" w:rsidRDefault="00FE1565" w:rsidP="0000389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710F77D" w14:textId="77777777" w:rsidR="00FE1565" w:rsidRPr="00104268" w:rsidRDefault="00FE1565" w:rsidP="0000389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Jehnice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F36933" w14:textId="77777777" w:rsidR="00FE1565" w:rsidRPr="00104268" w:rsidRDefault="00FE1565" w:rsidP="0000389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17ADDB" w14:textId="77777777" w:rsidR="00FE1565" w:rsidRPr="00104268" w:rsidRDefault="00FE1565" w:rsidP="0000389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08758CB8" w14:textId="77777777" w:rsidR="00FE1565" w:rsidRPr="00104268" w:rsidRDefault="00FE1565" w:rsidP="0000389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A42060" w14:textId="77777777" w:rsidR="00FE1565" w:rsidRPr="00104268" w:rsidRDefault="00FE1565" w:rsidP="00F9284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37AB8D3" w14:textId="16BE4D8D" w:rsidR="00FE1565" w:rsidRPr="00104268" w:rsidRDefault="00FE1565" w:rsidP="00F9284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(m</w:t>
            </w:r>
            <w:r w:rsidR="00104268" w:rsidRPr="0010426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0426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11481A" w14:textId="77777777" w:rsidR="00FE1565" w:rsidRPr="00104268" w:rsidRDefault="00FE1565" w:rsidP="0000389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07D1EF" w14:textId="77777777" w:rsidR="00FE1565" w:rsidRPr="00104268" w:rsidRDefault="00FE1565" w:rsidP="0000389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70D720D" w14:textId="77777777" w:rsidR="00FE1565" w:rsidRPr="00104268" w:rsidRDefault="00FE1565" w:rsidP="0000389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6E77B3AF" w14:textId="77777777">
        <w:tc>
          <w:tcPr>
            <w:tcW w:w="2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3B8BDF" w14:textId="77777777" w:rsidR="00FE1565" w:rsidRPr="00104268" w:rsidRDefault="00FE1565" w:rsidP="0000389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54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71E498" w14:textId="77777777" w:rsidR="00FE1565" w:rsidRPr="00104268" w:rsidRDefault="00FE1565" w:rsidP="0000389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46/1</w:t>
            </w:r>
          </w:p>
        </w:tc>
        <w:tc>
          <w:tcPr>
            <w:tcW w:w="81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5B7B5A" w14:textId="77777777" w:rsidR="00FE1565" w:rsidRPr="00104268" w:rsidRDefault="00FE1565" w:rsidP="0000389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 xml:space="preserve">nám. 3. května u or. č. 5 </w:t>
            </w:r>
            <w:r w:rsidR="00A24842" w:rsidRPr="00104268">
              <w:rPr>
                <w:rFonts w:ascii="Arial" w:hAnsi="Arial" w:cs="Arial"/>
                <w:sz w:val="16"/>
                <w:szCs w:val="16"/>
              </w:rPr>
              <w:t>–</w:t>
            </w:r>
            <w:r w:rsidRPr="00104268">
              <w:rPr>
                <w:rFonts w:ascii="Arial" w:hAnsi="Arial" w:cs="Arial"/>
                <w:sz w:val="16"/>
                <w:szCs w:val="16"/>
              </w:rPr>
              <w:t xml:space="preserve"> před restaurací Obecní dům</w:t>
            </w:r>
          </w:p>
        </w:tc>
        <w:tc>
          <w:tcPr>
            <w:tcW w:w="57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980742" w14:textId="77777777" w:rsidR="00FE1565" w:rsidRPr="0010426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5B4778" w14:textId="77777777" w:rsidR="00FE1565" w:rsidRPr="00104268" w:rsidRDefault="00FE1565" w:rsidP="0000389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1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D18DED" w14:textId="77777777" w:rsidR="00FE1565" w:rsidRPr="00104268" w:rsidRDefault="00FE1565" w:rsidP="0000389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268">
              <w:rPr>
                <w:rFonts w:ascii="Arial" w:hAnsi="Arial" w:cs="Arial"/>
                <w:sz w:val="16"/>
                <w:szCs w:val="16"/>
              </w:rPr>
              <w:t>10.00-20.00 h.</w:t>
            </w:r>
          </w:p>
        </w:tc>
        <w:tc>
          <w:tcPr>
            <w:tcW w:w="7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3E93F1" w14:textId="77777777" w:rsidR="00FE1565" w:rsidRPr="0010426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BE4C09" w14:textId="77777777" w:rsidR="00FE1565" w:rsidRPr="0010426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35262E" w14:textId="77777777" w:rsidR="00FE1565" w:rsidRPr="005C0F58" w:rsidRDefault="00FE1565">
      <w:pPr>
        <w:pStyle w:val="Styltabulky"/>
        <w:rPr>
          <w:rFonts w:ascii="Arial" w:hAnsi="Arial" w:cs="Arial"/>
        </w:rPr>
      </w:pPr>
    </w:p>
    <w:p w14:paraId="6F0671DF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654B7CEF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1C04CB0C" w14:textId="77777777" w:rsidR="00FE1565" w:rsidRPr="0060542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t>HLAVA C: Pojízdný prodej, pochůzkový prodej a prodej bez prodejního zařízení</w:t>
      </w:r>
    </w:p>
    <w:p w14:paraId="7EEE4640" w14:textId="77777777" w:rsidR="00FE1565" w:rsidRPr="005C0F58" w:rsidRDefault="00FE156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609FC9D" w14:textId="77777777" w:rsidR="00FE1565" w:rsidRPr="005C0F58" w:rsidRDefault="00FE1565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Pojízdný prodej, pochůzkový prodej a prodej bez prodejního zařízení je zakázán na celém území MČ Brno-Jehnice.</w:t>
      </w:r>
    </w:p>
    <w:p w14:paraId="182CD427" w14:textId="77777777" w:rsidR="00FE1565" w:rsidRPr="005C0F58" w:rsidRDefault="00FE156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0AD389BA" w14:textId="77777777" w:rsidR="00FE1565" w:rsidRPr="005C0F58" w:rsidRDefault="00FE156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705768D4" w14:textId="77777777" w:rsidR="00FE1565" w:rsidRPr="005C0F58" w:rsidRDefault="00FE156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645D790F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70FA31F4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95B40FF" w14:textId="77777777" w:rsidR="0007000E" w:rsidRPr="005C0F58" w:rsidRDefault="0007000E">
      <w:pPr>
        <w:pStyle w:val="Zkladntext"/>
        <w:rPr>
          <w:rFonts w:ascii="Arial" w:hAnsi="Arial" w:cs="Arial"/>
          <w:sz w:val="20"/>
          <w:szCs w:val="20"/>
        </w:rPr>
      </w:pPr>
    </w:p>
    <w:p w14:paraId="4CD94B15" w14:textId="77777777" w:rsidR="0007000E" w:rsidRPr="005C0F58" w:rsidRDefault="0007000E">
      <w:pPr>
        <w:pStyle w:val="Zkladntext"/>
        <w:rPr>
          <w:rFonts w:ascii="Arial" w:hAnsi="Arial" w:cs="Arial"/>
          <w:sz w:val="20"/>
          <w:szCs w:val="20"/>
        </w:rPr>
      </w:pPr>
    </w:p>
    <w:p w14:paraId="4722334E" w14:textId="0219FFAA" w:rsidR="008C0C51" w:rsidRDefault="008C0C51">
      <w:pPr>
        <w:pStyle w:val="Zkladntext"/>
        <w:rPr>
          <w:rFonts w:ascii="Arial" w:hAnsi="Arial" w:cs="Arial"/>
          <w:sz w:val="20"/>
          <w:szCs w:val="20"/>
        </w:rPr>
      </w:pPr>
    </w:p>
    <w:p w14:paraId="3A71BC87" w14:textId="385A617C" w:rsidR="00D23599" w:rsidRDefault="00D23599">
      <w:pPr>
        <w:pStyle w:val="Zkladntext"/>
        <w:rPr>
          <w:rFonts w:ascii="Arial" w:hAnsi="Arial" w:cs="Arial"/>
          <w:sz w:val="20"/>
          <w:szCs w:val="20"/>
        </w:rPr>
      </w:pPr>
    </w:p>
    <w:p w14:paraId="7E5AA5BD" w14:textId="76953FBD" w:rsidR="00D23599" w:rsidRDefault="00D23599">
      <w:pPr>
        <w:pStyle w:val="Zkladntext"/>
        <w:rPr>
          <w:rFonts w:ascii="Arial" w:hAnsi="Arial" w:cs="Arial"/>
          <w:sz w:val="20"/>
          <w:szCs w:val="20"/>
        </w:rPr>
      </w:pPr>
    </w:p>
    <w:p w14:paraId="56BB2E12" w14:textId="77777777" w:rsidR="00D23599" w:rsidRPr="005C0F58" w:rsidRDefault="00D23599">
      <w:pPr>
        <w:pStyle w:val="Zkladntext"/>
        <w:rPr>
          <w:rFonts w:ascii="Arial" w:hAnsi="Arial" w:cs="Arial"/>
          <w:sz w:val="20"/>
          <w:szCs w:val="20"/>
        </w:rPr>
      </w:pPr>
    </w:p>
    <w:p w14:paraId="12715D6C" w14:textId="77777777" w:rsidR="00104268" w:rsidRDefault="00104268" w:rsidP="00000BC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DCBF791" w14:textId="77777777" w:rsidR="00104268" w:rsidRDefault="00104268" w:rsidP="00000BC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435AD93" w14:textId="77777777" w:rsidR="00A10C8C" w:rsidRDefault="00A10C8C" w:rsidP="00000BC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228DAAF" w14:textId="77777777" w:rsidR="00A10C8C" w:rsidRDefault="00A10C8C" w:rsidP="00000BC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CAD6AF7" w14:textId="77777777" w:rsidR="00A10C8C" w:rsidRPr="0060542F" w:rsidRDefault="00A10C8C" w:rsidP="00A10C8C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lastRenderedPageBreak/>
        <w:t>ČÁST VIII</w:t>
      </w:r>
    </w:p>
    <w:p w14:paraId="63ED5168" w14:textId="77777777" w:rsidR="00A10C8C" w:rsidRPr="0060542F" w:rsidRDefault="00A10C8C" w:rsidP="00A10C8C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t>MČ BRNO-JIH</w:t>
      </w:r>
    </w:p>
    <w:p w14:paraId="2258EE28" w14:textId="77777777" w:rsidR="00A10C8C" w:rsidRPr="0060542F" w:rsidRDefault="00A10C8C" w:rsidP="00A10C8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t>HLAVA A: Tržiště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7"/>
        <w:gridCol w:w="3118"/>
        <w:gridCol w:w="1110"/>
        <w:gridCol w:w="920"/>
        <w:gridCol w:w="1539"/>
        <w:gridCol w:w="943"/>
        <w:gridCol w:w="1476"/>
      </w:tblGrid>
      <w:tr w:rsidR="00A10C8C" w:rsidRPr="005C0F58" w14:paraId="6C30204F" w14:textId="77777777" w:rsidTr="00195737">
        <w:trPr>
          <w:trHeight w:val="274"/>
        </w:trPr>
        <w:tc>
          <w:tcPr>
            <w:tcW w:w="18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B5332C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30D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78F320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30D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141227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30D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60941DA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30D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0C8C" w:rsidRPr="005C0F58" w14:paraId="19F1327F" w14:textId="77777777" w:rsidTr="00195737">
        <w:tc>
          <w:tcPr>
            <w:tcW w:w="24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5467EB" w14:textId="77777777" w:rsidR="00A10C8C" w:rsidRPr="004130D6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6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236787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7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4798FC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44C4C799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2A206F" w14:textId="77777777" w:rsidR="00A10C8C" w:rsidRPr="004130D6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72B12BA" w14:textId="77777777" w:rsidR="00A10C8C" w:rsidRPr="004130D6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(m</w:t>
            </w:r>
            <w:r w:rsidRPr="004130D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130D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7A193A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268DA0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7141EDF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48EDE5A4" w14:textId="77777777" w:rsidTr="00195737">
        <w:tc>
          <w:tcPr>
            <w:tcW w:w="24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2AF1AD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  1.</w:t>
            </w:r>
          </w:p>
        </w:tc>
        <w:tc>
          <w:tcPr>
            <w:tcW w:w="16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8654E2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ul. Kaštanová na p. č. 549, 550 k. ú. Komárov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73568B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CBD077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2450</w:t>
            </w:r>
          </w:p>
        </w:tc>
        <w:tc>
          <w:tcPr>
            <w:tcW w:w="8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092106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7.00-19.00 h.</w:t>
            </w:r>
          </w:p>
        </w:tc>
        <w:tc>
          <w:tcPr>
            <w:tcW w:w="49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44BB13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C97DDA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8FAF6C" w14:textId="77777777" w:rsidR="00A10C8C" w:rsidRPr="0060542F" w:rsidRDefault="00A10C8C" w:rsidP="00A10C8C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t>HLAVA B: Tržní místa</w:t>
      </w:r>
    </w:p>
    <w:p w14:paraId="4849C330" w14:textId="77777777" w:rsidR="00A10C8C" w:rsidRPr="0060542F" w:rsidRDefault="00A10C8C" w:rsidP="00A10C8C">
      <w:pPr>
        <w:pStyle w:val="Zkladntext"/>
        <w:spacing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t xml:space="preserve">B1) Tržní místa – k. ú. Komárov: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6"/>
        <w:gridCol w:w="1071"/>
        <w:gridCol w:w="2024"/>
        <w:gridCol w:w="1100"/>
        <w:gridCol w:w="910"/>
        <w:gridCol w:w="1529"/>
        <w:gridCol w:w="1014"/>
        <w:gridCol w:w="1459"/>
      </w:tblGrid>
      <w:tr w:rsidR="00A10C8C" w:rsidRPr="004130D6" w14:paraId="608DD3C2" w14:textId="77777777" w:rsidTr="00195737">
        <w:trPr>
          <w:trHeight w:val="274"/>
        </w:trPr>
        <w:tc>
          <w:tcPr>
            <w:tcW w:w="186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D1D311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30D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4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9B09B8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30D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2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D0A9D2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30D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A0F85D4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30D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0C8C" w:rsidRPr="004130D6" w14:paraId="1B2CAE12" w14:textId="77777777" w:rsidTr="00195737"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019DBB" w14:textId="77777777" w:rsidR="00A10C8C" w:rsidRPr="004130D6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0CEA20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7E8345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7EF05E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03D81B32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9806DD" w14:textId="77777777" w:rsidR="00A10C8C" w:rsidRPr="004130D6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74BFA85" w14:textId="77777777" w:rsidR="00A10C8C" w:rsidRPr="004130D6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(m</w:t>
            </w:r>
            <w:r w:rsidRPr="004130D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130D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D67691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8F5FA2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554A438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2" w:name="_Hlk87278994"/>
            <w:r w:rsidRPr="004130D6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  <w:bookmarkEnd w:id="12"/>
          </w:p>
        </w:tc>
      </w:tr>
      <w:tr w:rsidR="00A10C8C" w:rsidRPr="004130D6" w14:paraId="2E3AE07B" w14:textId="77777777" w:rsidTr="00195737">
        <w:tc>
          <w:tcPr>
            <w:tcW w:w="2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1EA515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  1.</w:t>
            </w:r>
          </w:p>
        </w:tc>
        <w:tc>
          <w:tcPr>
            <w:tcW w:w="5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AFE77A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1445/2, 1445/3, 1445/4, 1445/5, 1445/6, 1445/7, 1445/8</w:t>
            </w:r>
          </w:p>
        </w:tc>
        <w:tc>
          <w:tcPr>
            <w:tcW w:w="105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500CCA" w14:textId="77777777" w:rsidR="00A10C8C" w:rsidRPr="004130D6" w:rsidRDefault="00A10C8C" w:rsidP="00195737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ul. Černovická, Hodonínská</w:t>
            </w:r>
          </w:p>
        </w:tc>
        <w:tc>
          <w:tcPr>
            <w:tcW w:w="5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3075037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9D159C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7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52F464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10.00-22.00 h.</w:t>
            </w:r>
          </w:p>
        </w:tc>
        <w:tc>
          <w:tcPr>
            <w:tcW w:w="5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4765754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00F16E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4130D6" w14:paraId="25E04B05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C28828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  2.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EE2638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1219/4</w:t>
            </w: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3D1B51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ul. </w:t>
            </w:r>
            <w:r>
              <w:rPr>
                <w:rFonts w:ascii="Arial" w:hAnsi="Arial" w:cs="Arial"/>
                <w:sz w:val="16"/>
                <w:szCs w:val="16"/>
              </w:rPr>
              <w:t>Svatopetrská</w:t>
            </w:r>
            <w:r w:rsidRPr="004130D6">
              <w:rPr>
                <w:rFonts w:ascii="Arial" w:hAnsi="Arial" w:cs="Arial"/>
                <w:sz w:val="16"/>
                <w:szCs w:val="16"/>
              </w:rPr>
              <w:t xml:space="preserve"> or. č. </w:t>
            </w:r>
            <w:r>
              <w:rPr>
                <w:rFonts w:ascii="Arial" w:hAnsi="Arial" w:cs="Arial"/>
                <w:sz w:val="16"/>
                <w:szCs w:val="16"/>
              </w:rPr>
              <w:t>20a</w:t>
            </w:r>
            <w:r w:rsidRPr="004130D6">
              <w:rPr>
                <w:rFonts w:ascii="Arial" w:hAnsi="Arial" w:cs="Arial"/>
                <w:sz w:val="16"/>
                <w:szCs w:val="16"/>
              </w:rPr>
              <w:t xml:space="preserve"> – parkoviště</w:t>
            </w:r>
            <w:r>
              <w:rPr>
                <w:rFonts w:ascii="Arial" w:hAnsi="Arial" w:cs="Arial"/>
                <w:sz w:val="16"/>
                <w:szCs w:val="16"/>
              </w:rPr>
              <w:t xml:space="preserve"> u supermarketu Albert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4DDEB3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653E8F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výměra parcel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1DE35E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4130D6">
              <w:rPr>
                <w:rFonts w:ascii="Arial" w:hAnsi="Arial" w:cs="Arial"/>
                <w:sz w:val="16"/>
                <w:szCs w:val="16"/>
              </w:rPr>
              <w:t>.00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4130D6">
              <w:rPr>
                <w:rFonts w:ascii="Arial" w:hAnsi="Arial" w:cs="Arial"/>
                <w:sz w:val="16"/>
                <w:szCs w:val="16"/>
              </w:rPr>
              <w:t>20.00 h.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A86ACE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01662FC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4130D6" w14:paraId="00E2EC57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AAC0D4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  3.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B45FD4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393/3</w:t>
            </w: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CD278C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ul. Lužná – chodník u samoobsluhy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4731666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2F4083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CACC5C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6.00-20.00 h.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0EDF7C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A0477A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4130D6" w14:paraId="1B79DBB3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917EA1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  4.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B3A2BC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76C6C6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B46C2A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A65B54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0A77B6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29F64EC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7EF8979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4130D6" w14:paraId="7D56A729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EE155B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  5.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B607CB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411/1</w:t>
            </w: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55D861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Mariánské nám. – před budovou GITY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5ACEB6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B91547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786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7213B2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10.00-22.00 h.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26A5169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3C1D008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mobilní zařízení; velikonoční a vánoční trhy </w:t>
            </w:r>
          </w:p>
        </w:tc>
      </w:tr>
      <w:tr w:rsidR="00A10C8C" w:rsidRPr="004130D6" w14:paraId="1D610DFE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57C217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  6.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BD98F0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A10BF4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544C8F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09D746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9483A7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8B74BD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0A2CAF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4130D6" w14:paraId="19CDE14F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6289A3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  7.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470D2D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4130D6">
              <w:rPr>
                <w:rFonts w:ascii="Arial" w:hAnsi="Arial" w:cs="Arial"/>
                <w:sz w:val="16"/>
                <w:szCs w:val="16"/>
              </w:rPr>
              <w:t>874/1</w:t>
            </w: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D164D2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Mariánské nám. – ul. Studniční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E158E4D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00FAC9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A1D08E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3" w:name="_Hlk87278605"/>
            <w:r w:rsidRPr="004130D6">
              <w:rPr>
                <w:rFonts w:ascii="Arial" w:hAnsi="Arial" w:cs="Arial"/>
                <w:sz w:val="16"/>
                <w:szCs w:val="16"/>
              </w:rPr>
              <w:t>6.00–2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4130D6">
              <w:rPr>
                <w:rFonts w:ascii="Arial" w:hAnsi="Arial" w:cs="Arial"/>
                <w:sz w:val="16"/>
                <w:szCs w:val="16"/>
              </w:rPr>
              <w:t>.00 h.</w:t>
            </w:r>
            <w:bookmarkEnd w:id="13"/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CAA1C4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ACAF4D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4130D6" w14:paraId="3C542D63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49605B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  8.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022F91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660/2</w:t>
            </w: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E7A378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ul. Studniční  (lokalita pro prodej </w:t>
            </w:r>
          </w:p>
          <w:p w14:paraId="63770B9B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z automobilu)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905316B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45B63C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6CBF8A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7.00-19.00 h.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EFCDD43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C11BCB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prodej z automobilu</w:t>
            </w:r>
          </w:p>
        </w:tc>
      </w:tr>
      <w:tr w:rsidR="00A10C8C" w:rsidRPr="004130D6" w14:paraId="32CA8205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5E055C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 xml:space="preserve">  9.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005E75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1144/1</w:t>
            </w: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485A4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ul. Široká, Dornych – pod mostem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4F7EE4C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7DAE0E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8B1DC3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6.00-20.00 h.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019109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260640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4130D6" w14:paraId="24E52C58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EAB935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CFF35B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B7C060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5C064E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6AB999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5F0590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2653D35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E9D035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4130D6" w14:paraId="562D2ABC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E2E117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E1EDBC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1305, 1306/1</w:t>
            </w: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6A143C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ul. Za Mostem – před Ponávkou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697162A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3A3754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6964D6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6.00-22.00 h.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F4E3EFB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D309D6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4130D6" w14:paraId="749B5E90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CD5FE4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E46F63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9226B1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areál Hněvkovského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9E34CB5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02B7FD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výměra areálu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591EAF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FAD4C6" w14:textId="77777777" w:rsidR="00A10C8C" w:rsidRPr="00DE0E39" w:rsidRDefault="00A10C8C" w:rsidP="00195737">
            <w:pPr>
              <w:pStyle w:val="Styltabulky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DE0E39">
              <w:rPr>
                <w:rFonts w:ascii="Arial" w:hAnsi="Arial" w:cs="Arial"/>
                <w:spacing w:val="-6"/>
                <w:sz w:val="16"/>
                <w:szCs w:val="16"/>
              </w:rPr>
              <w:t>pouze pro akce pořádané MČ Brno-jih nebo pořádané se souhasem MČ Brno-jih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C1886C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4130D6" w14:paraId="17A393A2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87B785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9830DF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1567/3</w:t>
            </w: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97C6C1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Mariánské nám. – u konečné tramvaje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B0E21B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DF19B9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EAA7F8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6.00–20.00 h.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3AC629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D0F068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bookmarkStart w:id="14" w:name="_Hlk87279125"/>
            <w:r w:rsidRPr="004130D6">
              <w:rPr>
                <w:rFonts w:ascii="Arial" w:hAnsi="Arial" w:cs="Arial"/>
                <w:sz w:val="16"/>
                <w:szCs w:val="16"/>
              </w:rPr>
              <w:t xml:space="preserve">mobilní zařízení </w:t>
            </w:r>
            <w:bookmarkEnd w:id="14"/>
          </w:p>
        </w:tc>
      </w:tr>
      <w:tr w:rsidR="00A10C8C" w:rsidRPr="004130D6" w14:paraId="22404E33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637D1F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C41534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493/5</w:t>
            </w: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6E7157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ul. Hněvkovského or. č. 63 – parkoviště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FEDD6A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80F7EF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B47028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7.00-20.00 h.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3F6A66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E1A9EA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4130D6" w14:paraId="2ABE6E8B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04CC5A" w14:textId="77777777" w:rsidR="00A10C8C" w:rsidRPr="004130D6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2059A9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493/1</w:t>
            </w:r>
          </w:p>
        </w:tc>
        <w:tc>
          <w:tcPr>
            <w:tcW w:w="10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1C6E60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ul. Hněvkovského or. č. 65b – parkoviště u supermarketu LIDL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4C34BBE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3D7D08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4800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F280EA" w14:textId="77777777" w:rsidR="00A10C8C" w:rsidRPr="004130D6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7.00-20.00 h.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483ECA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9DA48C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A3A29C" w14:textId="77777777" w:rsidR="00A10C8C" w:rsidRPr="0047326B" w:rsidRDefault="00A10C8C" w:rsidP="00A10C8C">
      <w:pPr>
        <w:pStyle w:val="Styltabulky"/>
        <w:rPr>
          <w:rFonts w:ascii="Arial" w:hAnsi="Arial" w:cs="Arial"/>
          <w:sz w:val="6"/>
          <w:szCs w:val="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575"/>
      </w:tblGrid>
      <w:tr w:rsidR="00A10C8C" w:rsidRPr="004130D6" w14:paraId="1E7A8EEA" w14:textId="77777777" w:rsidTr="00195737">
        <w:trPr>
          <w:trHeight w:val="169"/>
        </w:trPr>
        <w:tc>
          <w:tcPr>
            <w:tcW w:w="5000" w:type="pct"/>
          </w:tcPr>
          <w:p w14:paraId="2EA22BE4" w14:textId="77777777" w:rsidR="00A10C8C" w:rsidRPr="004130D6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30D6">
              <w:rPr>
                <w:rFonts w:ascii="Arial" w:hAnsi="Arial" w:cs="Arial"/>
                <w:sz w:val="16"/>
                <w:szCs w:val="16"/>
              </w:rPr>
              <w:t>* – lokalita areálu Hněvkovského je vymezena následujícími pozemky:</w:t>
            </w:r>
          </w:p>
        </w:tc>
      </w:tr>
      <w:tr w:rsidR="00A10C8C" w:rsidRPr="004130D6" w14:paraId="7058B96B" w14:textId="77777777" w:rsidTr="00195737">
        <w:trPr>
          <w:trHeight w:val="427"/>
        </w:trPr>
        <w:tc>
          <w:tcPr>
            <w:tcW w:w="5000" w:type="pct"/>
          </w:tcPr>
          <w:p w14:paraId="5EC96C9D" w14:textId="77777777" w:rsidR="00A10C8C" w:rsidRPr="00DE0E39" w:rsidRDefault="00A10C8C" w:rsidP="00195737">
            <w:pPr>
              <w:pStyle w:val="Styltabulky"/>
              <w:jc w:val="both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DE0E39">
              <w:rPr>
                <w:rFonts w:ascii="Arial" w:hAnsi="Arial" w:cs="Arial"/>
                <w:spacing w:val="-2"/>
                <w:sz w:val="16"/>
                <w:szCs w:val="16"/>
              </w:rPr>
              <w:t>p. č. 560/1, 560/9, 562/1, 562/10, 562/12, 562/14, 572/2, 572/3, 573/3, 573/8, 573/9, 573/11, 573/37, 575/1, 577/1, 577/3, 577/4, 577/8, 577/9, 577/10, 577/11, 577/12, 577/13, 577/14, 577/15, 577/16, 577/17, 577/18, 577/19, 577/20, 577/21, 577/22, 578/1, 578/2, 586, 587/1, 587/7, 587/9, 587/10, 587/13, 587/15, 587/16, 588, 589,  593/1, 593/2, 594/2; 2044/3 – tento jediný v k. ú. Horní Heršpice.</w:t>
            </w:r>
          </w:p>
        </w:tc>
      </w:tr>
    </w:tbl>
    <w:p w14:paraId="16CE3DC7" w14:textId="77777777" w:rsidR="00A10C8C" w:rsidRDefault="00A10C8C" w:rsidP="00A10C8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</w:p>
    <w:p w14:paraId="0124B12C" w14:textId="77777777" w:rsidR="00A10C8C" w:rsidRDefault="00A10C8C" w:rsidP="00A10C8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</w:p>
    <w:p w14:paraId="77AD8919" w14:textId="77777777" w:rsidR="00A10C8C" w:rsidRDefault="00A10C8C" w:rsidP="00A10C8C">
      <w:pPr>
        <w:pStyle w:val="Zkladntext"/>
        <w:spacing w:after="120" w:line="240" w:lineRule="auto"/>
        <w:rPr>
          <w:rFonts w:ascii="Arial" w:hAnsi="Arial" w:cs="Arial"/>
          <w:b/>
          <w:bCs/>
          <w:sz w:val="22"/>
          <w:szCs w:val="22"/>
        </w:rPr>
      </w:pPr>
    </w:p>
    <w:p w14:paraId="5771730D" w14:textId="77777777" w:rsidR="00A10C8C" w:rsidRPr="0060542F" w:rsidRDefault="00A10C8C" w:rsidP="00A10C8C">
      <w:pPr>
        <w:pStyle w:val="Zkladntext"/>
        <w:spacing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lastRenderedPageBreak/>
        <w:t>B2) Tržní místa – k. ú. Přízřenice: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89"/>
        <w:gridCol w:w="991"/>
        <w:gridCol w:w="1627"/>
        <w:gridCol w:w="1096"/>
        <w:gridCol w:w="813"/>
        <w:gridCol w:w="1380"/>
        <w:gridCol w:w="1556"/>
        <w:gridCol w:w="1731"/>
      </w:tblGrid>
      <w:tr w:rsidR="00A10C8C" w:rsidRPr="005C0F58" w14:paraId="18B9524D" w14:textId="77777777" w:rsidTr="00195737">
        <w:trPr>
          <w:trHeight w:val="274"/>
        </w:trPr>
        <w:tc>
          <w:tcPr>
            <w:tcW w:w="156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579F8D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90B84A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3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FAE770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90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08DBDD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0C8C" w:rsidRPr="005C0F58" w14:paraId="79BDD905" w14:textId="77777777" w:rsidTr="00195737">
        <w:tc>
          <w:tcPr>
            <w:tcW w:w="20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97225A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0D8A0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74CBE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BFB1A3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330EAE0E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382208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57E69AA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(m</w:t>
            </w:r>
            <w:r w:rsidRPr="001832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832F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2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A89A04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295D94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5F7AD3D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3A58C9B7" w14:textId="77777777" w:rsidTr="00195737">
        <w:tc>
          <w:tcPr>
            <w:tcW w:w="2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3B892F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17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0A870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84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E9C3F3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Zelná</w:t>
            </w:r>
          </w:p>
        </w:tc>
        <w:tc>
          <w:tcPr>
            <w:tcW w:w="57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0F0D8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87D6FA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4F1F38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7.00-19.00 h.</w:t>
            </w:r>
          </w:p>
        </w:tc>
        <w:tc>
          <w:tcPr>
            <w:tcW w:w="81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36D7E7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0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9A3E6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3F3237" w14:textId="77777777" w:rsidR="00A10C8C" w:rsidRPr="0060542F" w:rsidRDefault="00A10C8C" w:rsidP="00A10C8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t>B3) Tržní místa – k. ú. Horní Heršpice: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47"/>
        <w:gridCol w:w="979"/>
        <w:gridCol w:w="1968"/>
        <w:gridCol w:w="1052"/>
        <w:gridCol w:w="839"/>
        <w:gridCol w:w="1500"/>
        <w:gridCol w:w="1116"/>
        <w:gridCol w:w="1682"/>
      </w:tblGrid>
      <w:tr w:rsidR="00A10C8C" w:rsidRPr="005C0F58" w14:paraId="3B7BAA77" w14:textId="77777777" w:rsidTr="00195737">
        <w:trPr>
          <w:trHeight w:val="274"/>
        </w:trPr>
        <w:tc>
          <w:tcPr>
            <w:tcW w:w="175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7665C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5" w:name="_Hlk87281619"/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2BA8F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FDB02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B5B5FEC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0C8C" w:rsidRPr="005C0F58" w14:paraId="59B05841" w14:textId="77777777" w:rsidTr="00195737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4766E2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42A2CC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6C5CE1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33E560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20F3723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714F65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3FF9E00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(m</w:t>
            </w:r>
            <w:r w:rsidRPr="001832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832F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5D245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47FC3D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4A499E3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typ prodejního zařízení</w:t>
            </w:r>
          </w:p>
        </w:tc>
      </w:tr>
      <w:tr w:rsidR="00A10C8C" w:rsidRPr="005C0F58" w14:paraId="2529A280" w14:textId="77777777" w:rsidTr="00195737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3697B1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1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665897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 xml:space="preserve">1515  </w:t>
            </w:r>
          </w:p>
        </w:tc>
        <w:tc>
          <w:tcPr>
            <w:tcW w:w="10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6152EC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 xml:space="preserve">ul. Bohunická – </w:t>
            </w:r>
          </w:p>
          <w:p w14:paraId="5FB71F2B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 vstupu na hřbitov</w:t>
            </w:r>
          </w:p>
        </w:tc>
        <w:tc>
          <w:tcPr>
            <w:tcW w:w="55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33A325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0672D8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8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70AF58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7.00-19.00 h.</w:t>
            </w:r>
          </w:p>
        </w:tc>
        <w:tc>
          <w:tcPr>
            <w:tcW w:w="58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03ABDE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E548E1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1197CF98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4BDC45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4E1FC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24FD0B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40C3EE1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D4F3D7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9B381F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5C5063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28CE0C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15"/>
      <w:tr w:rsidR="00A10C8C" w:rsidRPr="005C0F58" w14:paraId="0FC91126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03AE86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4AF5EB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C8E46E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3F0225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60FC14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B35AC3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ADE054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983C92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13D37AAB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A39DD2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EA51E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614/10, 614/11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554291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K Nábřeží – parkoviště u volné plochy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E7963B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7B424D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AB8154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11.00–19.00 h.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38D4903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36B53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občerstvení, nealkoholické nápoje</w:t>
            </w:r>
          </w:p>
        </w:tc>
      </w:tr>
      <w:tr w:rsidR="00A10C8C" w:rsidRPr="005C0F58" w14:paraId="643F0BE6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15AAB1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422775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F0A791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Dufkovo nábř. or. č. 15 – Občerstvení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594D6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FA44B4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2A654A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10.00–20.00 h.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7C8EB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7AE8B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25961A48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B858C9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32F5E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689/4, 699/1,</w:t>
            </w:r>
          </w:p>
          <w:p w14:paraId="560F90EE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701/1, 704/1,</w:t>
            </w:r>
          </w:p>
          <w:p w14:paraId="2E37CC5C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704/2, 730, 731, 732/1,</w:t>
            </w:r>
          </w:p>
          <w:p w14:paraId="2DA7AD5B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734/6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B23DEC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K Lávce or. č. 15 – přírodní koupací biotop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FE539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DA6F72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20 853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F2583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D2EC365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0AC0E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0DB252E8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7B0BE2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839AC5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878/3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D53DD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Sokolova or. č. 1 – parkoviště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BB2963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394A11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4700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DB4DB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7.00-19.00 h.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D41094B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0E7BD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30F63889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2359BD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3657C4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bookmarkStart w:id="16" w:name="_Hlk87279468"/>
            <w:r w:rsidRPr="001832FA">
              <w:rPr>
                <w:rFonts w:ascii="Arial" w:hAnsi="Arial" w:cs="Arial"/>
                <w:sz w:val="16"/>
                <w:szCs w:val="16"/>
              </w:rPr>
              <w:t>1090/1, 1090/3,</w:t>
            </w:r>
          </w:p>
          <w:p w14:paraId="5FD1C534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1093, 1094</w:t>
            </w:r>
            <w:bookmarkEnd w:id="16"/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875547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Bednářova or. č. 16 – okolí kulturního domu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DF4229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F9EFAA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Hlk87347424"/>
            <w:r w:rsidRPr="001832FA">
              <w:rPr>
                <w:rFonts w:ascii="Arial" w:hAnsi="Arial" w:cs="Arial"/>
                <w:sz w:val="16"/>
                <w:szCs w:val="16"/>
              </w:rPr>
              <w:t>výměra parcel</w:t>
            </w:r>
            <w:bookmarkEnd w:id="17"/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6C459E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B797B7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440EB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682791F2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E3AB5F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323FE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704/3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CADD22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K Lávce – „Hopsálkov“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C92351F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0CC2F3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9FB234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844B23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4333CF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07C44EEF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16D398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C0508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711/1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DE0A82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Sokolova – zahradnictví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845F15E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49A2AD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F2A688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6.00–20.00 h.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CEB8785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BAEA88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14CD1E" w14:textId="77777777" w:rsidR="00A10C8C" w:rsidRPr="0060542F" w:rsidRDefault="00A10C8C" w:rsidP="00A10C8C">
      <w:pPr>
        <w:pStyle w:val="Zkladntext2"/>
        <w:spacing w:before="240" w:line="240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60542F">
        <w:rPr>
          <w:rFonts w:ascii="Arial" w:hAnsi="Arial" w:cs="Arial"/>
          <w:b/>
          <w:bCs/>
          <w:sz w:val="22"/>
          <w:szCs w:val="22"/>
        </w:rPr>
        <w:t>B4</w:t>
      </w:r>
      <w:proofErr w:type="spellEnd"/>
      <w:r w:rsidRPr="0060542F">
        <w:rPr>
          <w:rFonts w:ascii="Arial" w:hAnsi="Arial" w:cs="Arial"/>
          <w:b/>
          <w:bCs/>
          <w:sz w:val="22"/>
          <w:szCs w:val="22"/>
        </w:rPr>
        <w:t xml:space="preserve">) Tržní místa – k. </w:t>
      </w:r>
      <w:proofErr w:type="spellStart"/>
      <w:r w:rsidRPr="0060542F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Pr="0060542F">
        <w:rPr>
          <w:rFonts w:ascii="Arial" w:hAnsi="Arial" w:cs="Arial"/>
          <w:b/>
          <w:bCs/>
          <w:sz w:val="22"/>
          <w:szCs w:val="22"/>
        </w:rPr>
        <w:t xml:space="preserve"> Dolní Heršpice: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9"/>
        <w:gridCol w:w="1399"/>
        <w:gridCol w:w="1838"/>
        <w:gridCol w:w="1058"/>
        <w:gridCol w:w="841"/>
        <w:gridCol w:w="1370"/>
        <w:gridCol w:w="1114"/>
        <w:gridCol w:w="1554"/>
      </w:tblGrid>
      <w:tr w:rsidR="00A10C8C" w:rsidRPr="005C0F58" w14:paraId="25029AC2" w14:textId="77777777" w:rsidTr="00195737">
        <w:trPr>
          <w:trHeight w:val="274"/>
        </w:trPr>
        <w:tc>
          <w:tcPr>
            <w:tcW w:w="190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0DA467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68FF93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9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21836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FBB719F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0C8C" w:rsidRPr="005C0F58" w14:paraId="18B39CAE" w14:textId="77777777" w:rsidTr="00195737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F7CE94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BCF642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400A6F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DD109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5ED2BA5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435FB7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4BBCD98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(m</w:t>
            </w:r>
            <w:r w:rsidRPr="001832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832F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CAF918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C2BC07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5B415C2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1384B09A" w14:textId="77777777" w:rsidTr="00195737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8E7396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7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F51A0F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bookmarkStart w:id="18" w:name="_Hlk87281788"/>
            <w:r w:rsidRPr="001832FA">
              <w:rPr>
                <w:rFonts w:ascii="Arial" w:hAnsi="Arial" w:cs="Arial"/>
                <w:sz w:val="16"/>
                <w:szCs w:val="16"/>
              </w:rPr>
              <w:t>313/4, 318/5, 318/7, 356/7, 356/10, 356/14</w:t>
            </w:r>
            <w:bookmarkEnd w:id="18"/>
            <w:r w:rsidRPr="001832FA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9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F57FC1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 xml:space="preserve">ul. Skandinávská or. č. 2 – </w:t>
            </w:r>
          </w:p>
          <w:p w14:paraId="4232BB79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AVION Shopping Park</w:t>
            </w:r>
          </w:p>
        </w:tc>
        <w:tc>
          <w:tcPr>
            <w:tcW w:w="55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4ED8D1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E09BD2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7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C6B59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30FD5B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7458F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5AF7422F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77CD60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0EB603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489/57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697EA3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Vídeňská or. č. 100 – vstup do OC FUTURUM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2BFC1E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7400FD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 parcely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56A794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8.00–21.00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679F0C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44D77BB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B2EBA6" w14:textId="77777777" w:rsidR="00A10C8C" w:rsidRPr="0060542F" w:rsidRDefault="00A10C8C" w:rsidP="00A10C8C">
      <w:pPr>
        <w:pStyle w:val="Zkladntext2"/>
        <w:spacing w:before="240" w:line="240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60542F">
        <w:rPr>
          <w:rFonts w:ascii="Arial" w:hAnsi="Arial" w:cs="Arial"/>
          <w:b/>
          <w:bCs/>
          <w:sz w:val="22"/>
          <w:szCs w:val="22"/>
        </w:rPr>
        <w:t>B5</w:t>
      </w:r>
      <w:proofErr w:type="spellEnd"/>
      <w:r w:rsidRPr="0060542F">
        <w:rPr>
          <w:rFonts w:ascii="Arial" w:hAnsi="Arial" w:cs="Arial"/>
          <w:b/>
          <w:bCs/>
          <w:sz w:val="22"/>
          <w:szCs w:val="22"/>
        </w:rPr>
        <w:t xml:space="preserve">) Tržní místa – k. </w:t>
      </w:r>
      <w:proofErr w:type="spellStart"/>
      <w:r w:rsidRPr="0060542F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Pr="0060542F">
        <w:rPr>
          <w:rFonts w:ascii="Arial" w:hAnsi="Arial" w:cs="Arial"/>
          <w:b/>
          <w:bCs/>
          <w:sz w:val="22"/>
          <w:szCs w:val="22"/>
        </w:rPr>
        <w:t xml:space="preserve"> Trnitá: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7"/>
        <w:gridCol w:w="1343"/>
        <w:gridCol w:w="1602"/>
        <w:gridCol w:w="1048"/>
        <w:gridCol w:w="838"/>
        <w:gridCol w:w="1351"/>
        <w:gridCol w:w="1363"/>
        <w:gridCol w:w="1631"/>
      </w:tblGrid>
      <w:tr w:rsidR="00A10C8C" w:rsidRPr="005C0F58" w14:paraId="319C99BC" w14:textId="77777777" w:rsidTr="00195737">
        <w:trPr>
          <w:trHeight w:val="274"/>
        </w:trPr>
        <w:tc>
          <w:tcPr>
            <w:tcW w:w="174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0732B2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8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30A604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1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5DA8A4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D1B7677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0C8C" w:rsidRPr="005C0F58" w14:paraId="060F89D3" w14:textId="77777777" w:rsidTr="00195737">
        <w:tc>
          <w:tcPr>
            <w:tcW w:w="212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C2875A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70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CF8187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A8FF38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53E5C1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02A1F1DC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C8491C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3A975E4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(m</w:t>
            </w:r>
            <w:r w:rsidRPr="001832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832F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1C779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245B1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FC7FBB2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3CB12668" w14:textId="77777777" w:rsidTr="00195737">
        <w:tc>
          <w:tcPr>
            <w:tcW w:w="21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2712EF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70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0E25E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 xml:space="preserve">453/3   </w:t>
            </w:r>
          </w:p>
        </w:tc>
        <w:tc>
          <w:tcPr>
            <w:tcW w:w="8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D0E8E8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Masná (část)</w:t>
            </w:r>
          </w:p>
        </w:tc>
        <w:tc>
          <w:tcPr>
            <w:tcW w:w="5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83EBF7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003AD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 parcely</w:t>
            </w:r>
          </w:p>
        </w:tc>
        <w:tc>
          <w:tcPr>
            <w:tcW w:w="70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DE61B0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6.00-20.00 h.</w:t>
            </w:r>
          </w:p>
        </w:tc>
        <w:tc>
          <w:tcPr>
            <w:tcW w:w="7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E56620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FB45CA" w14:textId="77777777" w:rsidR="00A10C8C" w:rsidRPr="001832FA" w:rsidRDefault="00A10C8C" w:rsidP="00195737">
            <w:pPr>
              <w:pStyle w:val="Styltabulky"/>
              <w:ind w:left="102" w:hanging="10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1B3D51" w14:textId="77777777" w:rsidR="00A10C8C" w:rsidRPr="0060542F" w:rsidRDefault="00A10C8C" w:rsidP="00A10C8C">
      <w:pPr>
        <w:pStyle w:val="Zkladntext2"/>
        <w:spacing w:before="240" w:line="240" w:lineRule="auto"/>
        <w:rPr>
          <w:rFonts w:ascii="Arial" w:hAnsi="Arial" w:cs="Arial"/>
          <w:sz w:val="22"/>
          <w:szCs w:val="22"/>
        </w:rPr>
      </w:pPr>
      <w:r w:rsidRPr="0060542F">
        <w:rPr>
          <w:rFonts w:ascii="Arial" w:hAnsi="Arial" w:cs="Arial"/>
          <w:b/>
          <w:sz w:val="22"/>
          <w:szCs w:val="22"/>
        </w:rPr>
        <w:t>Další lokality tržních míst:</w:t>
      </w:r>
    </w:p>
    <w:p w14:paraId="770C4EF3" w14:textId="77777777" w:rsidR="00A10C8C" w:rsidRPr="005C0F58" w:rsidRDefault="00A10C8C" w:rsidP="00A10C8C">
      <w:pPr>
        <w:pStyle w:val="Zkladntext"/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Příležitostný prodej s maximální dobou prodeje 5 dnů při příležitosti jednorázových společenských akcí je povolen při splnění požadavků právních předpisů vždy v místě konání předmětné akce.</w:t>
      </w:r>
    </w:p>
    <w:p w14:paraId="2E3DAA4D" w14:textId="77777777" w:rsidR="00A10C8C" w:rsidRDefault="00A10C8C" w:rsidP="00A10C8C">
      <w:pPr>
        <w:pStyle w:val="Zkladntext"/>
        <w:spacing w:before="320" w:line="240" w:lineRule="auto"/>
        <w:rPr>
          <w:rFonts w:ascii="Arial" w:hAnsi="Arial" w:cs="Arial"/>
          <w:b/>
          <w:bCs/>
          <w:sz w:val="22"/>
          <w:szCs w:val="22"/>
        </w:rPr>
      </w:pPr>
    </w:p>
    <w:p w14:paraId="0EBB26B7" w14:textId="77777777" w:rsidR="00A10C8C" w:rsidRDefault="00A10C8C" w:rsidP="00A10C8C">
      <w:pPr>
        <w:pStyle w:val="Zkladntext"/>
        <w:spacing w:before="32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CC8ECAF" w14:textId="77777777" w:rsidR="00A10C8C" w:rsidRPr="0060542F" w:rsidRDefault="00A10C8C" w:rsidP="00A10C8C">
      <w:pPr>
        <w:pStyle w:val="Zkladntext"/>
        <w:spacing w:before="320" w:line="240" w:lineRule="auto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lastRenderedPageBreak/>
        <w:t>HLAVA C: Restaurační zahrádky</w:t>
      </w:r>
    </w:p>
    <w:p w14:paraId="032CC3E1" w14:textId="77777777" w:rsidR="00A10C8C" w:rsidRPr="0060542F" w:rsidRDefault="00A10C8C" w:rsidP="00A10C8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0542F">
        <w:rPr>
          <w:rFonts w:ascii="Arial" w:hAnsi="Arial" w:cs="Arial"/>
          <w:b/>
          <w:bCs/>
          <w:sz w:val="22"/>
          <w:szCs w:val="22"/>
        </w:rPr>
        <w:t>C1) Restaurační zahrádky – k. ú. Komárov: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5"/>
        <w:gridCol w:w="970"/>
        <w:gridCol w:w="1961"/>
        <w:gridCol w:w="1073"/>
        <w:gridCol w:w="824"/>
        <w:gridCol w:w="1426"/>
        <w:gridCol w:w="1441"/>
        <w:gridCol w:w="1413"/>
      </w:tblGrid>
      <w:tr w:rsidR="00A10C8C" w:rsidRPr="001832FA" w14:paraId="4B228EFB" w14:textId="77777777" w:rsidTr="00195737">
        <w:trPr>
          <w:trHeight w:val="274"/>
        </w:trPr>
        <w:tc>
          <w:tcPr>
            <w:tcW w:w="177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633B18" w14:textId="77777777" w:rsidR="00A10C8C" w:rsidRPr="001832FA" w:rsidRDefault="00A10C8C" w:rsidP="00195737">
            <w:pPr>
              <w:pStyle w:val="Styltabulky"/>
              <w:tabs>
                <w:tab w:val="left" w:pos="172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9" w:name="_Hlk197068777"/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DEF5F0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9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8DF072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84E33B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0C8C" w:rsidRPr="001832FA" w14:paraId="73A2B40C" w14:textId="77777777" w:rsidTr="00195737"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D40010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13273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D4A580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DDF9A3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0EBECFC3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3534E5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93B12DB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(m</w:t>
            </w:r>
            <w:r w:rsidRPr="001832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832F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4F10FC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4B5A9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3DEC118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1832FA" w14:paraId="479867D7" w14:textId="77777777" w:rsidTr="00195737">
        <w:tc>
          <w:tcPr>
            <w:tcW w:w="2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E213A4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0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1847F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11/1</w:t>
            </w:r>
          </w:p>
        </w:tc>
        <w:tc>
          <w:tcPr>
            <w:tcW w:w="10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8E3402" w14:textId="77777777" w:rsidR="00A10C8C" w:rsidRPr="001832FA" w:rsidRDefault="00A10C8C" w:rsidP="00195737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Černovická 2 – rest. U Mikešů</w:t>
            </w:r>
          </w:p>
        </w:tc>
        <w:tc>
          <w:tcPr>
            <w:tcW w:w="56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6E2A0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4F7807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4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BC9FCD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10.00-22.00 h.</w:t>
            </w:r>
          </w:p>
        </w:tc>
        <w:tc>
          <w:tcPr>
            <w:tcW w:w="75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4B4DA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DEF7CE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19"/>
      <w:tr w:rsidR="00A10C8C" w:rsidRPr="001832FA" w14:paraId="27B631A1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D4717B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12556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62079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2CACD4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32F6D1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335C5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6B043E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8EC20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1832FA" w14:paraId="219F95C4" w14:textId="77777777" w:rsidTr="00195737">
        <w:trPr>
          <w:cantSplit/>
        </w:trPr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9AB1FA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AA780C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1022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CC2EFE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Komárovská or. č. 7/9 – Bon Ami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337674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54121C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47B16F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10.00-22.00 h.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6ED381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B4D015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1832FA" w14:paraId="691FF67B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413568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AA88E9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5319FB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1879A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00538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91945F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F5E60A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86EC32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1832FA" w14:paraId="742AFDDA" w14:textId="77777777" w:rsidTr="00195737">
        <w:trPr>
          <w:trHeight w:val="139"/>
        </w:trPr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3FAEFE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2905B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CDF7B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0A59321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0A3CC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CB0F7D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1DFCCA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07784B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1832FA" w14:paraId="6DEAFF0E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598CD5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7C8BEF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bookmarkStart w:id="20" w:name="_Hlk87347592"/>
            <w:r w:rsidRPr="001832FA">
              <w:rPr>
                <w:rFonts w:ascii="Arial" w:hAnsi="Arial" w:cs="Arial"/>
                <w:sz w:val="16"/>
                <w:szCs w:val="16"/>
              </w:rPr>
              <w:t>587/9</w:t>
            </w:r>
            <w:bookmarkEnd w:id="20"/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1157BF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Areál Hněvkovského – U Lampy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60010B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14E7D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0F5C8F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10.00-22.00 h.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5E7C92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DD9D5E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1832FA" w14:paraId="43B70C16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47A91B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2F55B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577/3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F900E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Areál Hněvkovského – Sportovní klub Komec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A4CEE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A228BF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01DD0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897E34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CBB97AF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1832FA" w14:paraId="146DC05E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57770A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7EACA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B32DDC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Lomená – park (k provozovně-stánku Špacír kafe na ul. Pompova č. or. 39)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F30F9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A8DB7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F7F0A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10.00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1832FA">
              <w:rPr>
                <w:rFonts w:ascii="Arial" w:hAnsi="Arial" w:cs="Arial"/>
                <w:sz w:val="16"/>
                <w:szCs w:val="16"/>
              </w:rPr>
              <w:t>22.00 h.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D8AFCF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DD4A08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1832FA" w14:paraId="118AE5A9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79971C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A6F985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1570/8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BF2FD1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Mariánské nám.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prostranství před objekty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7 a or. č. 8 </w:t>
            </w:r>
            <w:r w:rsidRPr="001832FA">
              <w:rPr>
                <w:rFonts w:ascii="Arial" w:hAnsi="Arial" w:cs="Arial"/>
                <w:spacing w:val="-2"/>
                <w:sz w:val="16"/>
                <w:szCs w:val="16"/>
              </w:rPr>
              <w:t xml:space="preserve">–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Hrnček 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19A503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0478BE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98E94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1832FA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3A94AC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666DB1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1832FA" w14:paraId="71DB66E2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994D61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3A3291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658/1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B2C495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Jeneweinova or. č. 4 – Vinotéka Dita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832FA">
              <w:rPr>
                <w:rFonts w:ascii="Arial" w:hAnsi="Arial" w:cs="Arial"/>
                <w:sz w:val="16"/>
                <w:szCs w:val="16"/>
              </w:rPr>
              <w:t>Nekudová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2C752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9717BC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765478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10.00–22.00 h.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93833E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1EC0E7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1832FA" w14:paraId="44D7A9E1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06EDCE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DDBB7E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411/8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6ED1CC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 xml:space="preserve">Mariánské nám. or. </w:t>
            </w:r>
            <w:r w:rsidRPr="001832FA">
              <w:rPr>
                <w:rFonts w:ascii="Arial" w:hAnsi="Arial" w:cs="Arial"/>
                <w:spacing w:val="-2"/>
                <w:sz w:val="16"/>
                <w:szCs w:val="16"/>
              </w:rPr>
              <w:t>č. 1 – Vinotéka Roučí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8737713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ABC00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F2F29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512BBF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0834A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1832FA" w14:paraId="71C17E45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9CE8B8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8955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913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A6E54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Jeneweinova or. č. 4 – Restaurace Hasička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3B7B6F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F38657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757233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AAEA03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9E06CF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1832FA" w14:paraId="5B197191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1619E6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EC57B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1260, 1537/3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ED9BB7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Dornych – Kometa pub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7B709C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9BBBD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81A5D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8.00-22.00 h.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C3B2D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B0F9D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občerstvení,</w:t>
            </w:r>
          </w:p>
          <w:p w14:paraId="016D59C4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nápoje</w:t>
            </w:r>
          </w:p>
        </w:tc>
      </w:tr>
      <w:tr w:rsidR="00A10C8C" w:rsidRPr="001832FA" w14:paraId="03EC8CF0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26BECF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730F8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27592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Jeneweinova</w:t>
            </w:r>
            <w:r>
              <w:rPr>
                <w:rFonts w:ascii="Arial" w:hAnsi="Arial" w:cs="Arial"/>
                <w:sz w:val="16"/>
                <w:szCs w:val="16"/>
              </w:rPr>
              <w:t xml:space="preserve"> – plocha zeleně (k provozovně </w:t>
            </w:r>
            <w:r w:rsidRPr="001832FA">
              <w:rPr>
                <w:rFonts w:ascii="Arial" w:hAnsi="Arial" w:cs="Arial"/>
                <w:sz w:val="16"/>
                <w:szCs w:val="16"/>
              </w:rPr>
              <w:t>Vinotéka Dita Nekudová</w:t>
            </w:r>
            <w:r>
              <w:rPr>
                <w:rFonts w:ascii="Arial" w:hAnsi="Arial" w:cs="Arial"/>
                <w:sz w:val="16"/>
                <w:szCs w:val="16"/>
              </w:rPr>
              <w:t xml:space="preserve"> na ul. Jeneweinova or. č. 4)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930B79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2BFB8C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5DF47D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10.00–22.00 h.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7935F3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17A39C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E79101" w14:textId="77777777" w:rsidR="00A10C8C" w:rsidRPr="005C0F58" w:rsidRDefault="00A10C8C" w:rsidP="00A10C8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5C0F58">
        <w:rPr>
          <w:rFonts w:ascii="Arial" w:hAnsi="Arial" w:cs="Arial"/>
          <w:b/>
          <w:bCs/>
          <w:sz w:val="20"/>
          <w:szCs w:val="20"/>
        </w:rPr>
        <w:t>C2) Restaurační zahrádky – k. ú. Přízřenice: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4"/>
        <w:gridCol w:w="972"/>
        <w:gridCol w:w="1813"/>
        <w:gridCol w:w="1077"/>
        <w:gridCol w:w="815"/>
        <w:gridCol w:w="1462"/>
        <w:gridCol w:w="1198"/>
        <w:gridCol w:w="1842"/>
      </w:tblGrid>
      <w:tr w:rsidR="00A10C8C" w:rsidRPr="005C0F58" w14:paraId="474A4938" w14:textId="77777777" w:rsidTr="00195737">
        <w:trPr>
          <w:trHeight w:val="274"/>
        </w:trPr>
        <w:tc>
          <w:tcPr>
            <w:tcW w:w="166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B2A79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8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D3DF42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8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28E8E7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9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57BBE90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0C8C" w:rsidRPr="005C0F58" w14:paraId="7A56A2F9" w14:textId="77777777" w:rsidTr="00195737">
        <w:tc>
          <w:tcPr>
            <w:tcW w:w="21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E7B7F3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88872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4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B5742E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36C51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57345FB8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48F78E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D4DB0AA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(m</w:t>
            </w:r>
            <w:r w:rsidRPr="001832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832F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7F5ECC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64877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0AD7B0E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10C8C" w:rsidRPr="005C0F58" w14:paraId="6ACAB5F1" w14:textId="77777777" w:rsidTr="00195737">
        <w:tc>
          <w:tcPr>
            <w:tcW w:w="211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8B710F5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07" w:type="pct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212736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162/1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8E2F012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Břeclavská 21 – rest. U Látalů</w:t>
            </w:r>
          </w:p>
        </w:tc>
        <w:tc>
          <w:tcPr>
            <w:tcW w:w="562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520A35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027921A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63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91CEA8E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10.00-22.00 h.</w:t>
            </w:r>
          </w:p>
        </w:tc>
        <w:tc>
          <w:tcPr>
            <w:tcW w:w="625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55F0DD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4AA30384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06D337FC" w14:textId="77777777" w:rsidTr="00195737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DB2DA54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16ECB6A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880/7, 881/1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27E87F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Staré nám. or. č. 27a – technický areál u cyklistické stezky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B31C14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D09862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372CE7A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8.00-22.00 h.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668074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FECB472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</w:tc>
      </w:tr>
      <w:tr w:rsidR="00A10C8C" w:rsidRPr="005C0F58" w14:paraId="6A6850C3" w14:textId="77777777" w:rsidTr="00195737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017655B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C9857B5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B699A24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 xml:space="preserve">ul. </w:t>
            </w:r>
            <w:r>
              <w:rPr>
                <w:rFonts w:ascii="Arial" w:hAnsi="Arial" w:cs="Arial"/>
                <w:sz w:val="16"/>
                <w:szCs w:val="16"/>
              </w:rPr>
              <w:t>Moravanská</w:t>
            </w:r>
            <w:r w:rsidRPr="001832FA">
              <w:rPr>
                <w:rFonts w:ascii="Arial" w:hAnsi="Arial" w:cs="Arial"/>
                <w:sz w:val="16"/>
                <w:szCs w:val="16"/>
              </w:rPr>
              <w:t xml:space="preserve"> or. č.</w:t>
            </w:r>
            <w:r>
              <w:rPr>
                <w:rFonts w:ascii="Arial" w:hAnsi="Arial" w:cs="Arial"/>
                <w:sz w:val="16"/>
                <w:szCs w:val="16"/>
              </w:rPr>
              <w:t xml:space="preserve"> 4</w:t>
            </w:r>
            <w:r w:rsidRPr="001832FA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sz w:val="16"/>
                <w:szCs w:val="16"/>
              </w:rPr>
              <w:t>Eli cafe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D4B1351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4310C20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8AB11A7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1832FA">
              <w:rPr>
                <w:rFonts w:ascii="Arial" w:hAnsi="Arial" w:cs="Arial"/>
                <w:sz w:val="16"/>
                <w:szCs w:val="16"/>
              </w:rPr>
              <w:t>22.00 h.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5D0E80A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A62C68F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EF297F" w14:textId="77777777" w:rsidR="00A10C8C" w:rsidRPr="005C0F58" w:rsidRDefault="00A10C8C" w:rsidP="00A10C8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5C0F58">
        <w:rPr>
          <w:rFonts w:ascii="Arial" w:hAnsi="Arial" w:cs="Arial"/>
          <w:b/>
          <w:bCs/>
          <w:sz w:val="20"/>
          <w:szCs w:val="20"/>
        </w:rPr>
        <w:t>C3) Restaurační zahrádky – k. ú. Horní Heršpice: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9"/>
        <w:gridCol w:w="970"/>
        <w:gridCol w:w="1811"/>
        <w:gridCol w:w="1075"/>
        <w:gridCol w:w="824"/>
        <w:gridCol w:w="1460"/>
        <w:gridCol w:w="1196"/>
        <w:gridCol w:w="1838"/>
      </w:tblGrid>
      <w:tr w:rsidR="00A10C8C" w:rsidRPr="005C0F58" w14:paraId="3AD4A094" w14:textId="77777777" w:rsidTr="00195737">
        <w:trPr>
          <w:trHeight w:val="274"/>
        </w:trPr>
        <w:tc>
          <w:tcPr>
            <w:tcW w:w="166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17D31C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0AE18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8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7B5B73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9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0702F5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0C8C" w:rsidRPr="005C0F58" w14:paraId="0E8D423E" w14:textId="77777777" w:rsidTr="00195737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21194C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D42FAF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4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36137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9542E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133451C4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31885F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C4978E1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(m</w:t>
            </w:r>
            <w:r w:rsidRPr="001832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832F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AF3DD0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E3018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9BE248E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10C8C" w:rsidRPr="005C0F58" w14:paraId="44515792" w14:textId="77777777" w:rsidTr="00195737">
        <w:trPr>
          <w:trHeight w:val="337"/>
        </w:trPr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32F24E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06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867381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94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09D52F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Vodařská</w:t>
            </w:r>
          </w:p>
        </w:tc>
        <w:tc>
          <w:tcPr>
            <w:tcW w:w="5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444430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F8D6A7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7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4FB01E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8.00-19.00 h.</w:t>
            </w:r>
          </w:p>
        </w:tc>
        <w:tc>
          <w:tcPr>
            <w:tcW w:w="6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2434A8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04EEFD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</w:tc>
      </w:tr>
      <w:tr w:rsidR="00A10C8C" w:rsidRPr="005C0F58" w14:paraId="0D6A7D00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9958F2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F6451C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502/1, 502/4</w:t>
            </w:r>
          </w:p>
        </w:tc>
        <w:tc>
          <w:tcPr>
            <w:tcW w:w="9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C60D20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Vodařská – občerstvení Centrum Viktoria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F2692D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B9DA6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FCB9C0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8.00-22.00 h.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6EB8CA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B40682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</w:tc>
      </w:tr>
      <w:tr w:rsidR="00A10C8C" w:rsidRPr="005C0F58" w14:paraId="57E1B978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4A1F53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A08114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712/3, 713/1</w:t>
            </w:r>
          </w:p>
        </w:tc>
        <w:tc>
          <w:tcPr>
            <w:tcW w:w="9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84B283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Kšírova or. č. 169 – Kšírovka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C101B0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6A9C51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FBD86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8.00-22.00 h.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A97607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21D47E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</w:tc>
      </w:tr>
      <w:tr w:rsidR="00A10C8C" w:rsidRPr="005C0F58" w14:paraId="797C073D" w14:textId="77777777" w:rsidTr="00195737">
        <w:trPr>
          <w:trHeight w:val="251"/>
        </w:trPr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950651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1FFD1C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47/9, 2050/1</w:t>
            </w:r>
          </w:p>
        </w:tc>
        <w:tc>
          <w:tcPr>
            <w:tcW w:w="9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3DF10B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 xml:space="preserve">ul. Kšírova or. č. </w:t>
            </w:r>
            <w:r>
              <w:rPr>
                <w:rFonts w:ascii="Arial" w:hAnsi="Arial" w:cs="Arial"/>
                <w:sz w:val="16"/>
                <w:szCs w:val="16"/>
              </w:rPr>
              <w:t>218</w:t>
            </w:r>
            <w:r w:rsidRPr="001832FA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sz w:val="16"/>
                <w:szCs w:val="16"/>
              </w:rPr>
              <w:t>Limonado cafe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54EC9F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06370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79C1E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1832FA">
              <w:rPr>
                <w:rFonts w:ascii="Arial" w:hAnsi="Arial" w:cs="Arial"/>
                <w:sz w:val="16"/>
                <w:szCs w:val="16"/>
              </w:rPr>
              <w:t>.00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1832FA">
              <w:rPr>
                <w:rFonts w:ascii="Arial" w:hAnsi="Arial" w:cs="Arial"/>
                <w:sz w:val="16"/>
                <w:szCs w:val="16"/>
              </w:rPr>
              <w:t>22.00 h.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10F4A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F87029C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0FC5C238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2EB702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2F8757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690/4</w:t>
            </w:r>
          </w:p>
        </w:tc>
        <w:tc>
          <w:tcPr>
            <w:tcW w:w="9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67F69C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Dufkovo nábř. or. č. 3 – občerstvení U řeky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6CAEFE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820478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F219EE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8.00-22.00 h.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D98AFD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B5E958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</w:tc>
      </w:tr>
      <w:tr w:rsidR="00A10C8C" w:rsidRPr="005C0F58" w14:paraId="3DF476E2" w14:textId="77777777" w:rsidTr="00195737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B88B60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C7C216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699/1, 704/1, 704/2</w:t>
            </w:r>
          </w:p>
        </w:tc>
        <w:tc>
          <w:tcPr>
            <w:tcW w:w="9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6D8229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ul. K Lávce or. č. 15 – přírodní koupací biotop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273343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E67F6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B2B278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75587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1CFDA3F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</w:tc>
      </w:tr>
    </w:tbl>
    <w:p w14:paraId="66818754" w14:textId="77777777" w:rsidR="00A10C8C" w:rsidRDefault="00A10C8C" w:rsidP="00A10C8C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12318972" w14:textId="77777777" w:rsidR="00A10C8C" w:rsidRPr="005C0F58" w:rsidRDefault="00A10C8C" w:rsidP="00A10C8C">
      <w:pPr>
        <w:pStyle w:val="Zkladntext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5C0F58">
        <w:rPr>
          <w:rFonts w:ascii="Arial" w:hAnsi="Arial" w:cs="Arial"/>
          <w:b/>
          <w:bCs/>
          <w:sz w:val="20"/>
          <w:szCs w:val="20"/>
        </w:rPr>
        <w:lastRenderedPageBreak/>
        <w:t>C4) Restaurační zahrádky – k. ú. Trnitá: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8"/>
        <w:gridCol w:w="983"/>
        <w:gridCol w:w="1974"/>
        <w:gridCol w:w="1087"/>
        <w:gridCol w:w="824"/>
        <w:gridCol w:w="1439"/>
        <w:gridCol w:w="1455"/>
        <w:gridCol w:w="1413"/>
      </w:tblGrid>
      <w:tr w:rsidR="00A10C8C" w:rsidRPr="005C0F58" w14:paraId="29B51EAA" w14:textId="77777777" w:rsidTr="00195737">
        <w:trPr>
          <w:trHeight w:val="274"/>
        </w:trPr>
        <w:tc>
          <w:tcPr>
            <w:tcW w:w="175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728B6C" w14:textId="77777777" w:rsidR="00A10C8C" w:rsidRPr="001832FA" w:rsidRDefault="00A10C8C" w:rsidP="00195737">
            <w:pPr>
              <w:pStyle w:val="Styltabulky"/>
              <w:tabs>
                <w:tab w:val="left" w:pos="172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5B59C4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1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8FA280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259CA5C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2F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0C8C" w:rsidRPr="005C0F58" w14:paraId="3FD63AAB" w14:textId="77777777" w:rsidTr="00195737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66212C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135E6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19E2A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18C18F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5FC68142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59B9E9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63DFFED" w14:textId="77777777" w:rsidR="00A10C8C" w:rsidRPr="001832FA" w:rsidRDefault="00A10C8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(m</w:t>
            </w:r>
            <w:r w:rsidRPr="001832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832F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901099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D98DD4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D22EC75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0C8C" w:rsidRPr="005C0F58" w14:paraId="2E603726" w14:textId="77777777" w:rsidTr="00195737">
        <w:trPr>
          <w:cantSplit/>
          <w:trHeight w:hRule="exact" w:val="702"/>
        </w:trPr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9576D5" w14:textId="77777777" w:rsidR="00A10C8C" w:rsidRPr="001832FA" w:rsidRDefault="00A10C8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FC9282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607/13, </w:t>
            </w:r>
            <w:r w:rsidRPr="001832FA">
              <w:rPr>
                <w:rFonts w:ascii="Arial" w:hAnsi="Arial" w:cs="Arial"/>
                <w:sz w:val="16"/>
                <w:szCs w:val="16"/>
              </w:rPr>
              <w:t>609/1</w:t>
            </w:r>
          </w:p>
        </w:tc>
        <w:tc>
          <w:tcPr>
            <w:tcW w:w="10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8D69DB" w14:textId="77777777" w:rsidR="00A10C8C" w:rsidRPr="001832FA" w:rsidRDefault="00A10C8C" w:rsidP="00195737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D0A79">
              <w:rPr>
                <w:rFonts w:ascii="Arial" w:hAnsi="Arial" w:cs="Arial"/>
                <w:sz w:val="16"/>
                <w:szCs w:val="16"/>
              </w:rPr>
              <w:t xml:space="preserve">ul. Masná – při </w:t>
            </w:r>
            <w:r w:rsidRPr="004D0A79">
              <w:rPr>
                <w:rFonts w:ascii="Arial" w:hAnsi="Arial" w:cs="Arial"/>
                <w:spacing w:val="-4"/>
                <w:sz w:val="16"/>
                <w:szCs w:val="16"/>
              </w:rPr>
              <w:t>administrativní budově na ul. Škrobárenská</w:t>
            </w:r>
            <w:r w:rsidRPr="004D0A79">
              <w:rPr>
                <w:rFonts w:ascii="Arial" w:hAnsi="Arial" w:cs="Arial"/>
                <w:sz w:val="16"/>
                <w:szCs w:val="16"/>
              </w:rPr>
              <w:t xml:space="preserve"> or. č. 3</w:t>
            </w:r>
          </w:p>
        </w:tc>
        <w:tc>
          <w:tcPr>
            <w:tcW w:w="56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822CE39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4E4E7B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257C21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2FA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7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17E7B6" w14:textId="77777777" w:rsidR="00A10C8C" w:rsidRPr="001832FA" w:rsidRDefault="00A10C8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211645" w14:textId="77777777" w:rsidR="00A10C8C" w:rsidRPr="001832FA" w:rsidRDefault="00A10C8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307DBA" w14:textId="77777777" w:rsidR="00A10C8C" w:rsidRPr="005C0F58" w:rsidRDefault="00A10C8C" w:rsidP="00A10C8C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B542901" w14:textId="77777777" w:rsidR="00A10C8C" w:rsidRPr="005C0F58" w:rsidRDefault="00A10C8C" w:rsidP="00A10C8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5C0F58">
        <w:rPr>
          <w:rFonts w:ascii="Arial" w:hAnsi="Arial" w:cs="Arial"/>
          <w:b/>
          <w:bCs/>
          <w:sz w:val="20"/>
          <w:szCs w:val="20"/>
        </w:rPr>
        <w:t>HLAVA D: Pojízdný prodej, pochůzkový prodej a prodej bez prodejního zařízení</w:t>
      </w:r>
    </w:p>
    <w:p w14:paraId="56B5DC6F" w14:textId="77777777" w:rsidR="00A10C8C" w:rsidRPr="00081B6F" w:rsidRDefault="00A10C8C" w:rsidP="00A10C8C">
      <w:pPr>
        <w:pStyle w:val="Zkladntext"/>
        <w:jc w:val="both"/>
      </w:pPr>
      <w:r w:rsidRPr="005C0F58">
        <w:rPr>
          <w:rFonts w:ascii="Arial" w:hAnsi="Arial" w:cs="Arial"/>
          <w:sz w:val="20"/>
          <w:szCs w:val="20"/>
        </w:rPr>
        <w:t>Pojízdný prodej, pochůzkový prodej a prodej bez prodejního zařízení je možno provozovat při splnění požadavků právních předpisů na celém území MČ Brno-jih.</w:t>
      </w:r>
    </w:p>
    <w:p w14:paraId="05CF8910" w14:textId="77777777" w:rsidR="00A10C8C" w:rsidRDefault="00A10C8C" w:rsidP="00000BC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D980097" w14:textId="77777777" w:rsidR="00A10C8C" w:rsidRDefault="00A10C8C" w:rsidP="00000BC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BF838F2" w14:textId="77777777" w:rsidR="00A10C8C" w:rsidRDefault="00A10C8C" w:rsidP="00000BC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A0BE4F1" w14:textId="77777777" w:rsidR="00104268" w:rsidRDefault="00104268" w:rsidP="00000BC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2880310" w14:textId="77777777" w:rsidR="00104268" w:rsidRDefault="00104268" w:rsidP="00000BC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F2BA08A" w14:textId="72434DD6" w:rsidR="00000BC5" w:rsidRDefault="00000BC5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68D6240E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717647C2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1A3EA422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4B10B94D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5F878B38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627A7531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77AC7F36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2289B206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0ACE9920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34DE0AB2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3854B9DC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15C9DA32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3A65A2C6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08C3E59F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42CE709B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3D424A9E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226C6256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6A6CC607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1C6205E8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6ABE74DE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4E475BA1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7D3E742B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50791F5E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2E2194B7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5F333AD1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61C7612C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2DDF6728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0A08FE97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3EED9EAB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6572BC62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2DAEBB2F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485F0B3B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5E956CBC" w14:textId="77777777" w:rsidR="00A10C8C" w:rsidRDefault="00A10C8C" w:rsidP="00000BC5">
      <w:pPr>
        <w:pStyle w:val="Zkladntext"/>
        <w:jc w:val="both"/>
        <w:rPr>
          <w:rFonts w:ascii="Arial" w:hAnsi="Arial" w:cs="Arial"/>
          <w:sz w:val="20"/>
          <w:szCs w:val="20"/>
        </w:rPr>
      </w:pPr>
    </w:p>
    <w:p w14:paraId="4C0E8DCD" w14:textId="5F7FBEF6" w:rsidR="00FE1565" w:rsidRPr="002A7BE3" w:rsidRDefault="002D6C4C">
      <w:pPr>
        <w:pStyle w:val="Zkladntext"/>
        <w:shd w:val="clear" w:color="000000" w:fill="auto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lastRenderedPageBreak/>
        <w:t>Č</w:t>
      </w:r>
      <w:r w:rsidR="00FE1565" w:rsidRPr="002A7BE3">
        <w:rPr>
          <w:rFonts w:ascii="Arial" w:hAnsi="Arial" w:cs="Arial"/>
          <w:b/>
          <w:bCs/>
          <w:sz w:val="22"/>
          <w:szCs w:val="22"/>
        </w:rPr>
        <w:t>ÁST IX</w:t>
      </w:r>
    </w:p>
    <w:p w14:paraId="6562C8C3" w14:textId="77777777" w:rsidR="00FE1565" w:rsidRPr="002A7BE3" w:rsidRDefault="00FE1565">
      <w:pPr>
        <w:pStyle w:val="Zkladntext"/>
        <w:shd w:val="clear" w:color="000000" w:fill="auto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t>MČ BRNO-JUNDROV</w:t>
      </w:r>
    </w:p>
    <w:p w14:paraId="19BCD222" w14:textId="77777777" w:rsidR="00FE1565" w:rsidRPr="002A7BE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62BF0D44" w14:textId="77777777" w:rsidR="00FE1565" w:rsidRPr="002A7BE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t>HLAVA A: Tržní místa</w:t>
      </w:r>
    </w:p>
    <w:p w14:paraId="566CE09D" w14:textId="77777777" w:rsidR="00FE1565" w:rsidRPr="005C0F58" w:rsidRDefault="00FE156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8"/>
        <w:gridCol w:w="1050"/>
        <w:gridCol w:w="1581"/>
        <w:gridCol w:w="1085"/>
        <w:gridCol w:w="824"/>
        <w:gridCol w:w="1403"/>
        <w:gridCol w:w="1547"/>
        <w:gridCol w:w="1685"/>
      </w:tblGrid>
      <w:tr w:rsidR="00FE1565" w:rsidRPr="005C0F58" w14:paraId="2E1E7863" w14:textId="77777777" w:rsidTr="0042559F">
        <w:trPr>
          <w:trHeight w:val="274"/>
        </w:trPr>
        <w:tc>
          <w:tcPr>
            <w:tcW w:w="158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F1CAFE" w14:textId="77777777" w:rsidR="00FE1565" w:rsidRPr="00AD2523" w:rsidRDefault="00FE1565" w:rsidP="0004457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52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053197" w14:textId="77777777" w:rsidR="00FE1565" w:rsidRPr="00AD2523" w:rsidRDefault="00FE1565" w:rsidP="0004457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52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3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4C33FD" w14:textId="77777777" w:rsidR="00FE1565" w:rsidRPr="00AD2523" w:rsidRDefault="00FE1565" w:rsidP="0004457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52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C734B59" w14:textId="77777777" w:rsidR="00FE1565" w:rsidRPr="00AD2523" w:rsidRDefault="00FE1565" w:rsidP="0004457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52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13491524" w14:textId="77777777" w:rsidTr="0042559F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FD4CBF" w14:textId="77777777" w:rsidR="00FE1565" w:rsidRPr="00EE3CA6" w:rsidRDefault="00FE1565" w:rsidP="00EE3CA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3CA6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7632F9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4A8E5066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Jundrov</w:t>
            </w:r>
          </w:p>
        </w:tc>
        <w:tc>
          <w:tcPr>
            <w:tcW w:w="82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AF4001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37563B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5BF3F68A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45F58F" w14:textId="77777777" w:rsidR="00FE1565" w:rsidRPr="00AD2523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BEA383B" w14:textId="2D074783" w:rsidR="00FE1565" w:rsidRPr="00AD2523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(m</w:t>
            </w:r>
            <w:r w:rsidR="00AD2523" w:rsidRPr="00AD252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AD252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7BFBA2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716BA3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83B3ABB" w14:textId="77777777" w:rsidR="00FE1565" w:rsidRPr="00AD2523" w:rsidRDefault="00097C06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42559F" w:rsidRPr="005C0F58" w14:paraId="18A5940D" w14:textId="77777777" w:rsidTr="00D52605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BCCDA2" w14:textId="77777777" w:rsidR="0042559F" w:rsidRPr="00EE3CA6" w:rsidRDefault="0042559F" w:rsidP="008D24E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3CA6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48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29AB99" w14:textId="77777777" w:rsidR="0042559F" w:rsidRPr="00AD2523" w:rsidRDefault="0042559F" w:rsidP="00D526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2659/65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A8EE37" w14:textId="77777777" w:rsidR="0042559F" w:rsidRPr="00AD2523" w:rsidRDefault="0042559F" w:rsidP="00D526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ul. Lelkova – konečná stanice</w:t>
            </w:r>
          </w:p>
          <w:p w14:paraId="1FC78175" w14:textId="77777777" w:rsidR="0042559F" w:rsidRPr="00AD2523" w:rsidRDefault="0042559F" w:rsidP="0042559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MHD</w:t>
            </w:r>
          </w:p>
        </w:tc>
        <w:tc>
          <w:tcPr>
            <w:tcW w:w="56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BE384D" w14:textId="77777777" w:rsidR="0042559F" w:rsidRPr="00AD2523" w:rsidRDefault="0042559F" w:rsidP="00D5260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82B0CB" w14:textId="77777777" w:rsidR="0042559F" w:rsidRPr="00AD2523" w:rsidRDefault="0042559F" w:rsidP="00D5260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3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C55F3E" w14:textId="77777777" w:rsidR="0042559F" w:rsidRPr="00AD2523" w:rsidRDefault="0042559F" w:rsidP="00D526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9E3C555" w14:textId="77777777" w:rsidR="0042559F" w:rsidRPr="00AD2523" w:rsidRDefault="0042559F" w:rsidP="00D526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21638CD" w14:textId="77777777" w:rsidR="0042559F" w:rsidRPr="00AD2523" w:rsidRDefault="0042559F" w:rsidP="00D526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ovoce, zelenina,</w:t>
            </w:r>
          </w:p>
          <w:p w14:paraId="098DF208" w14:textId="77777777" w:rsidR="0042559F" w:rsidRPr="00AD2523" w:rsidRDefault="0042559F" w:rsidP="00D526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noviny, časopisy,</w:t>
            </w:r>
          </w:p>
          <w:p w14:paraId="258AE36A" w14:textId="77777777" w:rsidR="0042559F" w:rsidRPr="00AD2523" w:rsidRDefault="0042559F" w:rsidP="00D526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 xml:space="preserve">tabák. výrobky, </w:t>
            </w:r>
            <w:r w:rsidR="00BA6D3C" w:rsidRPr="00AD2523">
              <w:rPr>
                <w:rFonts w:ascii="Arial" w:hAnsi="Arial" w:cs="Arial"/>
                <w:sz w:val="16"/>
                <w:szCs w:val="16"/>
              </w:rPr>
              <w:t xml:space="preserve">nealkoholické </w:t>
            </w:r>
            <w:r w:rsidRPr="00AD2523">
              <w:rPr>
                <w:rFonts w:ascii="Arial" w:hAnsi="Arial" w:cs="Arial"/>
                <w:sz w:val="16"/>
                <w:szCs w:val="16"/>
              </w:rPr>
              <w:t>nápoje, textil,</w:t>
            </w:r>
          </w:p>
          <w:p w14:paraId="5C43306C" w14:textId="77777777" w:rsidR="0042559F" w:rsidRPr="00AD2523" w:rsidRDefault="0042559F" w:rsidP="00D526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obuv, vánoční zboží, proutěné aj. drobné zboží</w:t>
            </w:r>
          </w:p>
        </w:tc>
      </w:tr>
      <w:tr w:rsidR="0042559F" w:rsidRPr="005C0F58" w14:paraId="20F6461A" w14:textId="77777777" w:rsidTr="00EE3CA6">
        <w:trPr>
          <w:trHeight w:val="267"/>
        </w:trPr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2D7105" w14:textId="77777777" w:rsidR="0042559F" w:rsidRPr="00EE3CA6" w:rsidRDefault="0042559F" w:rsidP="008D24E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3CA6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558C6F" w14:textId="77777777" w:rsidR="0042559F" w:rsidRPr="00AD2523" w:rsidRDefault="0042559F" w:rsidP="00D526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F939F7" w14:textId="77777777" w:rsidR="0042559F" w:rsidRPr="00AD2523" w:rsidRDefault="006D7670" w:rsidP="005F0DD2">
            <w:pPr>
              <w:pStyle w:val="Styltabulky"/>
              <w:rPr>
                <w:rFonts w:ascii="Arial" w:hAnsi="Arial" w:cs="Arial"/>
                <w:i/>
                <w:sz w:val="16"/>
                <w:szCs w:val="16"/>
              </w:rPr>
            </w:pPr>
            <w:r w:rsidRPr="00AD252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31A90D" w14:textId="77777777" w:rsidR="0042559F" w:rsidRPr="00AD2523" w:rsidRDefault="0042559F" w:rsidP="00D5260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2F15EA" w14:textId="77777777" w:rsidR="0042559F" w:rsidRPr="00AD2523" w:rsidRDefault="0042559F" w:rsidP="00D5260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66882B5" w14:textId="77777777" w:rsidR="0042559F" w:rsidRPr="00AD2523" w:rsidRDefault="0042559F" w:rsidP="00D526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6B2549" w14:textId="77777777" w:rsidR="0042559F" w:rsidRPr="00AD2523" w:rsidRDefault="0042559F" w:rsidP="00D5260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821898" w14:textId="77777777" w:rsidR="0042559F" w:rsidRPr="00AD2523" w:rsidRDefault="0042559F" w:rsidP="0042559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EC26D8" w14:textId="77777777" w:rsidR="00FE1565" w:rsidRPr="005C0F58" w:rsidRDefault="00FE1565">
      <w:pPr>
        <w:pStyle w:val="Styltabulky"/>
        <w:rPr>
          <w:rFonts w:ascii="Arial" w:hAnsi="Arial" w:cs="Arial"/>
          <w:i/>
          <w:iCs/>
        </w:rPr>
      </w:pPr>
    </w:p>
    <w:p w14:paraId="589AE650" w14:textId="77777777" w:rsidR="00FE1565" w:rsidRPr="005C0F58" w:rsidRDefault="00FE156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BB33497" w14:textId="77777777" w:rsidR="00FE1565" w:rsidRPr="002A7BE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t>HLAVA B:  Restaurační zahrádky</w:t>
      </w:r>
    </w:p>
    <w:p w14:paraId="14F54C91" w14:textId="77777777" w:rsidR="00FE1565" w:rsidRPr="005C0F58" w:rsidRDefault="00FE156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8"/>
        <w:gridCol w:w="1050"/>
        <w:gridCol w:w="1581"/>
        <w:gridCol w:w="1085"/>
        <w:gridCol w:w="824"/>
        <w:gridCol w:w="1403"/>
        <w:gridCol w:w="1547"/>
        <w:gridCol w:w="1685"/>
      </w:tblGrid>
      <w:tr w:rsidR="00FE1565" w:rsidRPr="005C0F58" w14:paraId="14601870" w14:textId="77777777" w:rsidTr="007A4D46">
        <w:trPr>
          <w:trHeight w:val="274"/>
        </w:trPr>
        <w:tc>
          <w:tcPr>
            <w:tcW w:w="158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8703A3" w14:textId="77777777" w:rsidR="00FE1565" w:rsidRPr="00AD2523" w:rsidRDefault="00FE1565" w:rsidP="0004457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52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A33717" w14:textId="77777777" w:rsidR="00FE1565" w:rsidRPr="00AD2523" w:rsidRDefault="00FE1565" w:rsidP="0004457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52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3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855402" w14:textId="77777777" w:rsidR="00FE1565" w:rsidRPr="00AD2523" w:rsidRDefault="00FE1565" w:rsidP="0004457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52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0F4A4B9" w14:textId="77777777" w:rsidR="00FE1565" w:rsidRPr="00AD2523" w:rsidRDefault="00FE1565" w:rsidP="0004457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52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0318A381" w14:textId="77777777" w:rsidTr="007A4D46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964240" w14:textId="77777777" w:rsidR="00FE1565" w:rsidRPr="00AD2523" w:rsidRDefault="00FE1565" w:rsidP="00221D79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78689E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652474C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Jundrov</w:t>
            </w:r>
          </w:p>
        </w:tc>
        <w:tc>
          <w:tcPr>
            <w:tcW w:w="82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85F68A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4FF45C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615E3A5F" w14:textId="77777777" w:rsidR="00FE1565" w:rsidRPr="00AD2523" w:rsidRDefault="00405F27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dej</w:t>
            </w:r>
            <w:r w:rsidR="00FE1565" w:rsidRPr="00AD2523">
              <w:rPr>
                <w:rFonts w:ascii="Arial" w:hAnsi="Arial" w:cs="Arial"/>
                <w:sz w:val="16"/>
                <w:szCs w:val="16"/>
              </w:rPr>
              <w:t>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F23D41" w14:textId="77777777" w:rsidR="00FE1565" w:rsidRPr="00AD2523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624D249" w14:textId="45CD27B1" w:rsidR="00FE1565" w:rsidRPr="00AD2523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(m</w:t>
            </w:r>
            <w:r w:rsidR="00AD2523" w:rsidRPr="00AD252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AD252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A4151C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CA9DCC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A149803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1EC72339" w14:textId="77777777" w:rsidTr="007A4D46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453B71" w14:textId="77777777" w:rsidR="00FE1565" w:rsidRPr="00AD2523" w:rsidRDefault="00FE1565" w:rsidP="008D24E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48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064500" w14:textId="77777777" w:rsidR="00FE1565" w:rsidRPr="00AD2523" w:rsidRDefault="00FE1565" w:rsidP="008D24E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3094/2</w:t>
            </w:r>
          </w:p>
        </w:tc>
        <w:tc>
          <w:tcPr>
            <w:tcW w:w="82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9217DE" w14:textId="77777777" w:rsidR="00FE1565" w:rsidRPr="00AD2523" w:rsidRDefault="00FE1565" w:rsidP="008D24E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ul. Optátova</w:t>
            </w:r>
          </w:p>
          <w:p w14:paraId="00AA9E0F" w14:textId="77777777" w:rsidR="00FE1565" w:rsidRPr="00AD2523" w:rsidRDefault="00FE1565" w:rsidP="008D24E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(u restaurace ARKA)</w:t>
            </w:r>
          </w:p>
        </w:tc>
        <w:tc>
          <w:tcPr>
            <w:tcW w:w="56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7E430C" w14:textId="77777777" w:rsidR="00FE1565" w:rsidRPr="00AD252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DEF38A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3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E319B62" w14:textId="77777777" w:rsidR="00FE1565" w:rsidRPr="00AD252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22E12D" w14:textId="77777777" w:rsidR="00FE1565" w:rsidRPr="00AD252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52530A0" w14:textId="77777777" w:rsidR="00FE1565" w:rsidRPr="00AD252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6D987B67" w14:textId="77777777" w:rsidTr="007A4D46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89F04EB" w14:textId="77777777" w:rsidR="00FE1565" w:rsidRPr="00AD2523" w:rsidRDefault="00FE1565" w:rsidP="008D24E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78C8296" w14:textId="77777777" w:rsidR="00FE1565" w:rsidRPr="00AD2523" w:rsidRDefault="00FE1565" w:rsidP="008D24E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8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47A9ED2" w14:textId="77777777" w:rsidR="00FE1565" w:rsidRPr="00AD2523" w:rsidRDefault="00FE1565" w:rsidP="008D24E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 xml:space="preserve">ul. Nálepkova </w:t>
            </w:r>
          </w:p>
          <w:p w14:paraId="3F2B8819" w14:textId="77777777" w:rsidR="00FE1565" w:rsidRPr="00AD2523" w:rsidRDefault="00FE1565" w:rsidP="008D24E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 xml:space="preserve">(u restaurace </w:t>
            </w:r>
          </w:p>
          <w:p w14:paraId="04110E90" w14:textId="77777777" w:rsidR="00FE1565" w:rsidRPr="00AD2523" w:rsidRDefault="00FE1565" w:rsidP="008D24E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Na Piavě)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D6857DF" w14:textId="77777777" w:rsidR="00FE1565" w:rsidRPr="00AD252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6FFCA45" w14:textId="77777777" w:rsidR="00FE1565" w:rsidRPr="00AD2523" w:rsidRDefault="00FE1565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DFFA51D" w14:textId="77777777" w:rsidR="00FE1565" w:rsidRPr="00AD252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336E2087" w14:textId="77777777" w:rsidR="00FE1565" w:rsidRPr="00AD252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2E2B077" w14:textId="77777777" w:rsidR="00FE1565" w:rsidRPr="00AD2523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4D46" w:rsidRPr="005C0F58" w14:paraId="740DB8F3" w14:textId="77777777" w:rsidTr="007A4D46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C304C6" w14:textId="77777777" w:rsidR="007A4D46" w:rsidRPr="00AD2523" w:rsidRDefault="007A4D46" w:rsidP="008D24E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9AD834" w14:textId="77777777" w:rsidR="007A4D46" w:rsidRPr="00AD2523" w:rsidRDefault="007A4D46" w:rsidP="008D24E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65062E" w14:textId="77777777" w:rsidR="007A4D46" w:rsidRPr="00AD2523" w:rsidRDefault="007A4D46" w:rsidP="00175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 xml:space="preserve">ul. Nálepkova </w:t>
            </w:r>
          </w:p>
          <w:p w14:paraId="26AACA89" w14:textId="77777777" w:rsidR="007A4D46" w:rsidRPr="00AD2523" w:rsidRDefault="007A4D46" w:rsidP="00175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 xml:space="preserve">(u restaurace </w:t>
            </w:r>
          </w:p>
          <w:p w14:paraId="0128A99D" w14:textId="77777777" w:rsidR="007A4D46" w:rsidRPr="00AD2523" w:rsidRDefault="007A4D46" w:rsidP="00175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Music Bar)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FF9639" w14:textId="77777777" w:rsidR="007A4D46" w:rsidRPr="00AD2523" w:rsidRDefault="007A4D4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32C64C" w14:textId="77777777" w:rsidR="007A4D46" w:rsidRPr="00AD2523" w:rsidRDefault="007A4D46" w:rsidP="008D24E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EE42CA" w14:textId="77777777" w:rsidR="007A4D46" w:rsidRPr="00AD2523" w:rsidRDefault="007A4D4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851433" w14:textId="77777777" w:rsidR="007A4D46" w:rsidRPr="00AD2523" w:rsidRDefault="007A4D4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64DA0B" w14:textId="77777777" w:rsidR="007A4D46" w:rsidRPr="00AD2523" w:rsidRDefault="007A4D4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4D46" w:rsidRPr="005C0F58" w14:paraId="4E252FD3" w14:textId="77777777" w:rsidTr="007A4D46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7D4447" w14:textId="77777777" w:rsidR="007A4D46" w:rsidRPr="00AD2523" w:rsidRDefault="007A4D46" w:rsidP="008D24E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B13753" w14:textId="77777777" w:rsidR="007A4D46" w:rsidRPr="00AD2523" w:rsidRDefault="007A4D46" w:rsidP="00175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466</w:t>
            </w:r>
          </w:p>
        </w:tc>
        <w:tc>
          <w:tcPr>
            <w:tcW w:w="8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A45BB1" w14:textId="77777777" w:rsidR="007A4D46" w:rsidRPr="00AD2523" w:rsidRDefault="007A4D46" w:rsidP="00175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 xml:space="preserve">ul. Veslařská – areál hřiště SK Jundrov </w:t>
            </w:r>
          </w:p>
          <w:p w14:paraId="025E8EC3" w14:textId="77777777" w:rsidR="007A4D46" w:rsidRPr="00AD2523" w:rsidRDefault="007A4D46" w:rsidP="00175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 xml:space="preserve">(u restaurace </w:t>
            </w:r>
          </w:p>
          <w:p w14:paraId="00979341" w14:textId="77777777" w:rsidR="007A4D46" w:rsidRPr="00AD2523" w:rsidRDefault="007A4D46" w:rsidP="00175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Na hřišti)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F8D1DF" w14:textId="77777777" w:rsidR="007A4D46" w:rsidRPr="00AD2523" w:rsidRDefault="007A4D46" w:rsidP="00175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983DC2" w14:textId="77777777" w:rsidR="007A4D46" w:rsidRPr="00AD2523" w:rsidRDefault="007A4D46" w:rsidP="00175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523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861BD5" w14:textId="77777777" w:rsidR="007A4D46" w:rsidRPr="00AD2523" w:rsidRDefault="007A4D4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BE6AAD9" w14:textId="77777777" w:rsidR="007A4D46" w:rsidRPr="00AD2523" w:rsidRDefault="007A4D4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B3512F5" w14:textId="77777777" w:rsidR="007A4D46" w:rsidRPr="00AD2523" w:rsidRDefault="007A4D4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A87DEF" w14:textId="77777777" w:rsidR="00FE1565" w:rsidRPr="005C0F58" w:rsidRDefault="00FE1565">
      <w:pPr>
        <w:pStyle w:val="Styltabulky"/>
        <w:rPr>
          <w:rFonts w:ascii="Arial" w:hAnsi="Arial" w:cs="Arial"/>
        </w:rPr>
      </w:pPr>
    </w:p>
    <w:p w14:paraId="71F3E9DA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157B05D" w14:textId="77777777" w:rsidR="00FE1565" w:rsidRPr="002A7BE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t>HLAVA C: Pojízdný prodej, pochůzkový prodej a prodej bez prodejního zařízení</w:t>
      </w:r>
    </w:p>
    <w:p w14:paraId="3C159CC7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42C5297" w14:textId="77777777" w:rsidR="00FE1565" w:rsidRPr="005C0F58" w:rsidRDefault="00FE1565" w:rsidP="00104B0C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Pojízdný prodej, pochůzkový prodej a prodej bez prodejního zařízení je možno provozovat při splnění požadavků právních předpisů na celém území MČ Brno-Jundrov. </w:t>
      </w:r>
    </w:p>
    <w:p w14:paraId="53692B98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04BA3DAA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77DC5542" w14:textId="77777777" w:rsidR="00104B0C" w:rsidRPr="005C0F58" w:rsidRDefault="00104B0C">
      <w:pPr>
        <w:pStyle w:val="Zkladntext"/>
        <w:rPr>
          <w:rFonts w:ascii="Arial" w:hAnsi="Arial" w:cs="Arial"/>
          <w:sz w:val="20"/>
          <w:szCs w:val="20"/>
        </w:rPr>
      </w:pPr>
    </w:p>
    <w:p w14:paraId="5ABFAF26" w14:textId="17F2E057" w:rsidR="00104B0C" w:rsidRDefault="00104B0C">
      <w:pPr>
        <w:pStyle w:val="Zkladntext"/>
        <w:rPr>
          <w:rFonts w:ascii="Arial" w:hAnsi="Arial" w:cs="Arial"/>
          <w:sz w:val="20"/>
          <w:szCs w:val="20"/>
        </w:rPr>
      </w:pPr>
    </w:p>
    <w:p w14:paraId="5B95259F" w14:textId="03D13190" w:rsidR="00AD2523" w:rsidRDefault="00AD2523">
      <w:pPr>
        <w:pStyle w:val="Zkladntext"/>
        <w:rPr>
          <w:rFonts w:ascii="Arial" w:hAnsi="Arial" w:cs="Arial"/>
          <w:sz w:val="20"/>
          <w:szCs w:val="20"/>
        </w:rPr>
      </w:pPr>
    </w:p>
    <w:p w14:paraId="0B670AE7" w14:textId="0B19EC21" w:rsidR="00AD2523" w:rsidRDefault="00AD2523">
      <w:pPr>
        <w:pStyle w:val="Zkladntext"/>
        <w:rPr>
          <w:rFonts w:ascii="Arial" w:hAnsi="Arial" w:cs="Arial"/>
          <w:sz w:val="20"/>
          <w:szCs w:val="20"/>
        </w:rPr>
      </w:pPr>
    </w:p>
    <w:p w14:paraId="7C8467E8" w14:textId="7E9318C7" w:rsidR="00AD2523" w:rsidRDefault="00AD2523">
      <w:pPr>
        <w:pStyle w:val="Zkladntext"/>
        <w:rPr>
          <w:rFonts w:ascii="Arial" w:hAnsi="Arial" w:cs="Arial"/>
          <w:sz w:val="20"/>
          <w:szCs w:val="20"/>
        </w:rPr>
      </w:pPr>
    </w:p>
    <w:p w14:paraId="6C2A80E7" w14:textId="35A00C70" w:rsidR="00AD2523" w:rsidRDefault="00AD2523">
      <w:pPr>
        <w:pStyle w:val="Zkladntext"/>
        <w:rPr>
          <w:rFonts w:ascii="Arial" w:hAnsi="Arial" w:cs="Arial"/>
          <w:sz w:val="20"/>
          <w:szCs w:val="20"/>
        </w:rPr>
      </w:pPr>
    </w:p>
    <w:p w14:paraId="5809FB87" w14:textId="120357E4" w:rsidR="00AD2523" w:rsidRDefault="00AD2523">
      <w:pPr>
        <w:pStyle w:val="Zkladntext"/>
        <w:rPr>
          <w:rFonts w:ascii="Arial" w:hAnsi="Arial" w:cs="Arial"/>
          <w:sz w:val="20"/>
          <w:szCs w:val="20"/>
        </w:rPr>
      </w:pPr>
    </w:p>
    <w:p w14:paraId="254F843F" w14:textId="76912420" w:rsidR="00AD2523" w:rsidRDefault="00AD2523">
      <w:pPr>
        <w:pStyle w:val="Zkladntext"/>
        <w:rPr>
          <w:rFonts w:ascii="Arial" w:hAnsi="Arial" w:cs="Arial"/>
          <w:sz w:val="20"/>
          <w:szCs w:val="20"/>
        </w:rPr>
      </w:pPr>
    </w:p>
    <w:p w14:paraId="3923C527" w14:textId="2C4F47CE" w:rsidR="00AD2523" w:rsidRDefault="00AD2523">
      <w:pPr>
        <w:pStyle w:val="Zkladntext"/>
        <w:rPr>
          <w:rFonts w:ascii="Arial" w:hAnsi="Arial" w:cs="Arial"/>
          <w:sz w:val="20"/>
          <w:szCs w:val="20"/>
        </w:rPr>
      </w:pPr>
    </w:p>
    <w:p w14:paraId="78826D1E" w14:textId="77777777" w:rsidR="00AD2523" w:rsidRPr="005C0F58" w:rsidRDefault="00AD2523">
      <w:pPr>
        <w:pStyle w:val="Zkladntext"/>
        <w:rPr>
          <w:rFonts w:ascii="Arial" w:hAnsi="Arial" w:cs="Arial"/>
          <w:sz w:val="20"/>
          <w:szCs w:val="20"/>
        </w:rPr>
      </w:pPr>
    </w:p>
    <w:p w14:paraId="06AF2D7C" w14:textId="3CD93601" w:rsidR="006D7670" w:rsidRDefault="006D7670">
      <w:pPr>
        <w:pStyle w:val="Zkladntext"/>
        <w:rPr>
          <w:rFonts w:ascii="Arial" w:hAnsi="Arial" w:cs="Arial"/>
          <w:sz w:val="20"/>
          <w:szCs w:val="20"/>
        </w:rPr>
      </w:pPr>
    </w:p>
    <w:p w14:paraId="73F9980E" w14:textId="494B4D2B" w:rsidR="002A7BE3" w:rsidRDefault="002A7BE3">
      <w:pPr>
        <w:pStyle w:val="Zkladntext"/>
        <w:rPr>
          <w:rFonts w:ascii="Arial" w:hAnsi="Arial" w:cs="Arial"/>
          <w:sz w:val="20"/>
          <w:szCs w:val="20"/>
        </w:rPr>
      </w:pPr>
    </w:p>
    <w:p w14:paraId="68DC3CAA" w14:textId="641041FD" w:rsidR="002A7BE3" w:rsidRDefault="002A7BE3">
      <w:pPr>
        <w:pStyle w:val="Zkladntext"/>
        <w:rPr>
          <w:rFonts w:ascii="Arial" w:hAnsi="Arial" w:cs="Arial"/>
          <w:sz w:val="20"/>
          <w:szCs w:val="20"/>
        </w:rPr>
      </w:pPr>
    </w:p>
    <w:p w14:paraId="09709803" w14:textId="77777777" w:rsidR="00FE1565" w:rsidRPr="002A7BE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lastRenderedPageBreak/>
        <w:t>ČÁST X</w:t>
      </w:r>
    </w:p>
    <w:p w14:paraId="3F8453C7" w14:textId="77777777" w:rsidR="00FE1565" w:rsidRPr="002A7BE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t>MČ BRNO-KNÍNIČKY</w:t>
      </w:r>
    </w:p>
    <w:p w14:paraId="528EC4F8" w14:textId="77777777" w:rsidR="00FE1565" w:rsidRPr="002A7BE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4A274977" w14:textId="77777777" w:rsidR="00FE1565" w:rsidRPr="002A7BE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t>HLAVA A: Restaurační zahrádky</w:t>
      </w:r>
    </w:p>
    <w:p w14:paraId="603A3F3B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89"/>
        <w:gridCol w:w="1127"/>
        <w:gridCol w:w="1932"/>
        <w:gridCol w:w="1083"/>
        <w:gridCol w:w="945"/>
        <w:gridCol w:w="1437"/>
        <w:gridCol w:w="1087"/>
        <w:gridCol w:w="1483"/>
      </w:tblGrid>
      <w:tr w:rsidR="005350A1" w:rsidRPr="005C0F58" w14:paraId="4B3C52BA" w14:textId="77777777">
        <w:trPr>
          <w:trHeight w:val="274"/>
        </w:trPr>
        <w:tc>
          <w:tcPr>
            <w:tcW w:w="185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98B4F1" w14:textId="77777777" w:rsidR="00FE1565" w:rsidRPr="00553ED9" w:rsidRDefault="00FE1565" w:rsidP="0067154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ED9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5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625AB7" w14:textId="77777777" w:rsidR="00FE1565" w:rsidRPr="002A2EFE" w:rsidRDefault="00FE1565" w:rsidP="0067154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EFE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1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3EFE2A" w14:textId="77777777" w:rsidR="00FE1565" w:rsidRPr="002A2EFE" w:rsidRDefault="00FE1565" w:rsidP="0067154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EFE">
              <w:rPr>
                <w:rFonts w:ascii="Arial" w:hAnsi="Arial" w:cs="Arial"/>
                <w:b/>
                <w:bCs/>
                <w:sz w:val="16"/>
                <w:szCs w:val="16"/>
              </w:rPr>
              <w:t>MAX. DOBA</w:t>
            </w:r>
            <w:r w:rsidR="00671543" w:rsidRPr="002A2E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2A2EFE">
              <w:rPr>
                <w:rFonts w:ascii="Arial" w:hAnsi="Arial" w:cs="Arial"/>
                <w:b/>
                <w:bCs/>
                <w:sz w:val="16"/>
                <w:szCs w:val="16"/>
              </w:rPr>
              <w:t>PRODEJE</w:t>
            </w:r>
          </w:p>
        </w:tc>
        <w:tc>
          <w:tcPr>
            <w:tcW w:w="7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1A96960" w14:textId="77777777" w:rsidR="00FE1565" w:rsidRPr="002A2EFE" w:rsidRDefault="00FE1565" w:rsidP="0067154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EFE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CC4C1D" w:rsidRPr="005C0F58" w14:paraId="627E906B" w14:textId="77777777">
        <w:tc>
          <w:tcPr>
            <w:tcW w:w="25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3E9504" w14:textId="77777777" w:rsidR="00FE1565" w:rsidRPr="00553ED9" w:rsidRDefault="00FE1565" w:rsidP="00553ED9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3ED9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E7A66D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04E873A0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Kníničky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A8744D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828A23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počet pro</w:t>
            </w:r>
            <w:r w:rsidR="000B62F7" w:rsidRPr="002A2EFE">
              <w:rPr>
                <w:rFonts w:ascii="Arial" w:hAnsi="Arial" w:cs="Arial"/>
                <w:sz w:val="16"/>
                <w:szCs w:val="16"/>
              </w:rPr>
              <w:t>-</w:t>
            </w:r>
            <w:r w:rsidRPr="002A2EFE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FA243B" w14:textId="77777777" w:rsidR="00FE1565" w:rsidRPr="002A2EFE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E4C91CC" w14:textId="5B616A2C" w:rsidR="00FE1565" w:rsidRPr="002A2EFE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(m</w:t>
            </w:r>
            <w:r w:rsidR="002A2EFE" w:rsidRPr="002A2EF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A2EF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8218F3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03F3F2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EB28AAB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4C1D" w:rsidRPr="005C0F58" w14:paraId="51767A48" w14:textId="77777777">
        <w:trPr>
          <w:trHeight w:val="295"/>
        </w:trPr>
        <w:tc>
          <w:tcPr>
            <w:tcW w:w="25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7751F5" w14:textId="77777777" w:rsidR="00FE1565" w:rsidRPr="00553ED9" w:rsidRDefault="00FE1565" w:rsidP="000B62F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3ED9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8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8FEBDB" w14:textId="77777777" w:rsidR="00FE1565" w:rsidRPr="002A2EFE" w:rsidRDefault="00FE1565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25,</w:t>
            </w:r>
            <w:r w:rsidR="00671543" w:rsidRPr="002A2EF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A2EFE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00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58382E" w14:textId="77777777" w:rsidR="00FE1565" w:rsidRPr="002A2EFE" w:rsidRDefault="00FE1565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cukrárna Anička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700DDD" w14:textId="77777777" w:rsidR="00FE1565" w:rsidRPr="002A2EFE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D07FE5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30 + 20</w:t>
            </w:r>
          </w:p>
        </w:tc>
        <w:tc>
          <w:tcPr>
            <w:tcW w:w="75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C75F44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10.00-22.00 h.</w:t>
            </w:r>
          </w:p>
        </w:tc>
        <w:tc>
          <w:tcPr>
            <w:tcW w:w="56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09E7CE9" w14:textId="77777777" w:rsidR="00FE1565" w:rsidRPr="002A2EFE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2ABBE1" w14:textId="77777777" w:rsidR="00FE1565" w:rsidRPr="002A2EFE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4C1D" w:rsidRPr="005C0F58" w14:paraId="768FE514" w14:textId="77777777">
        <w:trPr>
          <w:trHeight w:val="339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3E0A4D" w14:textId="77777777" w:rsidR="00FE1565" w:rsidRPr="00553ED9" w:rsidRDefault="00FE1565" w:rsidP="000B62F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3ED9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1E0642" w14:textId="77777777" w:rsidR="00FE1565" w:rsidRPr="002A2EFE" w:rsidRDefault="00FE1565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E30D75" w14:textId="77777777" w:rsidR="00FE1565" w:rsidRPr="002A2EFE" w:rsidRDefault="00FE1565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restaurace U lva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F882887" w14:textId="77777777" w:rsidR="00FE1565" w:rsidRPr="002A2EFE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87B9E2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F2C9B9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31A801" w14:textId="77777777" w:rsidR="00FE1565" w:rsidRPr="002A2EFE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7071A7C" w14:textId="77777777" w:rsidR="00FE1565" w:rsidRPr="002A2EFE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4C1D" w:rsidRPr="005C0F58" w14:paraId="64802634" w14:textId="77777777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542EE6" w14:textId="77777777" w:rsidR="00FE1565" w:rsidRPr="00553ED9" w:rsidRDefault="00FE1565" w:rsidP="000B62F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3ED9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97E021" w14:textId="77777777" w:rsidR="00FE1565" w:rsidRPr="002A2EFE" w:rsidRDefault="00FE1565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750/6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7E4321" w14:textId="77777777" w:rsidR="00FE1565" w:rsidRPr="002A2EFE" w:rsidRDefault="00FE1565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občerstvení Chřiby ("Sokolák")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4E22D9D" w14:textId="77777777" w:rsidR="00FE1565" w:rsidRPr="002A2EFE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FCDE11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DFF9BC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7C66AE" w14:textId="77777777" w:rsidR="00FE1565" w:rsidRPr="002A2EFE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7C02B1" w14:textId="77777777" w:rsidR="00FE1565" w:rsidRPr="002A2EFE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4C1D" w:rsidRPr="005C0F58" w14:paraId="7884E493" w14:textId="77777777">
        <w:trPr>
          <w:trHeight w:val="385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4673EE" w14:textId="77777777" w:rsidR="00FE1565" w:rsidRPr="00553ED9" w:rsidRDefault="00FE1565" w:rsidP="000B62F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3ED9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DA3F89" w14:textId="77777777" w:rsidR="00FE1565" w:rsidRPr="002A2EFE" w:rsidRDefault="00FE1565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759/3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C44EF3" w14:textId="77777777" w:rsidR="00FE1565" w:rsidRPr="002A2EFE" w:rsidRDefault="00FE1565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občerstvení Hříbek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9159480" w14:textId="77777777" w:rsidR="00FE1565" w:rsidRPr="002A2EFE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EEAC44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53AEA1" w14:textId="77777777" w:rsidR="00FE1565" w:rsidRPr="002A2EFE" w:rsidRDefault="00FE1565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B5F2F21" w14:textId="77777777" w:rsidR="00FE1565" w:rsidRPr="002A2EFE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D9FDA41" w14:textId="77777777" w:rsidR="00FE1565" w:rsidRPr="002A2EFE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1B1" w:rsidRPr="005C0F58" w14:paraId="7B2E9547" w14:textId="77777777">
        <w:trPr>
          <w:trHeight w:val="341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41CA13" w14:textId="77777777" w:rsidR="009071B1" w:rsidRPr="00553ED9" w:rsidRDefault="009071B1" w:rsidP="000B62F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3ED9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F1F950" w14:textId="77777777" w:rsidR="009071B1" w:rsidRPr="002A2EFE" w:rsidRDefault="009071B1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9/1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F67E08" w14:textId="77777777" w:rsidR="009071B1" w:rsidRPr="002A2EFE" w:rsidRDefault="009071B1" w:rsidP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restaurace Marina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B4DB813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9B691A" w14:textId="77777777" w:rsidR="009071B1" w:rsidRPr="002A2EFE" w:rsidRDefault="009071B1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1BD244" w14:textId="77777777" w:rsidR="009071B1" w:rsidRPr="002A2EFE" w:rsidRDefault="009071B1" w:rsidP="00CD38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E5E4554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196A46C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1B1" w:rsidRPr="005C0F58" w14:paraId="4F09976E" w14:textId="77777777">
        <w:trPr>
          <w:trHeight w:val="337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21C106" w14:textId="77777777" w:rsidR="009071B1" w:rsidRPr="00553ED9" w:rsidRDefault="009071B1" w:rsidP="000B62F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3ED9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F6E350" w14:textId="77777777" w:rsidR="009071B1" w:rsidRPr="002A2EFE" w:rsidRDefault="009071B1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1796/1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7B4FA0" w14:textId="77777777" w:rsidR="009071B1" w:rsidRPr="002A2EFE" w:rsidRDefault="009071B1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hotel Fontána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AA859E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D4C5BB" w14:textId="77777777" w:rsidR="009071B1" w:rsidRPr="002A2EFE" w:rsidRDefault="009071B1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B26DC6" w14:textId="77777777" w:rsidR="009071B1" w:rsidRPr="002A2EFE" w:rsidRDefault="009071B1" w:rsidP="00CD38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2A32C5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3EABAB6" w14:textId="77777777" w:rsidR="009071B1" w:rsidRPr="002A2EFE" w:rsidRDefault="009071B1" w:rsidP="00CC4C1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1B1" w:rsidRPr="005C0F58" w14:paraId="1BD9F103" w14:textId="77777777">
        <w:trPr>
          <w:trHeight w:val="333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034375" w14:textId="77777777" w:rsidR="009071B1" w:rsidRPr="00553ED9" w:rsidRDefault="009071B1" w:rsidP="000B62F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3ED9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3FB9F2" w14:textId="77777777" w:rsidR="009071B1" w:rsidRPr="002A2EFE" w:rsidRDefault="009071B1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849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CD359C" w14:textId="77777777" w:rsidR="009071B1" w:rsidRPr="002A2EFE" w:rsidRDefault="009071B1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občerstvení Princezna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8E5A19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231BF1" w14:textId="77777777" w:rsidR="009071B1" w:rsidRPr="002A2EFE" w:rsidRDefault="009071B1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F3C27E" w14:textId="77777777" w:rsidR="009071B1" w:rsidRPr="002A2EFE" w:rsidRDefault="009071B1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7942BA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01A314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1B1" w:rsidRPr="005C0F58" w14:paraId="3A942B0B" w14:textId="77777777">
        <w:trPr>
          <w:trHeight w:val="356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FFC327" w14:textId="77777777" w:rsidR="009071B1" w:rsidRPr="00553ED9" w:rsidRDefault="009071B1" w:rsidP="000B62F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3ED9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EE7872" w14:textId="77777777" w:rsidR="009071B1" w:rsidRPr="002A2EFE" w:rsidRDefault="009071B1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8F9FFA" w14:textId="77777777" w:rsidR="009071B1" w:rsidRPr="002A2EFE" w:rsidRDefault="009071B1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restaurace Osada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F92FAE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A71BC6" w14:textId="77777777" w:rsidR="009071B1" w:rsidRPr="002A2EFE" w:rsidRDefault="009071B1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E1549E" w14:textId="77777777" w:rsidR="009071B1" w:rsidRPr="002A2EFE" w:rsidRDefault="009071B1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781B80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7C3B8C5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1B1" w:rsidRPr="005C0F58" w14:paraId="44305804" w14:textId="77777777">
        <w:trPr>
          <w:trHeight w:val="339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4417CA" w14:textId="77777777" w:rsidR="009071B1" w:rsidRPr="00553ED9" w:rsidRDefault="009071B1" w:rsidP="000B62F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3ED9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519593" w14:textId="77777777" w:rsidR="009071B1" w:rsidRPr="002A2EFE" w:rsidRDefault="009071B1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754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E3DF2D" w14:textId="77777777" w:rsidR="009071B1" w:rsidRPr="002A2EFE" w:rsidRDefault="009071B1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areál Sokol Brno I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0F592B9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0A80B9" w14:textId="77777777" w:rsidR="009071B1" w:rsidRPr="002A2EFE" w:rsidRDefault="009071B1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F917EB" w14:textId="77777777" w:rsidR="009071B1" w:rsidRPr="002A2EFE" w:rsidRDefault="009071B1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175CA0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49402F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1B1" w:rsidRPr="005C0F58" w14:paraId="0F04ECF7" w14:textId="77777777" w:rsidTr="005E3CDD">
        <w:trPr>
          <w:trHeight w:val="335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AD5E8F" w14:textId="77777777" w:rsidR="009071B1" w:rsidRPr="00553ED9" w:rsidRDefault="009071B1" w:rsidP="000B62F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3ED9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1143E7" w14:textId="77777777" w:rsidR="009071B1" w:rsidRPr="002A2EFE" w:rsidRDefault="009071B1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877/1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66D859" w14:textId="77777777" w:rsidR="009071B1" w:rsidRPr="002A2EFE" w:rsidRDefault="009071B1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stánek na nudistické pláži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86A998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250F33" w14:textId="77777777" w:rsidR="009071B1" w:rsidRPr="002A2EFE" w:rsidRDefault="009071B1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C4EF58" w14:textId="77777777" w:rsidR="009071B1" w:rsidRPr="002A2EFE" w:rsidRDefault="009071B1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1ED850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5D4AA1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1B1" w:rsidRPr="005C0F58" w14:paraId="69871B3B" w14:textId="77777777" w:rsidTr="005E3CDD">
        <w:trPr>
          <w:trHeight w:val="289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03777A" w14:textId="77777777" w:rsidR="009071B1" w:rsidRPr="00553ED9" w:rsidRDefault="009071B1" w:rsidP="000B62F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3ED9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0B628D" w14:textId="77777777" w:rsidR="009071B1" w:rsidRPr="002A2EFE" w:rsidRDefault="009071B1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1112/1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D0B641" w14:textId="77777777" w:rsidR="009071B1" w:rsidRPr="002A2EFE" w:rsidRDefault="009071B1" w:rsidP="000B62F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hotel – školící středisko Maximus Resort, a. s.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BECBF32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6FA400" w14:textId="77777777" w:rsidR="009071B1" w:rsidRPr="002A2EFE" w:rsidRDefault="009071B1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1380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F36EBD" w14:textId="77777777" w:rsidR="009071B1" w:rsidRPr="002A2EFE" w:rsidRDefault="009071B1" w:rsidP="000B62F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EF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EC213A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FC37C5E" w14:textId="77777777" w:rsidR="009071B1" w:rsidRPr="002A2EFE" w:rsidRDefault="009071B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2C94A6" w14:textId="77777777" w:rsidR="00FE1565" w:rsidRPr="005C0F58" w:rsidRDefault="00FE1565">
      <w:pPr>
        <w:pStyle w:val="Styltabulky"/>
        <w:rPr>
          <w:rFonts w:ascii="Arial" w:hAnsi="Arial" w:cs="Arial"/>
        </w:rPr>
      </w:pPr>
    </w:p>
    <w:p w14:paraId="6C4FABEC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783743F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190F63F0" w14:textId="77777777" w:rsidR="00FE1565" w:rsidRPr="002A7BE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t>HLAVA B: Pojízdný prodej, pochůzkový prodej a prodej bez prodejního zařízení</w:t>
      </w:r>
    </w:p>
    <w:p w14:paraId="7E79B9DD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1EDC3EA9" w14:textId="77777777" w:rsidR="00FE1565" w:rsidRPr="005C0F58" w:rsidRDefault="00FE1565" w:rsidP="00671543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Pojízdný prodej, pochůzkový prodej a prodej bez prodejního zařízení je možno provozovat při splnění požadavků právních předpisů na celém území MČ Brno-Kníničky. </w:t>
      </w:r>
    </w:p>
    <w:p w14:paraId="025C981D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35444549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1722D691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E8E4960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3A1B368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0D6C53DB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0FD9BF72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F922573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14B366A0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174C44B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379B459E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5ACA861A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6878D21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393E043B" w14:textId="77777777" w:rsidR="008622C7" w:rsidRPr="005C0F58" w:rsidRDefault="008622C7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1516F373" w14:textId="77777777" w:rsidR="002A2EFE" w:rsidRDefault="002A2EFE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32833CCE" w14:textId="77777777" w:rsidR="002A2EFE" w:rsidRDefault="002A2EFE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46FC7A8A" w14:textId="77777777" w:rsidR="002A2EFE" w:rsidRDefault="002A2EFE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16B28E69" w14:textId="77777777" w:rsidR="002A2EFE" w:rsidRDefault="002A2EFE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45D7A0F7" w14:textId="77777777" w:rsidR="002A2EFE" w:rsidRDefault="002A2EFE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4B60915D" w14:textId="77777777" w:rsidR="002A2EFE" w:rsidRDefault="002A2EFE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18DF0F6B" w14:textId="77777777" w:rsidR="002A2EFE" w:rsidRDefault="002A2EFE">
      <w:pPr>
        <w:pStyle w:val="Zkladntext"/>
        <w:shd w:val="clear" w:color="000000" w:fill="auto"/>
        <w:rPr>
          <w:rFonts w:ascii="Arial" w:hAnsi="Arial" w:cs="Arial"/>
          <w:b/>
          <w:bCs/>
          <w:sz w:val="20"/>
          <w:szCs w:val="20"/>
        </w:rPr>
      </w:pPr>
    </w:p>
    <w:p w14:paraId="1B350BBA" w14:textId="405F3232" w:rsidR="00FE1565" w:rsidRPr="002A7BE3" w:rsidRDefault="00FE1565">
      <w:pPr>
        <w:pStyle w:val="Zkladntext"/>
        <w:shd w:val="clear" w:color="000000" w:fill="auto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lastRenderedPageBreak/>
        <w:t xml:space="preserve">ČÁST XI </w:t>
      </w:r>
    </w:p>
    <w:p w14:paraId="5D0F8C33" w14:textId="77777777" w:rsidR="00FE1565" w:rsidRPr="002A7BE3" w:rsidRDefault="00FE1565" w:rsidP="002A7BE3">
      <w:pPr>
        <w:pStyle w:val="Zkladntext"/>
        <w:shd w:val="clear" w:color="000000" w:fill="auto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t>MČ BRNO-KOHOUTOVICE</w:t>
      </w:r>
    </w:p>
    <w:p w14:paraId="7F60D0D2" w14:textId="77777777" w:rsidR="00FE1565" w:rsidRPr="002A7BE3" w:rsidRDefault="00FE1565" w:rsidP="00F271E9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t>HLAVA A: Tržní místa</w:t>
      </w:r>
    </w:p>
    <w:tbl>
      <w:tblPr>
        <w:tblW w:w="4907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6"/>
        <w:gridCol w:w="1258"/>
        <w:gridCol w:w="2208"/>
        <w:gridCol w:w="850"/>
        <w:gridCol w:w="824"/>
        <w:gridCol w:w="877"/>
        <w:gridCol w:w="1260"/>
        <w:gridCol w:w="1652"/>
      </w:tblGrid>
      <w:tr w:rsidR="00FC6960" w:rsidRPr="00842D27" w14:paraId="641ACCCB" w14:textId="77777777" w:rsidTr="005E3CDD">
        <w:trPr>
          <w:trHeight w:val="274"/>
        </w:trPr>
        <w:tc>
          <w:tcPr>
            <w:tcW w:w="209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380605" w14:textId="77777777" w:rsidR="00FE1565" w:rsidRPr="00842D27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1" w:name="_Hlk167260799"/>
            <w:r w:rsidRPr="00842D27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9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4BBFDD" w14:textId="77777777" w:rsidR="00FE1565" w:rsidRPr="00842D27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2D27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13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0C5727" w14:textId="77777777" w:rsidR="00FE1565" w:rsidRPr="00842D27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2D2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MAX. </w:t>
            </w:r>
            <w:r w:rsidR="00527EEE" w:rsidRPr="00842D27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842D27">
              <w:rPr>
                <w:rFonts w:ascii="Arial" w:hAnsi="Arial" w:cs="Arial"/>
                <w:b/>
                <w:bCs/>
                <w:sz w:val="16"/>
                <w:szCs w:val="16"/>
              </w:rPr>
              <w:t>OBA PRODEJE</w:t>
            </w:r>
          </w:p>
        </w:tc>
        <w:tc>
          <w:tcPr>
            <w:tcW w:w="87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5785327" w14:textId="77777777" w:rsidR="00FE1565" w:rsidRPr="00842D27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2D27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C6960" w:rsidRPr="00842D27" w14:paraId="4047927C" w14:textId="77777777" w:rsidTr="005E3CDD">
        <w:tc>
          <w:tcPr>
            <w:tcW w:w="25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2F687A" w14:textId="77777777" w:rsidR="00FE1565" w:rsidRPr="00842D27" w:rsidRDefault="00FE1565" w:rsidP="00221D79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C7FD43" w14:textId="77777777" w:rsidR="00FE1565" w:rsidRPr="00842D27" w:rsidRDefault="00FE1565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F4BF7BE" w14:textId="77777777" w:rsidR="00FE1565" w:rsidRPr="00842D27" w:rsidRDefault="00FE1565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Kohoutovice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6BE600" w14:textId="77777777" w:rsidR="00FE1565" w:rsidRPr="00842D27" w:rsidRDefault="00FE1565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636DC3" w14:textId="77777777" w:rsidR="00FE1565" w:rsidRPr="00842D27" w:rsidRDefault="00FE1565" w:rsidP="00FC69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počet</w:t>
            </w:r>
            <w:r w:rsidR="00FC6960" w:rsidRPr="00842D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42D27">
              <w:rPr>
                <w:rFonts w:ascii="Arial" w:hAnsi="Arial" w:cs="Arial"/>
                <w:sz w:val="16"/>
                <w:szCs w:val="16"/>
              </w:rPr>
              <w:t>prodej. míst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768A90" w14:textId="77777777" w:rsidR="00FE1565" w:rsidRPr="00842D27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1AE7D0B" w14:textId="792EDB55" w:rsidR="00FE1565" w:rsidRPr="00842D27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(m</w:t>
            </w:r>
            <w:r w:rsidR="00842D27" w:rsidRPr="00842D2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42D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FFFAD1" w14:textId="77777777" w:rsidR="00FE1565" w:rsidRPr="00842D27" w:rsidRDefault="00FE1565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460C73" w14:textId="77777777" w:rsidR="00FE1565" w:rsidRPr="00842D27" w:rsidRDefault="00FE1565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A588087" w14:textId="77777777" w:rsidR="00FE1565" w:rsidRPr="00842D27" w:rsidRDefault="00FE1565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960" w:rsidRPr="00842D27" w14:paraId="657B11B4" w14:textId="77777777" w:rsidTr="00204310">
        <w:trPr>
          <w:cantSplit/>
          <w:trHeight w:hRule="exact" w:val="567"/>
        </w:trPr>
        <w:tc>
          <w:tcPr>
            <w:tcW w:w="25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CB77EA" w14:textId="77777777" w:rsidR="00FE1565" w:rsidRPr="00842D27" w:rsidRDefault="00FE1565" w:rsidP="00A7126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 xml:space="preserve">  1.</w:t>
            </w:r>
          </w:p>
        </w:tc>
        <w:tc>
          <w:tcPr>
            <w:tcW w:w="6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C40FD1" w14:textId="77777777" w:rsidR="00FE1565" w:rsidRPr="00842D27" w:rsidRDefault="00FE1565" w:rsidP="00A712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2107</w:t>
            </w:r>
          </w:p>
        </w:tc>
        <w:tc>
          <w:tcPr>
            <w:tcW w:w="11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9FAD86" w14:textId="77777777" w:rsidR="00FE1565" w:rsidRPr="00842D27" w:rsidRDefault="00FE1565" w:rsidP="00A712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areál nákupního střediska Lipsko</w:t>
            </w:r>
          </w:p>
        </w:tc>
        <w:tc>
          <w:tcPr>
            <w:tcW w:w="45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D0DD66" w14:textId="77777777" w:rsidR="00FE1565" w:rsidRPr="00842D27" w:rsidRDefault="00FE1565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CA6539" w14:textId="77777777" w:rsidR="00FE1565" w:rsidRPr="00842D27" w:rsidRDefault="00FE1565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1141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9A2D60" w14:textId="77777777" w:rsidR="00FE1565" w:rsidRPr="00842D27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CB847A" w14:textId="77777777" w:rsidR="00FE1565" w:rsidRPr="00842D27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A63CE5" w14:textId="77777777" w:rsidR="00FE1565" w:rsidRPr="00842D27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mobilní zařízení, pojízdná prodejní zařízení</w:t>
            </w:r>
          </w:p>
        </w:tc>
      </w:tr>
      <w:bookmarkEnd w:id="21"/>
      <w:tr w:rsidR="00FC6960" w:rsidRPr="00842D27" w14:paraId="651D3E35" w14:textId="77777777" w:rsidTr="00204310">
        <w:trPr>
          <w:cantSplit/>
          <w:trHeight w:hRule="exact" w:val="56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63118A" w14:textId="77777777" w:rsidR="00FE1565" w:rsidRPr="00842D27" w:rsidRDefault="00FE1565" w:rsidP="00A7126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 xml:space="preserve">  2.</w:t>
            </w:r>
          </w:p>
        </w:tc>
        <w:tc>
          <w:tcPr>
            <w:tcW w:w="6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A4AB3C" w14:textId="18C8F390" w:rsidR="00FE1565" w:rsidRPr="00842D27" w:rsidRDefault="00FE1565" w:rsidP="00A712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2016</w:t>
            </w:r>
            <w:r w:rsidR="001161DD">
              <w:rPr>
                <w:rFonts w:ascii="Arial" w:hAnsi="Arial" w:cs="Arial"/>
                <w:sz w:val="16"/>
                <w:szCs w:val="16"/>
              </w:rPr>
              <w:t>/3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49D6F0" w14:textId="77777777" w:rsidR="00FE1565" w:rsidRPr="00842D27" w:rsidRDefault="00FE1565" w:rsidP="00A712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u zdrav. střediska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C7B397" w14:textId="77777777" w:rsidR="00FE1565" w:rsidRPr="00842D27" w:rsidRDefault="00FE1565" w:rsidP="002761E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</w:t>
            </w:r>
            <w:r w:rsidR="00F911F0" w:rsidRPr="00842D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41922E" w14:textId="77777777" w:rsidR="00FE1565" w:rsidRPr="00842D27" w:rsidRDefault="005863A8" w:rsidP="002761E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100</w:t>
            </w:r>
            <w:r w:rsidR="00FE1565" w:rsidRPr="00842D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91BEE2" w14:textId="77777777" w:rsidR="005863A8" w:rsidRPr="00842D27" w:rsidRDefault="003D41FE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S</w:t>
            </w:r>
            <w:r w:rsidR="005863A8" w:rsidRPr="00842D27">
              <w:rPr>
                <w:rFonts w:ascii="Arial" w:hAnsi="Arial" w:cs="Arial"/>
                <w:sz w:val="16"/>
                <w:szCs w:val="16"/>
              </w:rPr>
              <w:t>o</w:t>
            </w:r>
          </w:p>
          <w:p w14:paraId="3B54CB94" w14:textId="77777777" w:rsidR="00FE1565" w:rsidRPr="00842D27" w:rsidRDefault="005863A8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8–13 h.</w:t>
            </w: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12C0B0" w14:textId="77777777" w:rsidR="00FE1565" w:rsidRPr="00842D27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76E432" w14:textId="77777777" w:rsidR="00FE1565" w:rsidRPr="00842D27" w:rsidRDefault="00FE1565" w:rsidP="00CE073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mobilní zařízení</w:t>
            </w:r>
            <w:r w:rsidR="005863A8" w:rsidRPr="00842D27">
              <w:rPr>
                <w:rFonts w:ascii="Arial" w:hAnsi="Arial" w:cs="Arial"/>
                <w:sz w:val="16"/>
                <w:szCs w:val="16"/>
              </w:rPr>
              <w:t>, sortiment: mimo textil a obuv</w:t>
            </w:r>
          </w:p>
        </w:tc>
      </w:tr>
      <w:tr w:rsidR="00FC6960" w:rsidRPr="00842D27" w14:paraId="13B4C6BE" w14:textId="77777777" w:rsidTr="00204310">
        <w:trPr>
          <w:cantSplit/>
          <w:trHeight w:val="34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E8749C" w14:textId="77777777" w:rsidR="0083539B" w:rsidRPr="00842D27" w:rsidRDefault="0083539B" w:rsidP="00A7126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 xml:space="preserve">  3.</w:t>
            </w:r>
          </w:p>
        </w:tc>
        <w:tc>
          <w:tcPr>
            <w:tcW w:w="6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CE5A17" w14:textId="2C174464" w:rsidR="0083539B" w:rsidRPr="00842D27" w:rsidRDefault="0083539B" w:rsidP="00A712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2016</w:t>
            </w:r>
            <w:r w:rsidR="001161DD">
              <w:rPr>
                <w:rFonts w:ascii="Arial" w:hAnsi="Arial" w:cs="Arial"/>
                <w:sz w:val="16"/>
                <w:szCs w:val="16"/>
              </w:rPr>
              <w:t>/3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6300E5" w14:textId="77777777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u zdrav. střediska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26112E" w14:textId="77777777" w:rsidR="0083539B" w:rsidRPr="00842D27" w:rsidRDefault="0083539B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6DF032" w14:textId="77777777" w:rsidR="0083539B" w:rsidRPr="00842D27" w:rsidRDefault="0083539B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A489E0" w14:textId="77777777" w:rsidR="0083539B" w:rsidRPr="00842D27" w:rsidRDefault="0083539B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4A3CCE" w14:textId="77777777" w:rsidR="0083539B" w:rsidRPr="00842D27" w:rsidRDefault="001B668D" w:rsidP="001B668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pouze pro akce pořádané statutárním městem Brnem, MČ Brno-Kohoutovice nebo pořádané se souhlasem statutárního města Brna, MČ Brno-Kohoutovice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0B69ED" w14:textId="77777777" w:rsidR="0083539B" w:rsidRPr="00842D27" w:rsidRDefault="0083539B" w:rsidP="00B714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mobilní zařízení,</w:t>
            </w:r>
          </w:p>
          <w:p w14:paraId="06EB80B1" w14:textId="77777777" w:rsidR="0083539B" w:rsidRPr="00842D27" w:rsidRDefault="0083539B" w:rsidP="00B714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pojízdná prodejní zařízení</w:t>
            </w:r>
          </w:p>
        </w:tc>
      </w:tr>
      <w:tr w:rsidR="00FC6960" w:rsidRPr="00842D27" w14:paraId="77016116" w14:textId="77777777" w:rsidTr="00204310">
        <w:trPr>
          <w:cantSplit/>
          <w:trHeight w:hRule="exact" w:val="22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392298" w14:textId="77777777" w:rsidR="0083539B" w:rsidRPr="00842D27" w:rsidRDefault="0083539B" w:rsidP="00A7126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 xml:space="preserve">  4.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F0E434" w14:textId="1C3BB301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2016</w:t>
            </w:r>
            <w:r w:rsidR="001161DD">
              <w:rPr>
                <w:rFonts w:ascii="Arial" w:hAnsi="Arial" w:cs="Arial"/>
                <w:sz w:val="16"/>
                <w:szCs w:val="16"/>
              </w:rPr>
              <w:t>/3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6F8791" w14:textId="77777777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u zdrav. střediska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B09600" w14:textId="77777777" w:rsidR="0083539B" w:rsidRPr="00842D27" w:rsidRDefault="0083539B" w:rsidP="00CD38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774D0E" w14:textId="77777777" w:rsidR="0083539B" w:rsidRPr="00842D27" w:rsidRDefault="0083539B" w:rsidP="00CD38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D3B767" w14:textId="77777777" w:rsidR="0083539B" w:rsidRPr="00842D27" w:rsidRDefault="0083539B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92FAF6D" w14:textId="77777777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69CD99" w14:textId="77777777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FC6960" w:rsidRPr="00842D27" w14:paraId="0E8A8085" w14:textId="77777777" w:rsidTr="00204310">
        <w:trPr>
          <w:cantSplit/>
          <w:trHeight w:hRule="exact" w:val="56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F68899" w14:textId="77777777" w:rsidR="0083539B" w:rsidRPr="00842D27" w:rsidRDefault="0083539B" w:rsidP="00A7126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 xml:space="preserve">  5.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E315F2" w14:textId="243C50F3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2016</w:t>
            </w:r>
            <w:r w:rsidR="001161DD">
              <w:rPr>
                <w:rFonts w:ascii="Arial" w:hAnsi="Arial" w:cs="Arial"/>
                <w:sz w:val="16"/>
                <w:szCs w:val="16"/>
              </w:rPr>
              <w:t>/3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CDBFE0" w14:textId="77777777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u zdrav. střediska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46E1D8" w14:textId="77777777" w:rsidR="0083539B" w:rsidRPr="00842D27" w:rsidRDefault="0083539B" w:rsidP="00CD38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5303C6" w14:textId="77777777" w:rsidR="0083539B" w:rsidRPr="00842D27" w:rsidRDefault="0083539B" w:rsidP="00CD38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C47069" w14:textId="77777777" w:rsidR="0083539B" w:rsidRPr="00842D27" w:rsidRDefault="0083539B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194FCE" w14:textId="77777777" w:rsidR="0083539B" w:rsidRPr="00842D27" w:rsidRDefault="0083539B" w:rsidP="00CD38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1.12.–31.12.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174C48" w14:textId="77777777" w:rsidR="0083539B" w:rsidRPr="00842D27" w:rsidRDefault="0083539B" w:rsidP="0020431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mobilní zařízení</w:t>
            </w:r>
          </w:p>
          <w:p w14:paraId="22D633B6" w14:textId="77777777" w:rsidR="0083539B" w:rsidRPr="00842D27" w:rsidRDefault="0083539B" w:rsidP="0020431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sortiment: vánoční stromky a vazba</w:t>
            </w:r>
          </w:p>
        </w:tc>
      </w:tr>
      <w:tr w:rsidR="00FC6960" w:rsidRPr="00842D27" w14:paraId="5A6EC954" w14:textId="77777777" w:rsidTr="00204310">
        <w:trPr>
          <w:cantSplit/>
          <w:trHeight w:hRule="exact" w:val="56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713904" w14:textId="77777777" w:rsidR="0083539B" w:rsidRPr="00842D27" w:rsidRDefault="0083539B" w:rsidP="00A7126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 xml:space="preserve">  6.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A55253" w14:textId="72D0BEBA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2016</w:t>
            </w:r>
            <w:r w:rsidR="001161DD">
              <w:rPr>
                <w:rFonts w:ascii="Arial" w:hAnsi="Arial" w:cs="Arial"/>
                <w:sz w:val="16"/>
                <w:szCs w:val="16"/>
              </w:rPr>
              <w:t>/3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542E5D" w14:textId="77777777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u zdrav. střediska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839B7F" w14:textId="77777777" w:rsidR="0083539B" w:rsidRPr="00842D27" w:rsidRDefault="0083539B" w:rsidP="00CD38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F13EC3" w14:textId="77777777" w:rsidR="0083539B" w:rsidRPr="00842D27" w:rsidRDefault="0083539B" w:rsidP="00CD38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01A0B3" w14:textId="77777777" w:rsidR="0083539B" w:rsidRPr="00842D27" w:rsidRDefault="0083539B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7EAF0C" w14:textId="77777777" w:rsidR="0083539B" w:rsidRPr="00842D27" w:rsidRDefault="0083539B" w:rsidP="00CD38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1.12.–31.12.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0E25CA" w14:textId="77777777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mobilní zařízení</w:t>
            </w:r>
          </w:p>
          <w:p w14:paraId="7FCCC3B2" w14:textId="77777777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sortiment:</w:t>
            </w:r>
          </w:p>
          <w:p w14:paraId="6D7C73AE" w14:textId="77777777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vánoční kapři</w:t>
            </w:r>
          </w:p>
        </w:tc>
      </w:tr>
      <w:tr w:rsidR="00FC6960" w:rsidRPr="00842D27" w14:paraId="64FCF6BE" w14:textId="77777777" w:rsidTr="00204310">
        <w:trPr>
          <w:cantSplit/>
          <w:trHeight w:hRule="exact" w:val="22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2E83BD" w14:textId="77777777" w:rsidR="0083539B" w:rsidRPr="00842D27" w:rsidRDefault="0083539B" w:rsidP="00A7126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 xml:space="preserve">  7.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80DCE5" w14:textId="77777777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3609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A74B55" w14:textId="77777777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konečná stanice MHD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01C563" w14:textId="77777777" w:rsidR="0083539B" w:rsidRPr="00842D27" w:rsidRDefault="0083539B" w:rsidP="00CD38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FE21B5" w14:textId="77777777" w:rsidR="0083539B" w:rsidRPr="00842D27" w:rsidRDefault="0083539B" w:rsidP="00CD38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60062E" w14:textId="77777777" w:rsidR="0083539B" w:rsidRPr="00842D27" w:rsidRDefault="0083539B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D9DBFE" w14:textId="77777777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D96B7A" w14:textId="77777777" w:rsidR="0083539B" w:rsidRPr="00842D27" w:rsidRDefault="0083539B" w:rsidP="00CD38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FC6960" w:rsidRPr="00842D27" w14:paraId="4A83379D" w14:textId="77777777" w:rsidTr="00066313">
        <w:trPr>
          <w:cantSplit/>
          <w:trHeight w:hRule="exact" w:val="22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92C58B" w14:textId="77777777" w:rsidR="0083539B" w:rsidRPr="00842D27" w:rsidRDefault="0083539B" w:rsidP="00066313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 xml:space="preserve">  8.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B13C44" w14:textId="2608B849" w:rsidR="0083539B" w:rsidRPr="00842D27" w:rsidRDefault="00B42560" w:rsidP="0006631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2016/3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61BD38" w14:textId="34B943E3" w:rsidR="0083539B" w:rsidRPr="00842D27" w:rsidRDefault="00B42560" w:rsidP="0006631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u zdrav. střediska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A4CFE1" w14:textId="426E306F" w:rsidR="0083539B" w:rsidRPr="00842D27" w:rsidRDefault="00B42560" w:rsidP="0006631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C7CFF8" w14:textId="27081A3A" w:rsidR="0083539B" w:rsidRPr="00842D27" w:rsidRDefault="00B42560" w:rsidP="0006631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821FC9" w14:textId="77777777" w:rsidR="0083539B" w:rsidRPr="00842D27" w:rsidRDefault="0083539B" w:rsidP="0006631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0A0876" w14:textId="77777777" w:rsidR="0083539B" w:rsidRPr="00842D27" w:rsidRDefault="0083539B" w:rsidP="0006631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F35151" w14:textId="50AC9DC4" w:rsidR="0083539B" w:rsidRPr="00842D27" w:rsidRDefault="00B42560" w:rsidP="0006631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káva, zmrzlina</w:t>
            </w:r>
          </w:p>
        </w:tc>
      </w:tr>
      <w:tr w:rsidR="00FC6960" w:rsidRPr="00842D27" w14:paraId="5B316493" w14:textId="77777777" w:rsidTr="00204310">
        <w:trPr>
          <w:cantSplit/>
          <w:trHeight w:hRule="exact" w:val="454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F95BCD" w14:textId="77777777" w:rsidR="0083539B" w:rsidRPr="00842D27" w:rsidRDefault="0083539B" w:rsidP="00A7126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 xml:space="preserve">  9.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43922D" w14:textId="77777777" w:rsidR="0083539B" w:rsidRPr="00842D27" w:rsidRDefault="0083539B" w:rsidP="00A712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2106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4BA5DD" w14:textId="77777777" w:rsidR="0083539B" w:rsidRPr="00842D27" w:rsidRDefault="0083539B" w:rsidP="00A712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chodník u nákup.</w:t>
            </w:r>
          </w:p>
          <w:p w14:paraId="1F26B6C6" w14:textId="77777777" w:rsidR="0083539B" w:rsidRPr="00842D27" w:rsidRDefault="0083539B" w:rsidP="00A712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střediska Lipsko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3E9935" w14:textId="77777777" w:rsidR="0083539B" w:rsidRPr="00842D27" w:rsidRDefault="0083539B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88407A" w14:textId="77777777" w:rsidR="0083539B" w:rsidRPr="00842D27" w:rsidRDefault="0083539B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1E40F7" w14:textId="77777777" w:rsidR="0083539B" w:rsidRPr="00842D27" w:rsidRDefault="0083539B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AF29DD" w14:textId="77777777" w:rsidR="0083539B" w:rsidRPr="00842D27" w:rsidRDefault="0083539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E5A680" w14:textId="77777777" w:rsidR="0083539B" w:rsidRPr="00842D27" w:rsidRDefault="0083539B" w:rsidP="00B714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FC6960" w:rsidRPr="00842D27" w14:paraId="7397E77B" w14:textId="77777777" w:rsidTr="00204310">
        <w:trPr>
          <w:cantSplit/>
          <w:trHeight w:val="421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EC40B5" w14:textId="77777777" w:rsidR="0083539B" w:rsidRPr="00842D27" w:rsidRDefault="0083539B" w:rsidP="00A7126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 xml:space="preserve">10. 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7B2968" w14:textId="56F7137A" w:rsidR="0083539B" w:rsidRPr="00842D27" w:rsidRDefault="0083539B" w:rsidP="00A712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2169</w:t>
            </w:r>
            <w:r w:rsidR="003E1B7F">
              <w:rPr>
                <w:rFonts w:ascii="Arial" w:hAnsi="Arial" w:cs="Arial"/>
                <w:sz w:val="16"/>
                <w:szCs w:val="16"/>
              </w:rPr>
              <w:t>/5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F069D3" w14:textId="77777777" w:rsidR="0083539B" w:rsidRPr="00842D27" w:rsidRDefault="0083539B" w:rsidP="00A712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zeleň při ul. Prokofjevova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18A4D5" w14:textId="77777777" w:rsidR="0083539B" w:rsidRPr="00842D27" w:rsidRDefault="0083539B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786FC6" w14:textId="77777777" w:rsidR="0083539B" w:rsidRPr="00842D27" w:rsidRDefault="0083539B" w:rsidP="00A712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64C417" w14:textId="77777777" w:rsidR="0083539B" w:rsidRPr="00842D27" w:rsidRDefault="0083539B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6.00-22.00 h.</w:t>
            </w: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C372EE" w14:textId="77777777" w:rsidR="0083539B" w:rsidRPr="00842D27" w:rsidRDefault="0083539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1D06BB" w14:textId="77777777" w:rsidR="0083539B" w:rsidRPr="00842D27" w:rsidRDefault="0083539B" w:rsidP="00B714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</w:tr>
      <w:tr w:rsidR="00783064" w:rsidRPr="00842D27" w14:paraId="34F59E7A" w14:textId="77777777" w:rsidTr="00204310">
        <w:trPr>
          <w:cantSplit/>
          <w:trHeight w:hRule="exact" w:val="56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9858B0" w14:textId="77777777" w:rsidR="00783064" w:rsidRPr="00842D27" w:rsidRDefault="00783064" w:rsidP="00783064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8F2D47" w14:textId="0E542E2A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2016</w:t>
            </w:r>
            <w:r w:rsidR="001161DD">
              <w:rPr>
                <w:rFonts w:ascii="Arial" w:hAnsi="Arial" w:cs="Arial"/>
                <w:sz w:val="16"/>
                <w:szCs w:val="16"/>
              </w:rPr>
              <w:t>/3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C8F8B9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prostranství obchodního centra Voříškova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FABBAF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FEE066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F368E5" w14:textId="77777777" w:rsidR="00783064" w:rsidRPr="00842D27" w:rsidRDefault="00783064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D0BE9BD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12DB9E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mobilní zařízení</w:t>
            </w:r>
          </w:p>
          <w:p w14:paraId="277FFBB7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sortiment:</w:t>
            </w:r>
          </w:p>
          <w:p w14:paraId="73E8619C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sezónní ovoce</w:t>
            </w:r>
          </w:p>
        </w:tc>
      </w:tr>
      <w:tr w:rsidR="00783064" w:rsidRPr="00842D27" w14:paraId="74B3403C" w14:textId="77777777" w:rsidTr="00F271E9">
        <w:trPr>
          <w:cantSplit/>
          <w:trHeight w:hRule="exact" w:val="454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CD6B16" w14:textId="77777777" w:rsidR="00783064" w:rsidRPr="00842D27" w:rsidRDefault="00783064" w:rsidP="00783064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9210BE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3612/1,</w:t>
            </w:r>
          </w:p>
          <w:p w14:paraId="6A993C7C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3552/4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B25DBB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konečná stanice MHD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C28C00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81B744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606853" w14:textId="77777777" w:rsidR="00783064" w:rsidRPr="00842D27" w:rsidRDefault="00783064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8EE99C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A4B4A7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783064" w:rsidRPr="00842D27" w14:paraId="3876458D" w14:textId="77777777" w:rsidTr="00F271E9">
        <w:trPr>
          <w:cantSplit/>
          <w:trHeight w:hRule="exact" w:val="454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B42846" w14:textId="77777777" w:rsidR="00783064" w:rsidRPr="00842D27" w:rsidRDefault="00783064" w:rsidP="00783064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79BD40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2906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5E2673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zeleň u domu s pečovatelskou službou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F600AF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8543F9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8D4775" w14:textId="77777777" w:rsidR="00783064" w:rsidRPr="00842D27" w:rsidRDefault="00783064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FAF61F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C0D9F5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</w:tr>
      <w:tr w:rsidR="00783064" w:rsidRPr="00842D27" w14:paraId="07A10E3F" w14:textId="77777777" w:rsidTr="00204310">
        <w:trPr>
          <w:cantSplit/>
          <w:trHeight w:hRule="exact" w:val="22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56F8E2" w14:textId="77777777" w:rsidR="00783064" w:rsidRPr="00842D27" w:rsidRDefault="00783064" w:rsidP="00783064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96B498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9AF16C" w14:textId="77777777" w:rsidR="00783064" w:rsidRPr="00842D27" w:rsidRDefault="008B180B" w:rsidP="002A7BE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2CC402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68394C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6AF7C5" w14:textId="77777777" w:rsidR="00783064" w:rsidRPr="00842D27" w:rsidRDefault="00783064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B00E45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202E67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3064" w:rsidRPr="00842D27" w14:paraId="0C9E50E1" w14:textId="77777777" w:rsidTr="00204310">
        <w:trPr>
          <w:cantSplit/>
          <w:trHeight w:hRule="exact" w:val="22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AC3EC8" w14:textId="77777777" w:rsidR="00783064" w:rsidRPr="00842D27" w:rsidRDefault="00783064" w:rsidP="00783064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F16BD4" w14:textId="1C61DE4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34</w:t>
            </w:r>
            <w:r w:rsidR="00564EF7">
              <w:rPr>
                <w:rFonts w:ascii="Arial" w:hAnsi="Arial" w:cs="Arial"/>
                <w:sz w:val="16"/>
                <w:szCs w:val="16"/>
              </w:rPr>
              <w:t>00/2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C27071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zeleň při ul. Voříškově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608362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9D0264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71B496" w14:textId="77777777" w:rsidR="00783064" w:rsidRPr="00842D27" w:rsidRDefault="00783064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299485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33645E" w14:textId="77777777" w:rsidR="00783064" w:rsidRPr="00842D27" w:rsidRDefault="008B180B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783064" w:rsidRPr="00842D27" w14:paraId="6BBC7A3D" w14:textId="77777777" w:rsidTr="00204310">
        <w:trPr>
          <w:cantSplit/>
          <w:trHeight w:hRule="exact" w:val="454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918ABA" w14:textId="77777777" w:rsidR="00783064" w:rsidRPr="00842D27" w:rsidRDefault="00783064" w:rsidP="00783064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83C3E1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997/17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FE856E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plocha u zastávky MHD "Žebětínská"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5175A6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1B2CFB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99848E" w14:textId="77777777" w:rsidR="00783064" w:rsidRPr="00842D27" w:rsidRDefault="00783064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7F2096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121500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</w:tr>
      <w:tr w:rsidR="00783064" w:rsidRPr="00842D27" w14:paraId="69B5BCC8" w14:textId="77777777" w:rsidTr="00204310">
        <w:trPr>
          <w:cantSplit/>
          <w:trHeight w:hRule="exact" w:val="454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AA5CD0" w14:textId="77777777" w:rsidR="00783064" w:rsidRPr="00842D27" w:rsidRDefault="00783064" w:rsidP="00783064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B76BB4" w14:textId="734AD1DD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2038/</w:t>
            </w:r>
            <w:r w:rsidR="003E1B7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ABD7EB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zeleň u zastávky MHD  "Voříškova"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873235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9DDAF1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E53888" w14:textId="77777777" w:rsidR="00783064" w:rsidRPr="00842D27" w:rsidRDefault="00783064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B66456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343A84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</w:tr>
      <w:tr w:rsidR="00783064" w:rsidRPr="00842D27" w14:paraId="3DAD5701" w14:textId="77777777" w:rsidTr="00204310">
        <w:trPr>
          <w:cantSplit/>
          <w:trHeight w:hRule="exact" w:val="22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1834E5" w14:textId="77777777" w:rsidR="00783064" w:rsidRPr="00842D27" w:rsidRDefault="00783064" w:rsidP="00783064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B23924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46EEF9" w14:textId="77777777" w:rsidR="00783064" w:rsidRPr="00842D27" w:rsidRDefault="00783064" w:rsidP="002A7BE3">
            <w:pPr>
              <w:pStyle w:val="Styltabulky"/>
              <w:spacing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42D27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4A9895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CC429A" w14:textId="77777777" w:rsidR="00783064" w:rsidRPr="00842D27" w:rsidRDefault="00783064" w:rsidP="0078306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23E9D0" w14:textId="77777777" w:rsidR="00783064" w:rsidRPr="00842D27" w:rsidRDefault="00783064" w:rsidP="0020431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CD7833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8919BF" w14:textId="77777777" w:rsidR="00783064" w:rsidRPr="00842D27" w:rsidRDefault="00783064" w:rsidP="0078306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3064" w:rsidRPr="00842D27" w14:paraId="4E886C7D" w14:textId="77777777" w:rsidTr="00204310">
        <w:trPr>
          <w:cantSplit/>
          <w:trHeight w:hRule="exact" w:val="22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EF980E" w14:textId="77777777" w:rsidR="00783064" w:rsidRPr="00842D27" w:rsidRDefault="00783064" w:rsidP="00204310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A930FF" w14:textId="77777777" w:rsidR="00783064" w:rsidRPr="00842D27" w:rsidRDefault="00783064" w:rsidP="0078306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C96D4C" w14:textId="77777777" w:rsidR="00783064" w:rsidRPr="00842D27" w:rsidRDefault="008B180B" w:rsidP="002A7BE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72BB1A" w14:textId="77777777" w:rsidR="00783064" w:rsidRPr="00842D27" w:rsidRDefault="00783064" w:rsidP="0078306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809AA7" w14:textId="77777777" w:rsidR="00783064" w:rsidRPr="00842D27" w:rsidRDefault="00783064" w:rsidP="0078306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B9DA12" w14:textId="77777777" w:rsidR="00783064" w:rsidRPr="00842D27" w:rsidRDefault="00783064" w:rsidP="0020431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EFE9D6" w14:textId="77777777" w:rsidR="00783064" w:rsidRPr="00842D27" w:rsidRDefault="00783064" w:rsidP="0078306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EA95F9" w14:textId="77777777" w:rsidR="00783064" w:rsidRPr="00842D27" w:rsidRDefault="00783064" w:rsidP="0078306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4310" w:rsidRPr="00842D27" w14:paraId="791B8753" w14:textId="77777777" w:rsidTr="00204310">
        <w:trPr>
          <w:cantSplit/>
          <w:trHeight w:hRule="exact" w:val="56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1AFBB0" w14:textId="0A82732F" w:rsidR="00204310" w:rsidRPr="00842D27" w:rsidRDefault="00204310" w:rsidP="00204310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3661BB" w14:textId="49899A88" w:rsidR="00204310" w:rsidRPr="00842D27" w:rsidRDefault="00204310" w:rsidP="0020431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3605/1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50381E" w14:textId="3EFA1FAF" w:rsidR="00204310" w:rsidRPr="00842D27" w:rsidRDefault="00204310" w:rsidP="00204310">
            <w:pPr>
              <w:pStyle w:val="Styltabulky"/>
              <w:spacing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podloubí u provozovny PRAMEN-BRNĚNKA ve smyčce MHD Jírovcova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85DA66" w14:textId="1C9E52F8" w:rsidR="00204310" w:rsidRPr="00842D27" w:rsidRDefault="00204310" w:rsidP="0020431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184C81" w14:textId="00E1B822" w:rsidR="00204310" w:rsidRPr="00842D27" w:rsidRDefault="00204310" w:rsidP="0020431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3BB559" w14:textId="77777777" w:rsidR="00204310" w:rsidRPr="00842D27" w:rsidRDefault="00204310" w:rsidP="0020431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A8F1EB" w14:textId="6E61A121" w:rsidR="00204310" w:rsidRPr="00842D27" w:rsidRDefault="00204310" w:rsidP="0020431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20.12.-23.12.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55B55D" w14:textId="326F5258" w:rsidR="00204310" w:rsidRPr="00842D27" w:rsidRDefault="00204310" w:rsidP="0020431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vánoční kapři</w:t>
            </w:r>
          </w:p>
        </w:tc>
      </w:tr>
      <w:tr w:rsidR="00204310" w:rsidRPr="00842D27" w14:paraId="241839BB" w14:textId="77777777" w:rsidTr="00204310">
        <w:trPr>
          <w:cantSplit/>
          <w:trHeight w:hRule="exact" w:val="567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23737D" w14:textId="73B6D9CD" w:rsidR="00204310" w:rsidRPr="00842D27" w:rsidRDefault="00204310" w:rsidP="00204310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125175" w14:textId="48CE7386" w:rsidR="00204310" w:rsidRPr="00842D27" w:rsidRDefault="00204310" w:rsidP="0020431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3605/1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CBE78B" w14:textId="3332C4CE" w:rsidR="00204310" w:rsidRPr="00842D27" w:rsidRDefault="00204310" w:rsidP="00204310">
            <w:pPr>
              <w:pStyle w:val="Styltabulky"/>
              <w:spacing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podloubí u provozovny PRAMEN-BRNĚNKA ve smyčce MHD Jírovcova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7EAADE" w14:textId="3DB4E69B" w:rsidR="00204310" w:rsidRPr="00842D27" w:rsidRDefault="00204310" w:rsidP="0020431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6DEBA7" w14:textId="5FFFA4FE" w:rsidR="00204310" w:rsidRPr="00842D27" w:rsidRDefault="00204310" w:rsidP="0020431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F639D0" w14:textId="77777777" w:rsidR="00204310" w:rsidRPr="00842D27" w:rsidRDefault="00204310" w:rsidP="0020431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14B9BA" w14:textId="6D69988F" w:rsidR="00204310" w:rsidRPr="00842D27" w:rsidRDefault="00204310" w:rsidP="0020431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2.12.-23.12.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25F441" w14:textId="070EA28F" w:rsidR="00204310" w:rsidRPr="00842D27" w:rsidRDefault="00204310" w:rsidP="0020431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vánoční stromky</w:t>
            </w:r>
          </w:p>
        </w:tc>
      </w:tr>
      <w:tr w:rsidR="00204310" w:rsidRPr="00842D27" w14:paraId="378CD2C6" w14:textId="77777777" w:rsidTr="00F271E9">
        <w:trPr>
          <w:cantSplit/>
          <w:trHeight w:hRule="exact" w:val="1148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6578C5" w14:textId="7E0BD308" w:rsidR="00204310" w:rsidRPr="00842D27" w:rsidRDefault="00204310" w:rsidP="00204310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D6DD42" w14:textId="26ABDF21" w:rsidR="00204310" w:rsidRPr="00842D27" w:rsidRDefault="00204310" w:rsidP="0020431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3606/1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F2EF96" w14:textId="2A9BCD55" w:rsidR="00204310" w:rsidRPr="00842D27" w:rsidRDefault="00204310" w:rsidP="0020431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u samoobsluhy s potravinami na Libušině tř. or. č. 23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DE39B0" w14:textId="3620EF46" w:rsidR="00204310" w:rsidRPr="00842D27" w:rsidRDefault="00204310" w:rsidP="0020431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57F9DE" w14:textId="28882F84" w:rsidR="00204310" w:rsidRPr="00842D27" w:rsidRDefault="00204310" w:rsidP="0020431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1986D3" w14:textId="77777777" w:rsidR="00204310" w:rsidRPr="00842D27" w:rsidRDefault="00204310" w:rsidP="0020431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5629F0" w14:textId="77777777" w:rsidR="00204310" w:rsidRPr="00842D27" w:rsidRDefault="00204310" w:rsidP="0020431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93BB7F" w14:textId="10F7FA95" w:rsidR="00204310" w:rsidRPr="00842D27" w:rsidRDefault="00204310" w:rsidP="0020431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42D27">
              <w:rPr>
                <w:rFonts w:ascii="Arial" w:hAnsi="Arial" w:cs="Arial"/>
                <w:sz w:val="16"/>
                <w:szCs w:val="16"/>
              </w:rPr>
              <w:t>mobilní prodejní zařízení; vymezení  sortimentu: vánoční ryby, vánoční stromky, ovoce a zelenina</w:t>
            </w:r>
          </w:p>
        </w:tc>
      </w:tr>
    </w:tbl>
    <w:p w14:paraId="77396C5C" w14:textId="77777777" w:rsidR="00FE1565" w:rsidRPr="002A7BE3" w:rsidRDefault="00FE1565" w:rsidP="00CE002E">
      <w:pPr>
        <w:pStyle w:val="Zkladntext"/>
        <w:spacing w:after="200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lastRenderedPageBreak/>
        <w:t>HLAVA B:  Předsunutá prodejní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9"/>
        <w:gridCol w:w="1257"/>
        <w:gridCol w:w="2097"/>
        <w:gridCol w:w="1050"/>
        <w:gridCol w:w="914"/>
        <w:gridCol w:w="1227"/>
        <w:gridCol w:w="1123"/>
        <w:gridCol w:w="1506"/>
      </w:tblGrid>
      <w:tr w:rsidR="00FE1565" w:rsidRPr="005C0F58" w14:paraId="3902D54D" w14:textId="77777777" w:rsidTr="00CE002E">
        <w:trPr>
          <w:trHeight w:val="274"/>
        </w:trPr>
        <w:tc>
          <w:tcPr>
            <w:tcW w:w="196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FF04F2" w14:textId="77777777" w:rsidR="00FE1565" w:rsidRPr="00F271E9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2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6DBE1D" w14:textId="77777777" w:rsidR="00FE1565" w:rsidRPr="00F271E9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2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231E4D" w14:textId="77777777" w:rsidR="00FE1565" w:rsidRPr="00F271E9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94E398E" w14:textId="77777777" w:rsidR="00FE1565" w:rsidRPr="00F271E9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42CF4975" w14:textId="77777777" w:rsidTr="00CE002E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BDC736" w14:textId="77777777" w:rsidR="00FE1565" w:rsidRPr="00F271E9" w:rsidRDefault="00FE1565" w:rsidP="00221D79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902D18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11EE0B0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Kohoutovice</w:t>
            </w:r>
          </w:p>
        </w:tc>
        <w:tc>
          <w:tcPr>
            <w:tcW w:w="109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9E9A27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8C9851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17BC4693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EC4581" w14:textId="77777777" w:rsidR="00FE1565" w:rsidRPr="00F271E9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F332001" w14:textId="3FAB9DCA" w:rsidR="00FE1565" w:rsidRPr="00F271E9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(m</w:t>
            </w:r>
            <w:r w:rsidR="00F271E9" w:rsidRPr="00F271E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F271E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5FC4C4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0C7D86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A387437" w14:textId="77777777" w:rsidR="00186509" w:rsidRPr="00F271E9" w:rsidRDefault="00097C06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FE1565" w:rsidRPr="005C0F58" w14:paraId="19691E8E" w14:textId="77777777" w:rsidTr="006E206F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41E16D" w14:textId="77777777" w:rsidR="00FE1565" w:rsidRPr="00F271E9" w:rsidRDefault="00FE1565" w:rsidP="003C7B6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5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71D6DB" w14:textId="77777777" w:rsidR="00FE1565" w:rsidRPr="00F271E9" w:rsidRDefault="00917E37" w:rsidP="003C7B6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3605/1</w:t>
            </w:r>
          </w:p>
        </w:tc>
        <w:tc>
          <w:tcPr>
            <w:tcW w:w="109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4C7B9C" w14:textId="77777777" w:rsidR="00FE1565" w:rsidRPr="00F271E9" w:rsidRDefault="00FE1565" w:rsidP="003C7B6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před prodejnou květin</w:t>
            </w:r>
            <w:r w:rsidR="00917E37" w:rsidRPr="00F271E9">
              <w:rPr>
                <w:rFonts w:ascii="Arial" w:hAnsi="Arial" w:cs="Arial"/>
                <w:sz w:val="16"/>
                <w:szCs w:val="16"/>
              </w:rPr>
              <w:t xml:space="preserve"> u prodejny ESOX,</w:t>
            </w:r>
            <w:r w:rsidRPr="00F271E9">
              <w:rPr>
                <w:rFonts w:ascii="Arial" w:hAnsi="Arial" w:cs="Arial"/>
                <w:sz w:val="16"/>
                <w:szCs w:val="16"/>
              </w:rPr>
              <w:t xml:space="preserve"> Libušina tř. or. č. </w:t>
            </w:r>
            <w:r w:rsidR="00917E37" w:rsidRPr="00F271E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2EC073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99DF22" w14:textId="77777777" w:rsidR="00FE1565" w:rsidRPr="00F271E9" w:rsidRDefault="00917E37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4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11EFA5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23740B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27A16F" w14:textId="77777777" w:rsidR="00FE1565" w:rsidRPr="00F271E9" w:rsidRDefault="00FE1565" w:rsidP="006E206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květiny</w:t>
            </w:r>
          </w:p>
        </w:tc>
      </w:tr>
      <w:tr w:rsidR="00FE1565" w:rsidRPr="005C0F58" w14:paraId="0674C266" w14:textId="77777777" w:rsidTr="006E206F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C5F165" w14:textId="77777777" w:rsidR="00FE1565" w:rsidRPr="00F271E9" w:rsidRDefault="00FE1565" w:rsidP="003C7B6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CA984A" w14:textId="77777777" w:rsidR="00FE1565" w:rsidRPr="00F271E9" w:rsidRDefault="00FE1565" w:rsidP="003C7B6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1715</w:t>
            </w:r>
          </w:p>
        </w:tc>
        <w:tc>
          <w:tcPr>
            <w:tcW w:w="1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413E9A" w14:textId="77777777" w:rsidR="00FE1565" w:rsidRPr="00F271E9" w:rsidRDefault="00FE1565" w:rsidP="003C7B6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 xml:space="preserve">plocha NS Lipsko </w:t>
            </w:r>
            <w:r w:rsidR="00937677" w:rsidRPr="00F271E9">
              <w:rPr>
                <w:rFonts w:ascii="Arial" w:hAnsi="Arial" w:cs="Arial"/>
                <w:sz w:val="16"/>
                <w:szCs w:val="16"/>
              </w:rPr>
              <w:t>–</w:t>
            </w:r>
            <w:r w:rsidRPr="00F271E9">
              <w:rPr>
                <w:rFonts w:ascii="Arial" w:hAnsi="Arial" w:cs="Arial"/>
                <w:sz w:val="16"/>
                <w:szCs w:val="16"/>
              </w:rPr>
              <w:t xml:space="preserve"> před prodejnou květin Libušina tř. or. č. 2 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0B6D31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68C313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4107450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4AF4AE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99AC53" w14:textId="77777777" w:rsidR="00FE1565" w:rsidRPr="00F271E9" w:rsidRDefault="00FE1565" w:rsidP="006E206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květiny</w:t>
            </w:r>
          </w:p>
        </w:tc>
      </w:tr>
      <w:tr w:rsidR="00FE1565" w:rsidRPr="005C0F58" w14:paraId="41BE2BE8" w14:textId="77777777" w:rsidTr="006E206F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527927" w14:textId="77777777" w:rsidR="00FE1565" w:rsidRPr="00F271E9" w:rsidRDefault="00FE1565" w:rsidP="003C7B6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FEAC8E" w14:textId="77777777" w:rsidR="00FE1565" w:rsidRPr="00F271E9" w:rsidRDefault="00FE1565" w:rsidP="003C7B6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1547</w:t>
            </w:r>
          </w:p>
        </w:tc>
        <w:tc>
          <w:tcPr>
            <w:tcW w:w="1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2E7FD4" w14:textId="77777777" w:rsidR="00FE1565" w:rsidRPr="00F271E9" w:rsidRDefault="00FE1565" w:rsidP="003C7B6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 xml:space="preserve">u vchodu do  zdrav. střediska </w:t>
            </w:r>
          </w:p>
          <w:p w14:paraId="31EAC35B" w14:textId="77777777" w:rsidR="00FE1565" w:rsidRPr="00F271E9" w:rsidRDefault="00FE1565" w:rsidP="003C7B6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 xml:space="preserve">Libušina tř. or. č. 4 </w:t>
            </w:r>
            <w:r w:rsidR="00937677" w:rsidRPr="00F271E9">
              <w:rPr>
                <w:rFonts w:ascii="Arial" w:hAnsi="Arial" w:cs="Arial"/>
                <w:sz w:val="16"/>
                <w:szCs w:val="16"/>
              </w:rPr>
              <w:t>–</w:t>
            </w:r>
            <w:r w:rsidRPr="00F271E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6553DA6" w14:textId="77777777" w:rsidR="00FE1565" w:rsidRPr="00F271E9" w:rsidRDefault="00FE1565" w:rsidP="003C7B6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před prodejnou květin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2AB6A2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AD60F0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6C82E0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FE57AE0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A7E9B9" w14:textId="77777777" w:rsidR="00FE1565" w:rsidRPr="00F271E9" w:rsidRDefault="00FE1565" w:rsidP="006E206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květiny  a doplňkové zboží</w:t>
            </w:r>
          </w:p>
        </w:tc>
      </w:tr>
    </w:tbl>
    <w:p w14:paraId="37A74AFC" w14:textId="77777777" w:rsidR="00FE1565" w:rsidRPr="005C0F58" w:rsidRDefault="00FE1565">
      <w:pPr>
        <w:pStyle w:val="Styltabulky"/>
        <w:rPr>
          <w:rFonts w:ascii="Arial" w:hAnsi="Arial" w:cs="Arial"/>
        </w:rPr>
      </w:pPr>
    </w:p>
    <w:p w14:paraId="27F46803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6646F2FC" w14:textId="77777777" w:rsidR="00FE1565" w:rsidRPr="002A7BE3" w:rsidRDefault="00FE1565" w:rsidP="00CE002E">
      <w:pPr>
        <w:pStyle w:val="Zkladntext"/>
        <w:spacing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t>HLAVA C: Restaurační zahrádky</w:t>
      </w:r>
    </w:p>
    <w:p w14:paraId="4AE49AB8" w14:textId="77777777" w:rsidR="00FE1565" w:rsidRPr="002A7BE3" w:rsidRDefault="00FE1565" w:rsidP="00771F7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t xml:space="preserve">C1) Restaurační zahrádky </w:t>
      </w:r>
      <w:r w:rsidR="00513D37" w:rsidRPr="002A7BE3">
        <w:rPr>
          <w:rFonts w:ascii="Arial" w:hAnsi="Arial" w:cs="Arial"/>
          <w:b/>
          <w:bCs/>
          <w:sz w:val="22"/>
          <w:szCs w:val="22"/>
        </w:rPr>
        <w:t>–</w:t>
      </w:r>
      <w:r w:rsidRPr="002A7BE3">
        <w:rPr>
          <w:rFonts w:ascii="Arial" w:hAnsi="Arial" w:cs="Arial"/>
          <w:b/>
          <w:bCs/>
          <w:sz w:val="22"/>
          <w:szCs w:val="22"/>
        </w:rPr>
        <w:t xml:space="preserve"> k. ú. Kohoutovice: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45"/>
        <w:gridCol w:w="1219"/>
        <w:gridCol w:w="1924"/>
        <w:gridCol w:w="1050"/>
        <w:gridCol w:w="824"/>
        <w:gridCol w:w="1512"/>
        <w:gridCol w:w="1196"/>
        <w:gridCol w:w="1413"/>
      </w:tblGrid>
      <w:tr w:rsidR="007F4797" w:rsidRPr="005C0F58" w14:paraId="25B92D43" w14:textId="77777777" w:rsidTr="00427545">
        <w:trPr>
          <w:trHeight w:val="274"/>
        </w:trPr>
        <w:tc>
          <w:tcPr>
            <w:tcW w:w="187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105145" w14:textId="77777777" w:rsidR="00FE1565" w:rsidRPr="00F271E9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0AA865" w14:textId="77777777" w:rsidR="00FE1565" w:rsidRPr="00F271E9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1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EB0CD8" w14:textId="77777777" w:rsidR="00FE1565" w:rsidRPr="00F271E9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B58B8DF" w14:textId="77777777" w:rsidR="00FE1565" w:rsidRPr="00F271E9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7F4797" w:rsidRPr="005C0F58" w14:paraId="47C19447" w14:textId="77777777" w:rsidTr="008743FC">
        <w:tc>
          <w:tcPr>
            <w:tcW w:w="232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0A2C8B" w14:textId="77777777" w:rsidR="00FE1565" w:rsidRPr="00F271E9" w:rsidRDefault="00FE1565" w:rsidP="00221D79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5BBC18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0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4BB845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E8D07D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2092FF57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5A725B" w14:textId="77777777" w:rsidR="00FE1565" w:rsidRPr="00F271E9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2E1DBC6" w14:textId="761A0936" w:rsidR="00FE1565" w:rsidRPr="00F271E9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(m</w:t>
            </w:r>
            <w:r w:rsidR="00F271E9" w:rsidRPr="00F271E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F271E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B8FA78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6DA8A2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5EB1CEE" w14:textId="77777777" w:rsidR="00FE1565" w:rsidRPr="00F271E9" w:rsidRDefault="00FE1565" w:rsidP="003C7B6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797" w:rsidRPr="005C0F58" w14:paraId="47516878" w14:textId="77777777" w:rsidTr="00771F7C">
        <w:trPr>
          <w:cantSplit/>
          <w:trHeight w:hRule="exact" w:val="454"/>
        </w:trPr>
        <w:tc>
          <w:tcPr>
            <w:tcW w:w="23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623C03" w14:textId="77777777" w:rsidR="00FE1565" w:rsidRPr="00F271E9" w:rsidRDefault="00FE1565" w:rsidP="007F479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A51F3A" w14:textId="77777777" w:rsidR="00FE1565" w:rsidRPr="00F271E9" w:rsidRDefault="00FE1565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3606</w:t>
            </w:r>
            <w:r w:rsidR="00D2037F" w:rsidRPr="00F271E9"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00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ABA945" w14:textId="77777777" w:rsidR="00FE1565" w:rsidRPr="00F271E9" w:rsidRDefault="00FE1565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u restaurace na Libušině tř. or. č. 25</w:t>
            </w:r>
          </w:p>
        </w:tc>
        <w:tc>
          <w:tcPr>
            <w:tcW w:w="5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89948E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14F948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8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AC1600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D4C57B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A8E477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797" w:rsidRPr="005C0F58" w14:paraId="68DC3AF8" w14:textId="77777777" w:rsidTr="00771F7C">
        <w:trPr>
          <w:cantSplit/>
          <w:trHeight w:hRule="exact" w:val="454"/>
        </w:trPr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21A920" w14:textId="77777777" w:rsidR="00FE1565" w:rsidRPr="00F271E9" w:rsidRDefault="00FE1565" w:rsidP="007F479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61F449" w14:textId="77777777" w:rsidR="00FE1565" w:rsidRPr="00F271E9" w:rsidRDefault="00FE1565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3552</w:t>
            </w:r>
            <w:r w:rsidR="00342C7A" w:rsidRPr="00F271E9">
              <w:rPr>
                <w:rFonts w:ascii="Arial" w:hAnsi="Arial" w:cs="Arial"/>
                <w:sz w:val="16"/>
                <w:szCs w:val="16"/>
              </w:rPr>
              <w:t>/4</w:t>
            </w:r>
          </w:p>
        </w:tc>
        <w:tc>
          <w:tcPr>
            <w:tcW w:w="10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E56F2F" w14:textId="77777777" w:rsidR="00FE1565" w:rsidRPr="00F271E9" w:rsidRDefault="00FE1565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u restaurace na Libušině tř. or. č. 23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E72FAB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1CABE7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FBB5A1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73ACF0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BE7005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797" w:rsidRPr="005C0F58" w14:paraId="0B114ABE" w14:textId="77777777" w:rsidTr="008B180B">
        <w:trPr>
          <w:cantSplit/>
          <w:trHeight w:hRule="exact" w:val="227"/>
        </w:trPr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CF1D0D" w14:textId="77777777" w:rsidR="00FE1565" w:rsidRPr="00F271E9" w:rsidRDefault="00FE1565" w:rsidP="007F479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9A5736" w14:textId="77777777" w:rsidR="00FE1565" w:rsidRPr="00F271E9" w:rsidRDefault="00FE1565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108425" w14:textId="77777777" w:rsidR="00FE1565" w:rsidRPr="00F271E9" w:rsidRDefault="00D2037F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3AA2489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484BE1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939B61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BCAB43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B02F22C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797" w:rsidRPr="005C0F58" w14:paraId="3FAC5663" w14:textId="77777777" w:rsidTr="00771F7C">
        <w:trPr>
          <w:cantSplit/>
          <w:trHeight w:hRule="exact" w:val="454"/>
        </w:trPr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6D1CD0" w14:textId="77777777" w:rsidR="00FE1565" w:rsidRPr="00F271E9" w:rsidRDefault="00FE1565" w:rsidP="007F479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F71D79" w14:textId="64EA93A8" w:rsidR="00FE1565" w:rsidRPr="00F271E9" w:rsidRDefault="004B72B0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2088</w:t>
            </w:r>
          </w:p>
        </w:tc>
        <w:tc>
          <w:tcPr>
            <w:tcW w:w="10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32707E" w14:textId="77777777" w:rsidR="00FE1565" w:rsidRPr="00F271E9" w:rsidRDefault="00FE1565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u restaurace na Libušině tř. or. č. 2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125AD4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3354AD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444CA3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3CD03E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0DE238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797" w:rsidRPr="005C0F58" w14:paraId="0F918A1C" w14:textId="77777777" w:rsidTr="00771F7C">
        <w:trPr>
          <w:cantSplit/>
          <w:trHeight w:hRule="exact" w:val="454"/>
        </w:trPr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7AD7D9" w14:textId="77777777" w:rsidR="00FE1565" w:rsidRPr="00F271E9" w:rsidRDefault="00FE1565" w:rsidP="007F479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B78F66" w14:textId="77777777" w:rsidR="00FE1565" w:rsidRPr="00F271E9" w:rsidRDefault="008743FC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846/124</w:t>
            </w:r>
          </w:p>
        </w:tc>
        <w:tc>
          <w:tcPr>
            <w:tcW w:w="10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0527A7" w14:textId="77777777" w:rsidR="00FE1565" w:rsidRPr="00F271E9" w:rsidRDefault="008743FC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podchod obchodního centra Lipsko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CF0536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07D6C2" w14:textId="77777777" w:rsidR="00FE1565" w:rsidRPr="00F271E9" w:rsidRDefault="008743FC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C6D121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51B42E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47A36B4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797" w:rsidRPr="005C0F58" w14:paraId="061D8DE7" w14:textId="77777777" w:rsidTr="00771F7C">
        <w:trPr>
          <w:cantSplit/>
          <w:trHeight w:hRule="exact" w:val="454"/>
        </w:trPr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6C0B3E" w14:textId="77777777" w:rsidR="00FE1565" w:rsidRPr="00F271E9" w:rsidRDefault="00FE1565" w:rsidP="007F479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F836C6" w14:textId="77777777" w:rsidR="00FE1565" w:rsidRPr="00F271E9" w:rsidRDefault="008743FC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3605/1</w:t>
            </w:r>
          </w:p>
        </w:tc>
        <w:tc>
          <w:tcPr>
            <w:tcW w:w="10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59F6F7" w14:textId="77777777" w:rsidR="00FE1565" w:rsidRPr="00F271E9" w:rsidRDefault="008743FC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u smyčky MHD Jírovcova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3641B93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82B8EE" w14:textId="77777777" w:rsidR="00FE1565" w:rsidRPr="00F271E9" w:rsidRDefault="008743FC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FD7D32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B8AF05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1F3413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797" w:rsidRPr="005C0F58" w14:paraId="0B6B7F5B" w14:textId="77777777" w:rsidTr="004B72B0">
        <w:trPr>
          <w:cantSplit/>
          <w:trHeight w:hRule="exact" w:val="446"/>
        </w:trPr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D997F5" w14:textId="77777777" w:rsidR="00FE1565" w:rsidRPr="00F271E9" w:rsidRDefault="00FE1565" w:rsidP="007F479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A75EF4" w14:textId="3E7B878B" w:rsidR="00FE1565" w:rsidRPr="00F271E9" w:rsidRDefault="004B72B0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10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F2A563" w14:textId="73839D70" w:rsidR="00FE1565" w:rsidRPr="00F271E9" w:rsidRDefault="004B72B0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zeleň vedle budovy na Libušině tř. or. č. 4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BF8C45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7533F2" w14:textId="53472B03" w:rsidR="00FE1565" w:rsidRPr="00F271E9" w:rsidRDefault="004B72B0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568E93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A87811" w14:textId="77777777" w:rsidR="00FE1565" w:rsidRPr="00F271E9" w:rsidRDefault="00FE1565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D12F5C5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3C8B" w:rsidRPr="005C0F58" w14:paraId="3F470A73" w14:textId="77777777" w:rsidTr="008743FC"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01720B" w14:textId="77777777" w:rsidR="004A3C8B" w:rsidRPr="00F271E9" w:rsidRDefault="004A3C8B" w:rsidP="007F479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80DB5F" w14:textId="77777777" w:rsidR="004A3C8B" w:rsidRPr="00F271E9" w:rsidRDefault="004A3C8B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1046/7</w:t>
            </w:r>
          </w:p>
        </w:tc>
        <w:tc>
          <w:tcPr>
            <w:tcW w:w="10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6CC160" w14:textId="018E7567" w:rsidR="004A3C8B" w:rsidRPr="00F271E9" w:rsidRDefault="004A3C8B" w:rsidP="007F479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u restaurace na ul. návrší Svobody or. č.</w:t>
            </w:r>
            <w:r w:rsidR="00771F7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271E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434F13" w14:textId="77777777" w:rsidR="004A3C8B" w:rsidRPr="00F271E9" w:rsidRDefault="004A3C8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3D6585" w14:textId="77777777" w:rsidR="004A3C8B" w:rsidRPr="00F271E9" w:rsidRDefault="004A3C8B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6C5C14" w14:textId="77777777" w:rsidR="004A3C8B" w:rsidRPr="00F271E9" w:rsidRDefault="004A3C8B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157761" w14:textId="77777777" w:rsidR="004A3C8B" w:rsidRPr="00F271E9" w:rsidRDefault="004A3C8B" w:rsidP="007F479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691B7DB" w14:textId="77777777" w:rsidR="004A3C8B" w:rsidRPr="00F271E9" w:rsidRDefault="004A3C8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80B" w:rsidRPr="005C0F58" w14:paraId="3C49B727" w14:textId="77777777" w:rsidTr="008B180B">
        <w:trPr>
          <w:cantSplit/>
          <w:trHeight w:hRule="exact" w:val="227"/>
        </w:trPr>
        <w:tc>
          <w:tcPr>
            <w:tcW w:w="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68B8F8" w14:textId="77777777" w:rsidR="008B180B" w:rsidRPr="00F271E9" w:rsidRDefault="008B180B" w:rsidP="008B180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8CB7BF" w14:textId="77777777" w:rsidR="008B180B" w:rsidRPr="00F271E9" w:rsidRDefault="008B180B" w:rsidP="008B180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71CFF6" w14:textId="77777777" w:rsidR="008B180B" w:rsidRPr="00F271E9" w:rsidRDefault="008B180B" w:rsidP="008B180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43E556" w14:textId="77777777" w:rsidR="008B180B" w:rsidRPr="00F271E9" w:rsidRDefault="008B180B" w:rsidP="008B180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C1ED55" w14:textId="77777777" w:rsidR="008B180B" w:rsidRPr="00F271E9" w:rsidRDefault="008B180B" w:rsidP="008B180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BAAE99" w14:textId="77777777" w:rsidR="008B180B" w:rsidRPr="00F271E9" w:rsidRDefault="008B180B" w:rsidP="008B180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C8D975" w14:textId="77777777" w:rsidR="008B180B" w:rsidRPr="00F271E9" w:rsidRDefault="008B180B" w:rsidP="008B180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4B27FB" w14:textId="77777777" w:rsidR="008B180B" w:rsidRPr="00F271E9" w:rsidRDefault="008B180B" w:rsidP="008B180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4E2FDE" w14:textId="77777777" w:rsidR="00F271E9" w:rsidRDefault="00F271E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3042D74" w14:textId="4FA2D83B" w:rsidR="00FE1565" w:rsidRPr="002A7BE3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t xml:space="preserve">C2) Restaurační zahrádky </w:t>
      </w:r>
      <w:r w:rsidR="00513D37" w:rsidRPr="002A7BE3">
        <w:rPr>
          <w:rFonts w:ascii="Arial" w:hAnsi="Arial" w:cs="Arial"/>
          <w:b/>
          <w:bCs/>
          <w:sz w:val="22"/>
          <w:szCs w:val="22"/>
        </w:rPr>
        <w:t>–</w:t>
      </w:r>
      <w:r w:rsidRPr="002A7BE3">
        <w:rPr>
          <w:rFonts w:ascii="Arial" w:hAnsi="Arial" w:cs="Arial"/>
          <w:b/>
          <w:bCs/>
          <w:sz w:val="22"/>
          <w:szCs w:val="22"/>
        </w:rPr>
        <w:t xml:space="preserve"> k. ú. Pisárky: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5"/>
        <w:gridCol w:w="1269"/>
        <w:gridCol w:w="1646"/>
        <w:gridCol w:w="1069"/>
        <w:gridCol w:w="931"/>
        <w:gridCol w:w="1543"/>
        <w:gridCol w:w="1313"/>
        <w:gridCol w:w="1407"/>
      </w:tblGrid>
      <w:tr w:rsidR="00FE1565" w:rsidRPr="005C0F58" w14:paraId="387E0177" w14:textId="77777777">
        <w:trPr>
          <w:trHeight w:val="274"/>
        </w:trPr>
        <w:tc>
          <w:tcPr>
            <w:tcW w:w="173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50B6A0" w14:textId="77777777" w:rsidR="00FE1565" w:rsidRPr="00F271E9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4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7AD8C9" w14:textId="77777777" w:rsidR="00FE1565" w:rsidRPr="00F271E9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9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DB8DDC" w14:textId="77777777" w:rsidR="00FE1565" w:rsidRPr="00F271E9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DDDFEA0" w14:textId="77777777" w:rsidR="00FE1565" w:rsidRPr="00F271E9" w:rsidRDefault="00FE1565" w:rsidP="00513D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1E9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047F8" w:rsidRPr="005C0F58" w14:paraId="7CBBDA73" w14:textId="77777777" w:rsidTr="006E206F">
        <w:tc>
          <w:tcPr>
            <w:tcW w:w="21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0AF4B1" w14:textId="77777777" w:rsidR="00FE1565" w:rsidRPr="00F271E9" w:rsidRDefault="00FE1565" w:rsidP="00221D79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5A0890" w14:textId="77777777" w:rsidR="00FE1565" w:rsidRPr="00F271E9" w:rsidRDefault="00FE1565" w:rsidP="00C41E1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8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07431F" w14:textId="77777777" w:rsidR="00FE1565" w:rsidRPr="00F271E9" w:rsidRDefault="00FE1565" w:rsidP="00C41E1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A6C8B0" w14:textId="77777777" w:rsidR="00FE1565" w:rsidRPr="00F271E9" w:rsidRDefault="00FE1565" w:rsidP="00C41E1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276DEC45" w14:textId="77777777" w:rsidR="00FE1565" w:rsidRPr="00F271E9" w:rsidRDefault="00FE1565" w:rsidP="00C41E1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0DCEDC" w14:textId="77777777" w:rsidR="00FE1565" w:rsidRPr="00F271E9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FC5A5D1" w14:textId="231758D0" w:rsidR="00FE1565" w:rsidRPr="00F271E9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(m</w:t>
            </w:r>
            <w:r w:rsidR="00F271E9" w:rsidRPr="00F271E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F271E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76F8E0" w14:textId="77777777" w:rsidR="00FE1565" w:rsidRPr="00F271E9" w:rsidRDefault="00FE1565" w:rsidP="00C41E1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367AD2" w14:textId="77777777" w:rsidR="00FE1565" w:rsidRPr="00F271E9" w:rsidRDefault="00FE1565" w:rsidP="00C41E1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412B524" w14:textId="77777777" w:rsidR="00FE1565" w:rsidRPr="00F271E9" w:rsidRDefault="00FE1565" w:rsidP="00C41E1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47F8" w:rsidRPr="005C0F58" w14:paraId="05108E4F" w14:textId="77777777" w:rsidTr="006E206F">
        <w:tc>
          <w:tcPr>
            <w:tcW w:w="2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B86CB5" w14:textId="77777777" w:rsidR="00FE1565" w:rsidRPr="00F271E9" w:rsidRDefault="00FE1565" w:rsidP="00C41E1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2F2A34" w14:textId="77777777" w:rsidR="00FE1565" w:rsidRPr="00F271E9" w:rsidRDefault="00FE1565" w:rsidP="00C41E1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2294</w:t>
            </w:r>
          </w:p>
        </w:tc>
        <w:tc>
          <w:tcPr>
            <w:tcW w:w="8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72ED8D" w14:textId="77777777" w:rsidR="00FE1565" w:rsidRPr="00F271E9" w:rsidRDefault="00FE1565" w:rsidP="00C41E1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u restaurace Libušino</w:t>
            </w:r>
            <w:r w:rsidR="000047F8" w:rsidRPr="00F271E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271E9">
              <w:rPr>
                <w:rFonts w:ascii="Arial" w:hAnsi="Arial" w:cs="Arial"/>
                <w:sz w:val="16"/>
                <w:szCs w:val="16"/>
              </w:rPr>
              <w:t>údolí or. č. 160</w:t>
            </w:r>
          </w:p>
        </w:tc>
        <w:tc>
          <w:tcPr>
            <w:tcW w:w="55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F0FF9D5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F068C0" w14:textId="77777777" w:rsidR="00FE1565" w:rsidRPr="00F271E9" w:rsidRDefault="00FE1565" w:rsidP="00C41E1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1E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80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EF57B3" w14:textId="77777777" w:rsidR="00FE1565" w:rsidRPr="00F271E9" w:rsidRDefault="00FE1565" w:rsidP="00C41E1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0478F2" w14:textId="77777777" w:rsidR="00FE1565" w:rsidRPr="00F271E9" w:rsidRDefault="00FE1565" w:rsidP="00C41E1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A0ACC3" w14:textId="77777777" w:rsidR="00FE1565" w:rsidRPr="00F271E9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301B87" w14:textId="77777777" w:rsidR="00FE1565" w:rsidRPr="005C0F58" w:rsidRDefault="00FE1565">
      <w:pPr>
        <w:pStyle w:val="Styltabulky"/>
        <w:rPr>
          <w:rFonts w:ascii="Arial" w:hAnsi="Arial" w:cs="Arial"/>
        </w:rPr>
      </w:pPr>
    </w:p>
    <w:p w14:paraId="3B9CF80A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7DC97E8" w14:textId="77777777" w:rsidR="00FE1565" w:rsidRPr="002A7BE3" w:rsidRDefault="00FE1565" w:rsidP="00427545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2A7BE3">
        <w:rPr>
          <w:rFonts w:ascii="Arial" w:hAnsi="Arial" w:cs="Arial"/>
          <w:b/>
          <w:bCs/>
          <w:sz w:val="22"/>
          <w:szCs w:val="22"/>
        </w:rPr>
        <w:t>HLAVA D: Pojízdný prodej, pochůzkový prodej a prodej bez prodejního zařízení</w:t>
      </w:r>
    </w:p>
    <w:p w14:paraId="74BC858E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7F5C9676" w14:textId="77777777" w:rsidR="00FE1565" w:rsidRPr="005C0F58" w:rsidRDefault="00FE1565" w:rsidP="00F13E42">
      <w:pPr>
        <w:pStyle w:val="Zkladntext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Pojízdný prodej, pochůzkový prodej a prodej bez prodejního zařízení je možno provozovat při splnění požadavků právních předpisů na celém území MČ Brno-Kohoutovice. </w:t>
      </w:r>
    </w:p>
    <w:p w14:paraId="1E053311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884D2F1" w14:textId="77777777" w:rsidR="00FC6960" w:rsidRPr="005C0F58" w:rsidRDefault="00FC6960">
      <w:pPr>
        <w:pStyle w:val="Zkladntext"/>
        <w:rPr>
          <w:rFonts w:ascii="Arial" w:hAnsi="Arial" w:cs="Arial"/>
          <w:sz w:val="20"/>
          <w:szCs w:val="20"/>
        </w:rPr>
      </w:pPr>
    </w:p>
    <w:p w14:paraId="2A9D3122" w14:textId="77777777" w:rsidR="00FE1565" w:rsidRPr="00401B62" w:rsidRDefault="00FE1565" w:rsidP="00427545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401B62">
        <w:rPr>
          <w:rFonts w:ascii="Arial" w:hAnsi="Arial" w:cs="Arial"/>
          <w:b/>
          <w:bCs/>
          <w:sz w:val="22"/>
          <w:szCs w:val="22"/>
        </w:rPr>
        <w:t>HLAVA E: Vymezení sortimentu</w:t>
      </w:r>
    </w:p>
    <w:p w14:paraId="6B72A710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87FF61E" w14:textId="77777777" w:rsidR="00FE1565" w:rsidRPr="005C0F58" w:rsidRDefault="00FE1565" w:rsidP="00F13E42">
      <w:pPr>
        <w:pStyle w:val="Zkladntext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Ve všech lokalitách na území MČ Brno-Kohoutovice kromě restauračních zahrádek je zakázán prodej rozlévaných alkoholických nápojů. </w:t>
      </w:r>
    </w:p>
    <w:p w14:paraId="5011A68D" w14:textId="77777777" w:rsidR="003D2F8C" w:rsidRPr="005C0F58" w:rsidRDefault="003D2F8C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9C896A8" w14:textId="77777777" w:rsidR="00FE1565" w:rsidRPr="00401B62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01B62">
        <w:rPr>
          <w:rFonts w:ascii="Arial" w:hAnsi="Arial" w:cs="Arial"/>
          <w:b/>
          <w:bCs/>
          <w:sz w:val="22"/>
          <w:szCs w:val="22"/>
        </w:rPr>
        <w:lastRenderedPageBreak/>
        <w:t>ČÁST XII</w:t>
      </w:r>
    </w:p>
    <w:p w14:paraId="5F488D69" w14:textId="77777777" w:rsidR="00FE1565" w:rsidRPr="00401B62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01B62">
        <w:rPr>
          <w:rFonts w:ascii="Arial" w:hAnsi="Arial" w:cs="Arial"/>
          <w:b/>
          <w:bCs/>
          <w:sz w:val="22"/>
          <w:szCs w:val="22"/>
        </w:rPr>
        <w:t>MČ BRNO-KOMÍN</w:t>
      </w:r>
    </w:p>
    <w:p w14:paraId="7D65E1F0" w14:textId="77777777" w:rsidR="00FE1565" w:rsidRPr="00401B62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4899AA80" w14:textId="77777777" w:rsidR="00FE1565" w:rsidRPr="00401B62" w:rsidRDefault="00FE1565" w:rsidP="007A287A">
      <w:pPr>
        <w:pStyle w:val="Zkladntext"/>
        <w:spacing w:after="240" w:line="240" w:lineRule="auto"/>
        <w:rPr>
          <w:rFonts w:ascii="Arial" w:hAnsi="Arial" w:cs="Arial"/>
          <w:b/>
          <w:bCs/>
          <w:sz w:val="22"/>
          <w:szCs w:val="22"/>
        </w:rPr>
      </w:pPr>
      <w:r w:rsidRPr="00401B62">
        <w:rPr>
          <w:rFonts w:ascii="Arial" w:hAnsi="Arial" w:cs="Arial"/>
          <w:b/>
          <w:bCs/>
          <w:sz w:val="22"/>
          <w:szCs w:val="22"/>
        </w:rPr>
        <w:t>HLAVA A: Tržní místa</w:t>
      </w:r>
    </w:p>
    <w:tbl>
      <w:tblPr>
        <w:tblW w:w="5014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5"/>
        <w:gridCol w:w="998"/>
        <w:gridCol w:w="1605"/>
        <w:gridCol w:w="1038"/>
        <w:gridCol w:w="1053"/>
        <w:gridCol w:w="1343"/>
        <w:gridCol w:w="1307"/>
        <w:gridCol w:w="1791"/>
      </w:tblGrid>
      <w:tr w:rsidR="00FE1565" w:rsidRPr="005C0F58" w14:paraId="26029D40" w14:textId="77777777" w:rsidTr="00F77F6E">
        <w:trPr>
          <w:trHeight w:val="274"/>
        </w:trPr>
        <w:tc>
          <w:tcPr>
            <w:tcW w:w="160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2EC325" w14:textId="77777777" w:rsidR="00FE1565" w:rsidRPr="00941257" w:rsidRDefault="00FE1565" w:rsidP="00511E38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1257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8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0149B0" w14:textId="77777777" w:rsidR="00FE1565" w:rsidRPr="00941257" w:rsidRDefault="00FE1565" w:rsidP="00511E38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1257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74F0AD" w14:textId="77777777" w:rsidR="00FE1565" w:rsidRPr="00941257" w:rsidRDefault="00FE1565" w:rsidP="00511E38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1257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93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44213E8" w14:textId="77777777" w:rsidR="00FE1565" w:rsidRPr="00941257" w:rsidRDefault="00FE1565" w:rsidP="00511E38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1257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7796202C" w14:textId="77777777" w:rsidTr="00F77F6E"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575E5D" w14:textId="77777777" w:rsidR="00FE1565" w:rsidRPr="00941257" w:rsidRDefault="00FE1565" w:rsidP="00401B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CC05E1" w14:textId="77777777" w:rsidR="00FE1565" w:rsidRPr="00941257" w:rsidRDefault="00FE1565" w:rsidP="00E41AE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4D0A5863" w14:textId="77777777" w:rsidR="00FE1565" w:rsidRPr="00941257" w:rsidRDefault="00FE1565" w:rsidP="00E41AE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Komín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EDAB07" w14:textId="77777777" w:rsidR="00FE1565" w:rsidRPr="00941257" w:rsidRDefault="00FE1565" w:rsidP="00E41AE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C6F5F2" w14:textId="77777777" w:rsidR="00FE1565" w:rsidRPr="00941257" w:rsidRDefault="00FE1565" w:rsidP="00E41AE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63D62CEA" w14:textId="77777777" w:rsidR="00FE1565" w:rsidRPr="00941257" w:rsidRDefault="00FE1565" w:rsidP="00E41AE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85EB58" w14:textId="77777777" w:rsidR="00FE1565" w:rsidRPr="00941257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EA25CBE" w14:textId="08DC7687" w:rsidR="00FE1565" w:rsidRPr="00941257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(m</w:t>
            </w:r>
            <w:r w:rsidR="00401B62" w:rsidRPr="00401B6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4125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9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CCD3B1" w14:textId="77777777" w:rsidR="00FE1565" w:rsidRPr="00941257" w:rsidRDefault="00FE1565" w:rsidP="00E41AE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E21213" w14:textId="77777777" w:rsidR="00FE1565" w:rsidRPr="00941257" w:rsidRDefault="00FE1565" w:rsidP="00E41AE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4DC6EDE" w14:textId="77777777" w:rsidR="00FE1565" w:rsidRPr="00941257" w:rsidRDefault="00097C06" w:rsidP="00E41AE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FE1565" w:rsidRPr="005C0F58" w14:paraId="438C0789" w14:textId="77777777" w:rsidTr="00941257">
        <w:trPr>
          <w:cantSplit/>
          <w:trHeight w:hRule="exact" w:val="454"/>
        </w:trPr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5D3CE8" w14:textId="77777777" w:rsidR="00FE1565" w:rsidRPr="00941257" w:rsidRDefault="00FE1565" w:rsidP="00EF131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19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F6731C" w14:textId="77777777" w:rsidR="00FE1565" w:rsidRPr="00941257" w:rsidRDefault="00FE1565" w:rsidP="00EF131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4008/0</w:t>
            </w:r>
          </w:p>
        </w:tc>
        <w:tc>
          <w:tcPr>
            <w:tcW w:w="8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AAE96A" w14:textId="77777777" w:rsidR="00FE1565" w:rsidRPr="00941257" w:rsidRDefault="00FE1565" w:rsidP="0094125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Olbrachtovo nám. při or. č. 1</w:t>
            </w:r>
          </w:p>
        </w:tc>
        <w:tc>
          <w:tcPr>
            <w:tcW w:w="54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C9653F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3DDE48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9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853310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5.00-20.00 h.</w:t>
            </w:r>
          </w:p>
        </w:tc>
        <w:tc>
          <w:tcPr>
            <w:tcW w:w="6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04F4E3" w14:textId="77777777" w:rsidR="00FE1565" w:rsidRPr="00941257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33568B" w14:textId="77777777" w:rsidR="00FE1565" w:rsidRPr="00941257" w:rsidRDefault="00FE1565" w:rsidP="00941257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FE1565" w:rsidRPr="005C0F58" w14:paraId="31E269FB" w14:textId="77777777" w:rsidTr="00941257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E09E1F7" w14:textId="77777777" w:rsidR="00FE1565" w:rsidRPr="00941257" w:rsidRDefault="00FE1565" w:rsidP="00EF131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C2EC0B6" w14:textId="77777777" w:rsidR="00FE1565" w:rsidRPr="00941257" w:rsidRDefault="00FE1565" w:rsidP="00EF131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1746/28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8A3C2E2" w14:textId="77777777" w:rsidR="00FE1565" w:rsidRPr="00941257" w:rsidRDefault="00FE1565" w:rsidP="0094125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ul. Branka naproti or. č. 68</w:t>
            </w:r>
          </w:p>
        </w:tc>
        <w:tc>
          <w:tcPr>
            <w:tcW w:w="5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D783DDB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8E9C7CF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BA33474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5.00-20.00 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F202154" w14:textId="77777777" w:rsidR="00FE1565" w:rsidRPr="00941257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EAB6F88" w14:textId="77777777" w:rsidR="00FE1565" w:rsidRPr="00941257" w:rsidRDefault="00FE1565" w:rsidP="00941257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FE1565" w:rsidRPr="005C0F58" w14:paraId="40E928DB" w14:textId="77777777" w:rsidTr="00941257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6089727" w14:textId="77777777" w:rsidR="00FE1565" w:rsidRPr="00941257" w:rsidRDefault="00FE1565" w:rsidP="00EF131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29B8C43" w14:textId="77777777" w:rsidR="00FE1565" w:rsidRPr="00941257" w:rsidRDefault="00FE1565" w:rsidP="00EF131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3163/21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46098B1" w14:textId="77777777" w:rsidR="00FE1565" w:rsidRPr="00941257" w:rsidRDefault="00FE1565" w:rsidP="009452A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ul. Bystrcká</w:t>
            </w:r>
          </w:p>
          <w:p w14:paraId="48CE9A8A" w14:textId="77777777" w:rsidR="00FE1565" w:rsidRPr="00941257" w:rsidRDefault="00FE1565" w:rsidP="009452A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u Čtyřlístku</w:t>
            </w:r>
          </w:p>
        </w:tc>
        <w:tc>
          <w:tcPr>
            <w:tcW w:w="5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90B6A9D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605D1A5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8485ACB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6.00-18.00 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ACFEBE5" w14:textId="77777777" w:rsidR="00FE1565" w:rsidRPr="00941257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5999B57" w14:textId="77777777" w:rsidR="00FE1565" w:rsidRPr="00941257" w:rsidRDefault="00FE1565" w:rsidP="00941257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FE1565" w:rsidRPr="005C0F58" w14:paraId="2F2EB0CF" w14:textId="77777777" w:rsidTr="00941257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BD121A4" w14:textId="77777777" w:rsidR="00FE1565" w:rsidRPr="00941257" w:rsidRDefault="00FE1565" w:rsidP="00EF131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1046061" w14:textId="77777777" w:rsidR="00FE1565" w:rsidRPr="00941257" w:rsidRDefault="00FE1565" w:rsidP="00EF131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4090/2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FF22DE0" w14:textId="77777777" w:rsidR="00FE1565" w:rsidRPr="00941257" w:rsidRDefault="00FE1565" w:rsidP="0094125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 xml:space="preserve">ul. Pastviny </w:t>
            </w:r>
            <w:r w:rsidR="00511E38" w:rsidRPr="00941257">
              <w:rPr>
                <w:rFonts w:ascii="Arial" w:hAnsi="Arial" w:cs="Arial"/>
                <w:sz w:val="16"/>
                <w:szCs w:val="16"/>
              </w:rPr>
              <w:t>–</w:t>
            </w:r>
          </w:p>
          <w:p w14:paraId="58D6AC89" w14:textId="77777777" w:rsidR="00FE1565" w:rsidRPr="00941257" w:rsidRDefault="00FE1565" w:rsidP="0094125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u hřbitova</w:t>
            </w:r>
          </w:p>
        </w:tc>
        <w:tc>
          <w:tcPr>
            <w:tcW w:w="5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EA5EC85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E6F819B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6CC089A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10.00-17.00</w:t>
            </w:r>
            <w:r w:rsidR="00EF131E" w:rsidRPr="0094125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1257">
              <w:rPr>
                <w:rFonts w:ascii="Arial" w:hAnsi="Arial" w:cs="Arial"/>
                <w:sz w:val="16"/>
                <w:szCs w:val="16"/>
              </w:rPr>
              <w:t>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C72C800" w14:textId="77777777" w:rsidR="00FE1565" w:rsidRPr="00941257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A6F697D" w14:textId="77777777" w:rsidR="00FE1565" w:rsidRPr="00941257" w:rsidRDefault="00FE1565" w:rsidP="0094125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mimo spotřebního zboží, textilu, potravin</w:t>
            </w:r>
          </w:p>
        </w:tc>
      </w:tr>
      <w:tr w:rsidR="00FE1565" w:rsidRPr="005C0F58" w14:paraId="411C61C4" w14:textId="77777777" w:rsidTr="00941257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D41CB38" w14:textId="77777777" w:rsidR="00FE1565" w:rsidRPr="00941257" w:rsidRDefault="00FE1565" w:rsidP="00EF131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01DEAE6" w14:textId="77777777" w:rsidR="00FE1565" w:rsidRPr="00941257" w:rsidRDefault="00FE1565" w:rsidP="00EF131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309/0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6C9654E" w14:textId="77777777" w:rsidR="00FE1565" w:rsidRPr="00941257" w:rsidRDefault="00FE1565" w:rsidP="0094125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ul. Hlavní při or.č. 125</w:t>
            </w:r>
          </w:p>
        </w:tc>
        <w:tc>
          <w:tcPr>
            <w:tcW w:w="5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7401C75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190740C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6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DC0A508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7.00-20.00 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2881859" w14:textId="77777777" w:rsidR="00FE1565" w:rsidRPr="00941257" w:rsidRDefault="00FE1565" w:rsidP="000D4C1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A1ACC4D" w14:textId="77777777" w:rsidR="00FE1565" w:rsidRPr="00941257" w:rsidRDefault="00FE1565" w:rsidP="0094125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vánoční stromky, ryby</w:t>
            </w:r>
          </w:p>
        </w:tc>
      </w:tr>
      <w:tr w:rsidR="00FE1565" w:rsidRPr="005C0F58" w14:paraId="6390F299" w14:textId="77777777" w:rsidTr="00941257">
        <w:trPr>
          <w:trHeight w:val="349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8DF7417" w14:textId="77777777" w:rsidR="00FE1565" w:rsidRPr="00941257" w:rsidRDefault="00FE1565" w:rsidP="00EF131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F759908" w14:textId="77777777" w:rsidR="00FE1565" w:rsidRPr="00941257" w:rsidRDefault="00FE1565" w:rsidP="00EF131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318/0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D7C995A" w14:textId="77777777" w:rsidR="00FE1565" w:rsidRPr="00941257" w:rsidRDefault="00FE1565" w:rsidP="0094125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ul. Svratecká</w:t>
            </w:r>
          </w:p>
        </w:tc>
        <w:tc>
          <w:tcPr>
            <w:tcW w:w="5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013FC8B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9CC3B15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9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B0385A0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7.00-20.00 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129FB4E" w14:textId="77777777" w:rsidR="00FE1565" w:rsidRPr="00941257" w:rsidRDefault="00FE1565" w:rsidP="000D4C1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29AB14E" w14:textId="77777777" w:rsidR="00FE1565" w:rsidRPr="00941257" w:rsidRDefault="00FE1565" w:rsidP="0094125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</w:tr>
      <w:tr w:rsidR="00FE1565" w:rsidRPr="005C0F58" w14:paraId="286C838B" w14:textId="77777777" w:rsidTr="00822F51">
        <w:trPr>
          <w:trHeight w:val="578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B7BBB0" w14:textId="77777777" w:rsidR="00FE1565" w:rsidRPr="00941257" w:rsidRDefault="00FE1565" w:rsidP="00EF131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A81C31" w14:textId="77777777" w:rsidR="00FE1565" w:rsidRPr="00941257" w:rsidRDefault="00FE1565" w:rsidP="00EF131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4113/1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4E41B2" w14:textId="77777777" w:rsidR="00FE1565" w:rsidRPr="00941257" w:rsidRDefault="00FE1565" w:rsidP="00822F5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 xml:space="preserve">ul. Pastviny </w:t>
            </w:r>
            <w:r w:rsidR="00511E38" w:rsidRPr="00941257">
              <w:rPr>
                <w:rFonts w:ascii="Arial" w:hAnsi="Arial" w:cs="Arial"/>
                <w:sz w:val="16"/>
                <w:szCs w:val="16"/>
              </w:rPr>
              <w:t>–</w:t>
            </w:r>
            <w:r w:rsidRPr="0094125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E3AFE7D" w14:textId="77777777" w:rsidR="00FE1565" w:rsidRPr="00941257" w:rsidRDefault="00FE1565" w:rsidP="00822F5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u dětského dopravního hřiště</w:t>
            </w:r>
          </w:p>
        </w:tc>
        <w:tc>
          <w:tcPr>
            <w:tcW w:w="5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41DD6D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D8542C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21F0F4" w14:textId="77777777" w:rsidR="00FE1565" w:rsidRPr="00941257" w:rsidRDefault="00FE1565" w:rsidP="00EF131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6.00-19.00 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2599BB" w14:textId="77777777" w:rsidR="00FE1565" w:rsidRPr="00941257" w:rsidRDefault="00FE1565" w:rsidP="000D4C1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25.5.</w:t>
            </w:r>
            <w:r w:rsidR="000D4C1B" w:rsidRPr="00941257">
              <w:rPr>
                <w:rFonts w:ascii="Arial" w:hAnsi="Arial" w:cs="Arial"/>
                <w:sz w:val="16"/>
                <w:szCs w:val="16"/>
              </w:rPr>
              <w:t>–</w:t>
            </w:r>
            <w:r w:rsidRPr="00941257">
              <w:rPr>
                <w:rFonts w:ascii="Arial" w:hAnsi="Arial" w:cs="Arial"/>
                <w:sz w:val="16"/>
                <w:szCs w:val="16"/>
              </w:rPr>
              <w:t>8.6.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8773A6" w14:textId="77777777" w:rsidR="00FE1565" w:rsidRPr="00941257" w:rsidRDefault="00FE1565" w:rsidP="0094125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3D4A" w:rsidRPr="005C0F58" w14:paraId="7F38C252" w14:textId="77777777" w:rsidTr="009452A0">
        <w:trPr>
          <w:trHeight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FF35F9" w14:textId="77777777" w:rsidR="00173D4A" w:rsidRPr="00941257" w:rsidRDefault="00173D4A" w:rsidP="004C256A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C6806E" w14:textId="77777777" w:rsidR="00173D4A" w:rsidRPr="00941257" w:rsidRDefault="00173D4A" w:rsidP="004C25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3163/114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39AFCF" w14:textId="77777777" w:rsidR="00173D4A" w:rsidRPr="00941257" w:rsidRDefault="00173D4A" w:rsidP="009452A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 xml:space="preserve">ul. Bystrcká – </w:t>
            </w:r>
            <w:r w:rsidRPr="00941257">
              <w:rPr>
                <w:rFonts w:ascii="Arial" w:hAnsi="Arial" w:cs="Arial"/>
                <w:spacing w:val="-12"/>
                <w:sz w:val="16"/>
                <w:szCs w:val="16"/>
              </w:rPr>
              <w:t xml:space="preserve">před marketem </w:t>
            </w:r>
            <w:r w:rsidR="00793E6F" w:rsidRPr="00941257">
              <w:rPr>
                <w:rFonts w:ascii="Arial" w:hAnsi="Arial" w:cs="Arial"/>
                <w:spacing w:val="-12"/>
                <w:sz w:val="16"/>
                <w:szCs w:val="16"/>
              </w:rPr>
              <w:t>O</w:t>
            </w:r>
            <w:r w:rsidRPr="00941257">
              <w:rPr>
                <w:rFonts w:ascii="Arial" w:hAnsi="Arial" w:cs="Arial"/>
                <w:spacing w:val="-12"/>
                <w:sz w:val="16"/>
                <w:szCs w:val="16"/>
              </w:rPr>
              <w:t>BI</w:t>
            </w:r>
          </w:p>
        </w:tc>
        <w:tc>
          <w:tcPr>
            <w:tcW w:w="5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1A8CB6" w14:textId="77777777" w:rsidR="00173D4A" w:rsidRPr="00941257" w:rsidRDefault="00173D4A" w:rsidP="004C25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950D57" w14:textId="77777777" w:rsidR="00173D4A" w:rsidRPr="00941257" w:rsidRDefault="00173D4A" w:rsidP="004C25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2D99AC" w14:textId="77777777" w:rsidR="00173D4A" w:rsidRPr="00941257" w:rsidRDefault="00173D4A" w:rsidP="004C25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6D37DE" w14:textId="77777777" w:rsidR="00173D4A" w:rsidRPr="00941257" w:rsidRDefault="00173D4A" w:rsidP="004C25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053E6D" w14:textId="77777777" w:rsidR="00173D4A" w:rsidRPr="00941257" w:rsidRDefault="00173D4A" w:rsidP="00941257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41257">
              <w:rPr>
                <w:rFonts w:ascii="Arial" w:hAnsi="Arial" w:cs="Arial"/>
                <w:iCs/>
                <w:sz w:val="16"/>
                <w:szCs w:val="16"/>
              </w:rPr>
              <w:t>vánoční stromky, ryby</w:t>
            </w:r>
          </w:p>
        </w:tc>
      </w:tr>
      <w:tr w:rsidR="00B60F29" w:rsidRPr="005C0F58" w14:paraId="762BE7CB" w14:textId="77777777" w:rsidTr="00941257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83C51E" w14:textId="77777777" w:rsidR="00B60F29" w:rsidRPr="00941257" w:rsidRDefault="00B60F29" w:rsidP="004C256A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2DD728" w14:textId="77777777" w:rsidR="00B60F29" w:rsidRPr="00941257" w:rsidRDefault="00B60F29" w:rsidP="004C25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A3E968" w14:textId="77777777" w:rsidR="00B60F29" w:rsidRPr="00941257" w:rsidRDefault="00B60F29" w:rsidP="0005322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ul. Hlavní při or. č. 125</w:t>
            </w:r>
          </w:p>
        </w:tc>
        <w:tc>
          <w:tcPr>
            <w:tcW w:w="5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3E0663" w14:textId="77777777" w:rsidR="00B60F29" w:rsidRPr="00941257" w:rsidRDefault="00B60F29" w:rsidP="004C25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87C202" w14:textId="77777777" w:rsidR="00B60F29" w:rsidRPr="00941257" w:rsidRDefault="00B60F29" w:rsidP="004C25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6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2A897C" w14:textId="77777777" w:rsidR="00B60F29" w:rsidRPr="00941257" w:rsidRDefault="00B60F29" w:rsidP="004C25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8.00–24.00 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0E9542D" w14:textId="77777777" w:rsidR="00B60F29" w:rsidRPr="00941257" w:rsidRDefault="00053227" w:rsidP="004C25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pouze pro akce pod záštitou městské části Brno-Komín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4F458C" w14:textId="77777777" w:rsidR="00B60F29" w:rsidRPr="00941257" w:rsidRDefault="00B60F29" w:rsidP="00941257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0F076D" w:rsidRPr="005C0F58" w14:paraId="36F5A93D" w14:textId="77777777" w:rsidTr="00941257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685215" w14:textId="77777777" w:rsidR="000F076D" w:rsidRPr="00941257" w:rsidRDefault="000F076D" w:rsidP="000F076D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21A281" w14:textId="77777777" w:rsidR="000F076D" w:rsidRPr="00941257" w:rsidRDefault="000F076D" w:rsidP="000F076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4096/1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641585" w14:textId="77777777" w:rsidR="000F076D" w:rsidRPr="00941257" w:rsidRDefault="000F076D" w:rsidP="0094125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ul. Pastviny, část prostoru mezi ZŠ a MŠ Pastviny a dopravním hřištěm</w:t>
            </w:r>
          </w:p>
        </w:tc>
        <w:tc>
          <w:tcPr>
            <w:tcW w:w="5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9A3D19" w14:textId="77777777" w:rsidR="000F076D" w:rsidRPr="00941257" w:rsidRDefault="000F076D" w:rsidP="000F076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26C140" w14:textId="7B84CE99" w:rsidR="000F076D" w:rsidRPr="00B474AE" w:rsidRDefault="000F076D" w:rsidP="000F076D">
            <w:pPr>
              <w:pStyle w:val="Styltabulky"/>
              <w:rPr>
                <w:rFonts w:ascii="Arial" w:hAnsi="Arial" w:cs="Arial"/>
                <w:spacing w:val="-10"/>
                <w:sz w:val="16"/>
                <w:szCs w:val="16"/>
              </w:rPr>
            </w:pPr>
            <w:r w:rsidRPr="00B474AE">
              <w:rPr>
                <w:rFonts w:ascii="Arial" w:hAnsi="Arial" w:cs="Arial"/>
                <w:spacing w:val="-10"/>
                <w:sz w:val="16"/>
                <w:szCs w:val="16"/>
              </w:rPr>
              <w:t>centrální část (cca 620 m</w:t>
            </w:r>
            <w:r w:rsidRPr="00B474AE">
              <w:rPr>
                <w:rFonts w:ascii="Arial" w:hAnsi="Arial" w:cs="Arial"/>
                <w:spacing w:val="-10"/>
                <w:sz w:val="16"/>
                <w:szCs w:val="16"/>
                <w:vertAlign w:val="superscript"/>
              </w:rPr>
              <w:t>2</w:t>
            </w:r>
            <w:r w:rsidRPr="00B474AE">
              <w:rPr>
                <w:rFonts w:ascii="Arial" w:hAnsi="Arial" w:cs="Arial"/>
                <w:spacing w:val="-10"/>
                <w:sz w:val="16"/>
                <w:szCs w:val="16"/>
              </w:rPr>
              <w:t xml:space="preserve">) přibližně v prostoru od plastiky Rozlet směrem k pozemku p. č. 4096/7 v k. ú. </w:t>
            </w:r>
            <w:r w:rsidR="00B474AE" w:rsidRPr="00B474AE">
              <w:rPr>
                <w:rFonts w:ascii="Arial" w:hAnsi="Arial" w:cs="Arial"/>
                <w:spacing w:val="-10"/>
                <w:sz w:val="16"/>
                <w:szCs w:val="16"/>
              </w:rPr>
              <w:t>K</w:t>
            </w:r>
            <w:r w:rsidRPr="00B474AE">
              <w:rPr>
                <w:rFonts w:ascii="Arial" w:hAnsi="Arial" w:cs="Arial"/>
                <w:spacing w:val="-10"/>
                <w:sz w:val="16"/>
                <w:szCs w:val="16"/>
              </w:rPr>
              <w:t>omín</w:t>
            </w:r>
          </w:p>
        </w:tc>
        <w:tc>
          <w:tcPr>
            <w:tcW w:w="6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D06D92" w14:textId="77777777" w:rsidR="000F076D" w:rsidRPr="00941257" w:rsidRDefault="000F076D" w:rsidP="000F076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Pá</w:t>
            </w:r>
          </w:p>
          <w:p w14:paraId="69085227" w14:textId="77777777" w:rsidR="000F076D" w:rsidRPr="00941257" w:rsidRDefault="000F076D" w:rsidP="000F076D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941257">
              <w:rPr>
                <w:rFonts w:ascii="Arial" w:hAnsi="Arial" w:cs="Arial"/>
                <w:spacing w:val="-6"/>
                <w:sz w:val="16"/>
                <w:szCs w:val="16"/>
              </w:rPr>
              <w:t>14.00–20.00 h.</w:t>
            </w:r>
          </w:p>
          <w:p w14:paraId="7F449362" w14:textId="77777777" w:rsidR="000F076D" w:rsidRPr="00941257" w:rsidRDefault="000F076D" w:rsidP="000F076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So</w:t>
            </w:r>
          </w:p>
          <w:p w14:paraId="04D7020D" w14:textId="77777777" w:rsidR="000F076D" w:rsidRPr="00941257" w:rsidRDefault="000F076D" w:rsidP="000F076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8.00–20.00 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76727B" w14:textId="77777777" w:rsidR="000F076D" w:rsidRPr="00941257" w:rsidRDefault="000F076D" w:rsidP="000F076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12B6A5" w14:textId="77777777" w:rsidR="000F076D" w:rsidRPr="00941257" w:rsidRDefault="000F076D" w:rsidP="00941257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41257">
              <w:rPr>
                <w:rFonts w:ascii="Arial" w:hAnsi="Arial" w:cs="Arial"/>
                <w:iCs/>
                <w:sz w:val="16"/>
                <w:szCs w:val="16"/>
              </w:rPr>
              <w:t>smíšený – tzv. Bleší trhy</w:t>
            </w:r>
          </w:p>
        </w:tc>
      </w:tr>
      <w:tr w:rsidR="00F77F6E" w:rsidRPr="005C0F58" w14:paraId="6F5BD522" w14:textId="77777777" w:rsidTr="00822F51">
        <w:trPr>
          <w:trHeight w:val="856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6A6613" w14:textId="77777777" w:rsidR="00F77F6E" w:rsidRPr="00941257" w:rsidRDefault="00F77F6E" w:rsidP="00F77F6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DAA35E" w14:textId="77777777" w:rsidR="00F77F6E" w:rsidRPr="00941257" w:rsidRDefault="00F77F6E" w:rsidP="00F77F6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4096/16</w:t>
            </w:r>
          </w:p>
        </w:tc>
        <w:tc>
          <w:tcPr>
            <w:tcW w:w="8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BA3D64" w14:textId="77777777" w:rsidR="00F77F6E" w:rsidRPr="00941257" w:rsidRDefault="00F77F6E" w:rsidP="00822F5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ul. Pastviny, plocha mezi ZŠ a MŠ Pastviny a dopravním hřištěm</w:t>
            </w:r>
          </w:p>
        </w:tc>
        <w:tc>
          <w:tcPr>
            <w:tcW w:w="5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D202EA" w14:textId="77777777" w:rsidR="00F77F6E" w:rsidRPr="00941257" w:rsidRDefault="00F77F6E" w:rsidP="00F77F6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C69FD4" w14:textId="77777777" w:rsidR="00F77F6E" w:rsidRPr="00941257" w:rsidRDefault="00F77F6E" w:rsidP="00F77F6E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941257">
              <w:rPr>
                <w:rFonts w:ascii="Arial" w:hAnsi="Arial" w:cs="Arial"/>
                <w:spacing w:val="-6"/>
                <w:sz w:val="16"/>
                <w:szCs w:val="16"/>
              </w:rPr>
              <w:t>20</w:t>
            </w:r>
          </w:p>
        </w:tc>
        <w:tc>
          <w:tcPr>
            <w:tcW w:w="6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EE532C" w14:textId="77777777" w:rsidR="00F77F6E" w:rsidRPr="00941257" w:rsidRDefault="00F77F6E" w:rsidP="00F77F6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8.00–19.00 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F97994" w14:textId="77777777" w:rsidR="00F77F6E" w:rsidRPr="00941257" w:rsidRDefault="00F77F6E" w:rsidP="00F77F6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1257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B9FE40" w14:textId="77777777" w:rsidR="00F77F6E" w:rsidRPr="00941257" w:rsidRDefault="00F77F6E" w:rsidP="00941257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41257">
              <w:rPr>
                <w:rFonts w:ascii="Arial" w:hAnsi="Arial" w:cs="Arial"/>
                <w:iCs/>
                <w:sz w:val="16"/>
                <w:szCs w:val="16"/>
              </w:rPr>
              <w:t>občerstvení</w:t>
            </w:r>
          </w:p>
        </w:tc>
      </w:tr>
    </w:tbl>
    <w:p w14:paraId="310C6B2B" w14:textId="77777777" w:rsidR="00E90AF8" w:rsidRPr="005C0F58" w:rsidRDefault="00E90AF8" w:rsidP="007A287A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478272A" w14:textId="77777777" w:rsidR="005B17F8" w:rsidRPr="00401B62" w:rsidRDefault="005B17F8" w:rsidP="005B17F8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 w:rsidRPr="00401B62">
        <w:rPr>
          <w:rFonts w:ascii="Arial" w:hAnsi="Arial" w:cs="Arial"/>
          <w:b/>
          <w:sz w:val="22"/>
          <w:szCs w:val="22"/>
        </w:rPr>
        <w:t>Další lokality tržních míst:</w:t>
      </w:r>
    </w:p>
    <w:p w14:paraId="5083483B" w14:textId="77777777" w:rsidR="007A287A" w:rsidRPr="005C0F58" w:rsidRDefault="005B17F8" w:rsidP="005B17F8">
      <w:pPr>
        <w:pStyle w:val="Zkladntext"/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Příležitostný prodej s maximální dobou prodeje 3 dnů při příležitosti jednorázových společenských akcí je povolen při splnění požadavků právních předpisů vždy v místě konání předmětné akce.</w:t>
      </w:r>
    </w:p>
    <w:p w14:paraId="5776CE55" w14:textId="77777777" w:rsidR="005B17F8" w:rsidRPr="005C0F58" w:rsidRDefault="005B17F8" w:rsidP="007A287A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03D676FD" w14:textId="77777777" w:rsidR="005B17F8" w:rsidRPr="005C0F58" w:rsidRDefault="005B17F8" w:rsidP="007A287A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DCC06F8" w14:textId="77777777" w:rsidR="00FE1565" w:rsidRPr="00401B62" w:rsidRDefault="00FE1565" w:rsidP="00025FFB">
      <w:pPr>
        <w:pStyle w:val="Zkladntext"/>
        <w:spacing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401B62">
        <w:rPr>
          <w:rFonts w:ascii="Arial" w:hAnsi="Arial" w:cs="Arial"/>
          <w:b/>
          <w:bCs/>
          <w:sz w:val="22"/>
          <w:szCs w:val="22"/>
        </w:rPr>
        <w:t>HLAVA B:  Předsunutá prodejní místa</w:t>
      </w:r>
    </w:p>
    <w:p w14:paraId="47345A78" w14:textId="77777777" w:rsidR="00FF5FEE" w:rsidRPr="005C0F58" w:rsidRDefault="00FF5FEE">
      <w:pPr>
        <w:pStyle w:val="Default"/>
        <w:numPr>
          <w:ilvl w:val="0"/>
          <w:numId w:val="4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Předsunutý prodej je na území městské části Brno-Komín možný za předpokladu, že se jedná o předsunutý prodej květin, květinových vazeb, ovoce nebo zeleniny.</w:t>
      </w:r>
    </w:p>
    <w:p w14:paraId="3E7F8988" w14:textId="77777777" w:rsidR="00FF5FEE" w:rsidRPr="005C0F58" w:rsidRDefault="00FF5FEE">
      <w:pPr>
        <w:pStyle w:val="Default"/>
        <w:numPr>
          <w:ilvl w:val="0"/>
          <w:numId w:val="4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Maximální možná šíře předsunutého prodejního místa je 1 metr a maximální možná délka předsunutého prodejního místa před provozovnou je v délce profilu provozovny.</w:t>
      </w:r>
    </w:p>
    <w:p w14:paraId="3DCBFB60" w14:textId="77777777" w:rsidR="00FF5FEE" w:rsidRPr="005C0F58" w:rsidRDefault="00FF5FEE">
      <w:pPr>
        <w:pStyle w:val="Default"/>
        <w:numPr>
          <w:ilvl w:val="0"/>
          <w:numId w:val="4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Předsunuté prodejní místo musí mít stejného provozovatele jako provozovna, před kterou je zřízeno a sortiment umístěný na tomto předsunutém prodejním místě musí odpovídat sortimentu provozovny, ke které náleží. </w:t>
      </w:r>
    </w:p>
    <w:p w14:paraId="55776AF7" w14:textId="05126D79" w:rsidR="00E90AF8" w:rsidRDefault="00E90AF8">
      <w:pPr>
        <w:pStyle w:val="Styltabulky"/>
        <w:rPr>
          <w:rFonts w:ascii="Arial" w:hAnsi="Arial" w:cs="Arial"/>
        </w:rPr>
      </w:pPr>
    </w:p>
    <w:p w14:paraId="2EFE7D1F" w14:textId="77777777" w:rsidR="009452A0" w:rsidRPr="005C0F58" w:rsidRDefault="009452A0">
      <w:pPr>
        <w:pStyle w:val="Styltabulky"/>
        <w:rPr>
          <w:rFonts w:ascii="Arial" w:hAnsi="Arial" w:cs="Arial"/>
        </w:rPr>
      </w:pPr>
    </w:p>
    <w:p w14:paraId="614F5E72" w14:textId="0CB030A1" w:rsidR="00FF5FEE" w:rsidRDefault="00FF5FEE">
      <w:pPr>
        <w:pStyle w:val="Styltabulky"/>
        <w:rPr>
          <w:rFonts w:ascii="Arial" w:hAnsi="Arial" w:cs="Arial"/>
        </w:rPr>
      </w:pPr>
    </w:p>
    <w:p w14:paraId="5E463A5F" w14:textId="473A3CF5" w:rsidR="009452A0" w:rsidRDefault="009452A0">
      <w:pPr>
        <w:pStyle w:val="Styltabulky"/>
        <w:rPr>
          <w:rFonts w:ascii="Arial" w:hAnsi="Arial" w:cs="Arial"/>
        </w:rPr>
      </w:pPr>
    </w:p>
    <w:p w14:paraId="3CE717A7" w14:textId="77777777" w:rsidR="00FE1565" w:rsidRPr="00401B62" w:rsidRDefault="00511E38" w:rsidP="00025FFB">
      <w:pPr>
        <w:pStyle w:val="Zkladntext"/>
        <w:spacing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401B62">
        <w:rPr>
          <w:rFonts w:ascii="Arial" w:hAnsi="Arial" w:cs="Arial"/>
          <w:b/>
          <w:bCs/>
          <w:sz w:val="22"/>
          <w:szCs w:val="22"/>
        </w:rPr>
        <w:lastRenderedPageBreak/>
        <w:t>H</w:t>
      </w:r>
      <w:r w:rsidR="00FE1565" w:rsidRPr="00401B62">
        <w:rPr>
          <w:rFonts w:ascii="Arial" w:hAnsi="Arial" w:cs="Arial"/>
          <w:b/>
          <w:bCs/>
          <w:sz w:val="22"/>
          <w:szCs w:val="22"/>
        </w:rPr>
        <w:t>LAVA C: Restaurační zahrádky</w:t>
      </w:r>
    </w:p>
    <w:p w14:paraId="08832C27" w14:textId="77777777" w:rsidR="00025FFB" w:rsidRPr="005C0F58" w:rsidRDefault="00025FFB">
      <w:pPr>
        <w:pStyle w:val="Default"/>
        <w:numPr>
          <w:ilvl w:val="0"/>
          <w:numId w:val="5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Restaurační zahrádky je možno při splnění požadavků právních předpisů provozovat na celém území MČ Brno-Komín.</w:t>
      </w:r>
    </w:p>
    <w:p w14:paraId="2B417669" w14:textId="77777777" w:rsidR="00025FFB" w:rsidRPr="005C0F58" w:rsidRDefault="00025FFB">
      <w:pPr>
        <w:pStyle w:val="Default"/>
        <w:numPr>
          <w:ilvl w:val="0"/>
          <w:numId w:val="5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Restaurační zahrádky mohou být provozovány celoročně, s maximální provozní dobou od 08:00 hod. do 22:00 hod., přičemž do této provozní doby se započítává i doba úklidu a případné instalace restaurační zahrádky.</w:t>
      </w:r>
    </w:p>
    <w:p w14:paraId="0968745D" w14:textId="77777777" w:rsidR="000F076D" w:rsidRPr="005C0F58" w:rsidRDefault="000F076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744BB93" w14:textId="77777777" w:rsidR="000F076D" w:rsidRPr="005C0F58" w:rsidRDefault="000F076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2DCBB2F" w14:textId="77777777" w:rsidR="00FE1565" w:rsidRPr="00401B62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01B62">
        <w:rPr>
          <w:rFonts w:ascii="Arial" w:hAnsi="Arial" w:cs="Arial"/>
          <w:b/>
          <w:bCs/>
          <w:sz w:val="22"/>
          <w:szCs w:val="22"/>
        </w:rPr>
        <w:t xml:space="preserve">HLAVA D: Pojízdný prodej, pochůzkový prodej a prodej bez prodejního zařízení </w:t>
      </w:r>
    </w:p>
    <w:p w14:paraId="1905F08A" w14:textId="77777777" w:rsidR="00FE1565" w:rsidRPr="005C0F58" w:rsidRDefault="00FE156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3E9985B" w14:textId="77777777" w:rsidR="00FE1565" w:rsidRPr="005C0F58" w:rsidRDefault="00FE1565" w:rsidP="00F83421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Pojízdný prodej, pochůzkový prodej a prodej bez prodejního zařízení je možno provozovat při splnění požadavků právních předpisů na celém území MČ Brno-Komín. </w:t>
      </w:r>
    </w:p>
    <w:p w14:paraId="038693B5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CDD4684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FE725E6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1A5AA44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B81D801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F488E62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D8B0E48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AAFC157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398F0A2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D54625F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94EC974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E933331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01FC6A8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E14C511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DD8F332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6F69B1B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DA941C3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14C9F59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389D413" w14:textId="77777777" w:rsidR="00E90AF8" w:rsidRPr="005C0F58" w:rsidRDefault="00E90AF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999C655" w14:textId="77777777" w:rsidR="00025FFB" w:rsidRPr="005C0F58" w:rsidRDefault="00025FFB" w:rsidP="00EE369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B5A5968" w14:textId="77777777" w:rsidR="00025FFB" w:rsidRPr="005C0F58" w:rsidRDefault="00025FFB" w:rsidP="00EE369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424E345" w14:textId="77777777" w:rsidR="00025FFB" w:rsidRPr="005C0F58" w:rsidRDefault="00025FFB" w:rsidP="00EE369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0DB4799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D02E483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F406F91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E591383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F19C590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43E372B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D129361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E49967B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77DBAAE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179A2D4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C953F5F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799A964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3E64EBF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85DCE94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6AB70CE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15F37A9" w14:textId="77777777" w:rsidR="009452A0" w:rsidRDefault="009452A0" w:rsidP="005E16A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38ECAA4" w14:textId="77777777" w:rsidR="008E4389" w:rsidRPr="00D12D72" w:rsidRDefault="008E4389" w:rsidP="008E4389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lastRenderedPageBreak/>
        <w:t>ČÁST XIII</w:t>
      </w:r>
    </w:p>
    <w:p w14:paraId="5800C4B4" w14:textId="77777777" w:rsidR="008E4389" w:rsidRPr="00D12D72" w:rsidRDefault="008E4389" w:rsidP="008E4389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MČ BRNO</w:t>
      </w:r>
      <w:r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D12D72">
        <w:rPr>
          <w:rFonts w:ascii="Arial" w:hAnsi="Arial" w:cs="Arial"/>
          <w:b/>
          <w:bCs/>
          <w:sz w:val="22"/>
          <w:szCs w:val="22"/>
        </w:rPr>
        <w:t>KRÁLOVO POLE</w:t>
      </w:r>
    </w:p>
    <w:p w14:paraId="0A4ABC7F" w14:textId="77777777" w:rsidR="00A142E1" w:rsidRPr="00D12D72" w:rsidRDefault="00A142E1" w:rsidP="00A142E1">
      <w:pPr>
        <w:pStyle w:val="Zkladntext"/>
        <w:spacing w:before="3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HLAVA A: Tržnice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8"/>
        <w:gridCol w:w="1073"/>
        <w:gridCol w:w="1769"/>
        <w:gridCol w:w="1068"/>
        <w:gridCol w:w="903"/>
        <w:gridCol w:w="1554"/>
        <w:gridCol w:w="1326"/>
        <w:gridCol w:w="1482"/>
      </w:tblGrid>
      <w:tr w:rsidR="00A142E1" w:rsidRPr="005C0F58" w14:paraId="61D452DB" w14:textId="77777777" w:rsidTr="008C55C2">
        <w:trPr>
          <w:cantSplit/>
          <w:trHeight w:hRule="exact" w:val="284"/>
        </w:trPr>
        <w:tc>
          <w:tcPr>
            <w:tcW w:w="169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2DF866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2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9F5DF6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0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E4786A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1EC5061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5C0F58" w14:paraId="20DCD0C5" w14:textId="77777777" w:rsidTr="008C55C2">
        <w:trPr>
          <w:cantSplit/>
          <w:trHeight w:hRule="exact" w:val="709"/>
        </w:trPr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7B8F8D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3EE599" w14:textId="77777777" w:rsidR="00A142E1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7BFADC18" w14:textId="77777777" w:rsidR="00A142E1" w:rsidRPr="00165A48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165A48">
              <w:rPr>
                <w:rFonts w:ascii="Arial" w:hAnsi="Arial" w:cs="Arial"/>
                <w:spacing w:val="-6"/>
                <w:sz w:val="16"/>
                <w:szCs w:val="16"/>
              </w:rPr>
              <w:t>Královo Pole</w:t>
            </w:r>
          </w:p>
        </w:tc>
        <w:tc>
          <w:tcPr>
            <w:tcW w:w="9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DA89CA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E4FB01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7E0910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C2E9163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(m</w:t>
            </w:r>
            <w:r w:rsidRPr="008318B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060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8C765B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A55069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50A8D56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3AD5464C" w14:textId="77777777" w:rsidTr="008C55C2">
        <w:trPr>
          <w:cantSplit/>
          <w:trHeight w:hRule="exact" w:val="454"/>
        </w:trPr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41D5B4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0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B046D0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1507</w:t>
            </w:r>
            <w:r>
              <w:rPr>
                <w:rFonts w:ascii="Arial" w:hAnsi="Arial" w:cs="Arial"/>
                <w:sz w:val="16"/>
                <w:szCs w:val="16"/>
              </w:rPr>
              <w:t>/1, 1507/2</w:t>
            </w:r>
          </w:p>
        </w:tc>
        <w:tc>
          <w:tcPr>
            <w:tcW w:w="9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996D07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Palackého tř</w:t>
            </w:r>
            <w:r>
              <w:rPr>
                <w:rFonts w:ascii="Arial" w:hAnsi="Arial" w:cs="Arial"/>
                <w:sz w:val="16"/>
                <w:szCs w:val="16"/>
              </w:rPr>
              <w:t>ída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BF8B315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or. č. 91 a 93</w:t>
            </w:r>
          </w:p>
        </w:tc>
        <w:tc>
          <w:tcPr>
            <w:tcW w:w="55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FB0B1D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E63340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8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48DE51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pá 6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20 h.</w:t>
            </w:r>
          </w:p>
        </w:tc>
        <w:tc>
          <w:tcPr>
            <w:tcW w:w="69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858884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D3078C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6BF94E6B" w14:textId="77777777" w:rsidTr="008C55C2">
        <w:trPr>
          <w:cantSplit/>
          <w:trHeight w:hRule="exact" w:val="624"/>
        </w:trPr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F6B38B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52A9F2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564/1</w:t>
            </w:r>
          </w:p>
        </w:tc>
        <w:tc>
          <w:tcPr>
            <w:tcW w:w="9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4E8993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Palackého tř</w:t>
            </w:r>
            <w:r>
              <w:rPr>
                <w:rFonts w:ascii="Arial" w:hAnsi="Arial" w:cs="Arial"/>
                <w:sz w:val="16"/>
                <w:szCs w:val="16"/>
              </w:rPr>
              <w:t>ída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B008C2B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or. č. 126 – areál K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Semilasso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0E1734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9CE799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1681</w:t>
            </w: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6DE43F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–ne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18 h.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DA34E8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2C7109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424B24" w14:textId="77777777" w:rsidR="00A142E1" w:rsidRDefault="00A142E1" w:rsidP="00A142E1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4849900D" w14:textId="77777777" w:rsidR="00A142E1" w:rsidRDefault="00A142E1" w:rsidP="00A142E1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492812BF" w14:textId="77777777" w:rsidR="00A142E1" w:rsidRDefault="00A142E1" w:rsidP="00A142E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HLAVA B: Tržiště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8"/>
        <w:gridCol w:w="1073"/>
        <w:gridCol w:w="1769"/>
        <w:gridCol w:w="1068"/>
        <w:gridCol w:w="903"/>
        <w:gridCol w:w="1554"/>
        <w:gridCol w:w="1326"/>
        <w:gridCol w:w="1482"/>
      </w:tblGrid>
      <w:tr w:rsidR="00A142E1" w:rsidRPr="00506027" w14:paraId="7A03E992" w14:textId="77777777" w:rsidTr="008C55C2">
        <w:trPr>
          <w:cantSplit/>
          <w:trHeight w:hRule="exact" w:val="284"/>
        </w:trPr>
        <w:tc>
          <w:tcPr>
            <w:tcW w:w="169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6402EE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2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D11A43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0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E93FDA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3435AEB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506027" w14:paraId="76D9D378" w14:textId="77777777" w:rsidTr="008C55C2">
        <w:trPr>
          <w:cantSplit/>
          <w:trHeight w:hRule="exact" w:val="709"/>
        </w:trPr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247E27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08583D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D2DED3D" w14:textId="77777777" w:rsidR="00A142E1" w:rsidRPr="000C154B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Královo Pole</w:t>
            </w:r>
          </w:p>
        </w:tc>
        <w:tc>
          <w:tcPr>
            <w:tcW w:w="9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F2F5CF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CCC5F6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D35E4F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DD5E4C7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(m</w:t>
            </w:r>
            <w:r w:rsidRPr="008318B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060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B6653C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567874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957C2D2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78F9DF60" w14:textId="77777777" w:rsidTr="008C55C2">
        <w:trPr>
          <w:cantSplit/>
          <w:trHeight w:hRule="exact" w:val="454"/>
        </w:trPr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9292FD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0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1DB912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1614/3</w:t>
            </w:r>
          </w:p>
        </w:tc>
        <w:tc>
          <w:tcPr>
            <w:tcW w:w="9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51B41D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ul. Husitská – střední pás</w:t>
            </w:r>
          </w:p>
        </w:tc>
        <w:tc>
          <w:tcPr>
            <w:tcW w:w="55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77AECC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5060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79C863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1261</w:t>
            </w:r>
          </w:p>
        </w:tc>
        <w:tc>
          <w:tcPr>
            <w:tcW w:w="8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09569B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–ne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6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69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4C4D93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48F55E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FB69FA" w14:textId="77777777" w:rsidR="00A142E1" w:rsidRPr="00D12D72" w:rsidRDefault="00A142E1" w:rsidP="00A142E1">
      <w:pPr>
        <w:pStyle w:val="Zkladntext"/>
        <w:spacing w:before="3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HLAVA C: Tržní místa</w:t>
      </w:r>
    </w:p>
    <w:p w14:paraId="5C1D5849" w14:textId="77777777" w:rsidR="00A142E1" w:rsidRPr="00D12D72" w:rsidRDefault="00A142E1" w:rsidP="00A142E1">
      <w:pPr>
        <w:pStyle w:val="Zkladntext"/>
        <w:spacing w:before="1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C1) Tržní místa – k. ú. Královo Pole:</w:t>
      </w:r>
    </w:p>
    <w:p w14:paraId="6CD0D8C2" w14:textId="77777777" w:rsidR="00A142E1" w:rsidRPr="00D12D72" w:rsidRDefault="00A142E1" w:rsidP="00A142E1">
      <w:pPr>
        <w:pStyle w:val="Zkladntext"/>
        <w:spacing w:before="1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Tržní místa na Palackého třídě: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2"/>
        <w:gridCol w:w="1108"/>
        <w:gridCol w:w="1717"/>
        <w:gridCol w:w="977"/>
        <w:gridCol w:w="993"/>
        <w:gridCol w:w="1506"/>
        <w:gridCol w:w="1344"/>
        <w:gridCol w:w="1516"/>
      </w:tblGrid>
      <w:tr w:rsidR="00A142E1" w:rsidRPr="00506027" w14:paraId="729FF7CA" w14:textId="77777777" w:rsidTr="008C55C2">
        <w:trPr>
          <w:cantSplit/>
          <w:trHeight w:hRule="exact" w:val="284"/>
        </w:trPr>
        <w:tc>
          <w:tcPr>
            <w:tcW w:w="169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188E6D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2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1CC07F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8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1173E5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A97F508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506027" w14:paraId="418CB54F" w14:textId="77777777" w:rsidTr="008C55C2">
        <w:trPr>
          <w:cantSplit/>
          <w:trHeight w:hRule="exact" w:val="709"/>
        </w:trPr>
        <w:tc>
          <w:tcPr>
            <w:tcW w:w="220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F1EFF3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8F28F3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2022CCDE" w14:textId="77777777" w:rsidR="00A142E1" w:rsidRPr="000C154B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Královo Pole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1A2B46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  <w:p w14:paraId="70FB1955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- u or.č.: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07CA49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01E84ED4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24DBAE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90C72B0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(m</w:t>
            </w:r>
            <w:r w:rsidRPr="008318B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060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98978F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FB500B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13AA305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64F7C66A" w14:textId="77777777" w:rsidTr="008C55C2">
        <w:trPr>
          <w:cantSplit/>
          <w:trHeight w:hRule="exact" w:val="284"/>
        </w:trPr>
        <w:tc>
          <w:tcPr>
            <w:tcW w:w="22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145DE8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78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637A26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89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520116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007771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F30AB6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EEA7BB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70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A592F1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02F182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060B138E" w14:textId="77777777" w:rsidTr="008C55C2">
        <w:trPr>
          <w:cantSplit/>
          <w:trHeight w:hRule="exact" w:val="28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83C792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8BF792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A5531C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72466B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044A43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A1F2EA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0F0B72D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B00DB8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2E022F3C" w14:textId="77777777" w:rsidTr="008C55C2">
        <w:trPr>
          <w:cantSplit/>
          <w:trHeight w:hRule="exact" w:val="28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F9DB8A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683CBD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EEDF06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EEC425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E7868D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21912A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9CAA5BD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E452752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2B3C7388" w14:textId="77777777" w:rsidTr="008C55C2">
        <w:trPr>
          <w:cantSplit/>
          <w:trHeight w:hRule="exact" w:val="62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DADE5A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90D618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5012</w:t>
            </w:r>
            <w:r>
              <w:rPr>
                <w:rFonts w:ascii="Arial" w:hAnsi="Arial" w:cs="Arial"/>
                <w:sz w:val="16"/>
                <w:szCs w:val="16"/>
              </w:rPr>
              <w:t>/1, 5012/2, 5012/3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7247C8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38C79C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4E5A33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E74F04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18 h.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CF0E78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6AC60B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4928F296" w14:textId="77777777" w:rsidR="00A142E1" w:rsidRPr="00D12D72" w:rsidRDefault="00A142E1" w:rsidP="00A142E1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Ostatní tržní místa:</w:t>
      </w:r>
    </w:p>
    <w:tbl>
      <w:tblPr>
        <w:tblW w:w="5005" w:type="pct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68"/>
        <w:gridCol w:w="1088"/>
        <w:gridCol w:w="1731"/>
        <w:gridCol w:w="962"/>
        <w:gridCol w:w="991"/>
        <w:gridCol w:w="1551"/>
        <w:gridCol w:w="1269"/>
        <w:gridCol w:w="1533"/>
      </w:tblGrid>
      <w:tr w:rsidR="00A142E1" w:rsidRPr="00506027" w14:paraId="20518DC1" w14:textId="77777777" w:rsidTr="008C55C2">
        <w:trPr>
          <w:cantSplit/>
          <w:trHeight w:hRule="exact" w:val="284"/>
        </w:trPr>
        <w:tc>
          <w:tcPr>
            <w:tcW w:w="32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EF3796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95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346030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28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5B0473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53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0C6A916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506027" w14:paraId="05F4F77A" w14:textId="77777777" w:rsidTr="008C55C2">
        <w:trPr>
          <w:cantSplit/>
          <w:trHeight w:hRule="exact" w:val="709"/>
        </w:trPr>
        <w:tc>
          <w:tcPr>
            <w:tcW w:w="4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B7FA01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FEF0D8" w14:textId="77777777" w:rsidR="00A142E1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66A91AC" w14:textId="77777777" w:rsidR="00A142E1" w:rsidRPr="000C154B" w:rsidRDefault="00A142E1" w:rsidP="008C55C2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Královo Pole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632910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2AF96C" w14:textId="77777777" w:rsidR="00A142E1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počet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06027">
              <w:rPr>
                <w:rFonts w:ascii="Arial" w:hAnsi="Arial" w:cs="Arial"/>
                <w:sz w:val="16"/>
                <w:szCs w:val="16"/>
              </w:rPr>
              <w:t>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1FAF56F7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A7F416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A4BA5DD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(m</w:t>
            </w:r>
            <w:r w:rsidRPr="008318B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060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270021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3CBA98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6CF336E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2EA86C19" w14:textId="77777777" w:rsidTr="008C55C2">
        <w:trPr>
          <w:cantSplit/>
          <w:trHeight w:hRule="exact" w:val="624"/>
        </w:trPr>
        <w:tc>
          <w:tcPr>
            <w:tcW w:w="46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C6C82E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08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FA63C7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28/6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D2A5AE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ul. Budovcova u</w:t>
            </w:r>
            <w:r>
              <w:rPr>
                <w:rFonts w:ascii="Arial" w:hAnsi="Arial" w:cs="Arial"/>
                <w:sz w:val="16"/>
                <w:szCs w:val="16"/>
              </w:rPr>
              <w:t xml:space="preserve"> přestupního t</w:t>
            </w:r>
            <w:r w:rsidRPr="00506027">
              <w:rPr>
                <w:rFonts w:ascii="Arial" w:hAnsi="Arial" w:cs="Arial"/>
                <w:sz w:val="16"/>
                <w:szCs w:val="16"/>
              </w:rPr>
              <w:t>erminálu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2ADCA0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5ECCDB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E5A23C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F8DA5DE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214030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24BB9F6D" w14:textId="77777777" w:rsidTr="008C55C2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47BBE6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001E99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55/15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A2CEB1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ul. Budovcova u zastávky MHD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E0208F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4DF9FF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7C82C7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B1EFA7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4387BF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1E1AF44F" w14:textId="77777777" w:rsidTr="008C55C2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DFE7CC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CC56B9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3746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27DA56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ul. Jana Babáka u or. č. 7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EFFB00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7CD5E3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2649B9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DE6F307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0655EB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5C8EF560" w14:textId="77777777" w:rsidTr="008C55C2">
        <w:trPr>
          <w:cantSplit/>
          <w:trHeight w:hRule="exact" w:val="28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1B4FAC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CC2C36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535/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C8EC56" w14:textId="77777777" w:rsidR="00A142E1" w:rsidRPr="0099244A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9244A">
              <w:rPr>
                <w:rFonts w:ascii="Arial" w:hAnsi="Arial" w:cs="Arial"/>
                <w:spacing w:val="-4"/>
                <w:sz w:val="16"/>
                <w:szCs w:val="16"/>
              </w:rPr>
              <w:t>ul. Kosmova u or. č. 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1F551E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112A61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939F4F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536BE6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5F13FE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39A5FE17" w14:textId="77777777" w:rsidTr="008C55C2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68589C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1C58BA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535/2, 1298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849B62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pacing w:val="-4"/>
                <w:sz w:val="16"/>
                <w:szCs w:val="16"/>
              </w:rPr>
              <w:t>ul. Kosmova u or. č. 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49C0D7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77C176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459F0A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F30DF0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6A78B8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118AA1" w14:textId="77777777" w:rsidR="00A142E1" w:rsidRDefault="00A142E1" w:rsidP="00A142E1"/>
    <w:tbl>
      <w:tblPr>
        <w:tblW w:w="5005" w:type="pct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68"/>
        <w:gridCol w:w="1089"/>
        <w:gridCol w:w="1731"/>
        <w:gridCol w:w="962"/>
        <w:gridCol w:w="991"/>
        <w:gridCol w:w="1550"/>
        <w:gridCol w:w="1269"/>
        <w:gridCol w:w="1533"/>
      </w:tblGrid>
      <w:tr w:rsidR="00A142E1" w:rsidRPr="00506027" w14:paraId="44A09FBE" w14:textId="77777777" w:rsidTr="008C55C2">
        <w:trPr>
          <w:cantSplit/>
          <w:trHeight w:hRule="exact" w:val="284"/>
        </w:trPr>
        <w:tc>
          <w:tcPr>
            <w:tcW w:w="32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0006E6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195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15792D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28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D6821A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53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249CF3F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506027" w14:paraId="0469E347" w14:textId="77777777" w:rsidTr="008C55C2">
        <w:trPr>
          <w:cantSplit/>
          <w:trHeight w:hRule="exact" w:val="709"/>
        </w:trPr>
        <w:tc>
          <w:tcPr>
            <w:tcW w:w="4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1D1F87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4F6046" w14:textId="77777777" w:rsidR="00A142E1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412D3C4A" w14:textId="77777777" w:rsidR="00A142E1" w:rsidRPr="000C154B" w:rsidRDefault="00A142E1" w:rsidP="008C55C2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Královo Pole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6EBB12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0B99B9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6027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153589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6B38EC1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(m</w:t>
            </w:r>
            <w:r w:rsidRPr="008318B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060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784E9D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6CC855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B4E42E9" w14:textId="77777777" w:rsidR="00A142E1" w:rsidRPr="00506027" w:rsidRDefault="00A142E1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34A55080" w14:textId="77777777" w:rsidTr="008C55C2">
        <w:trPr>
          <w:cantSplit/>
          <w:trHeight w:hRule="exact" w:val="79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40CD5E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13804A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3565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2D7B84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ul. Mečířova </w:t>
            </w:r>
            <w:r>
              <w:rPr>
                <w:rFonts w:ascii="Arial" w:hAnsi="Arial" w:cs="Arial"/>
                <w:sz w:val="16"/>
                <w:szCs w:val="16"/>
              </w:rPr>
              <w:t xml:space="preserve">u or č. 2a – rozšířená část chodníku při nároží s </w:t>
            </w:r>
            <w:r w:rsidRPr="00506027">
              <w:rPr>
                <w:rFonts w:ascii="Arial" w:hAnsi="Arial" w:cs="Arial"/>
                <w:sz w:val="16"/>
                <w:szCs w:val="16"/>
              </w:rPr>
              <w:t>ul. Skácelova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E82842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5D3362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891469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18 h.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E0E9DE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B78CEE1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6D7970AA" w14:textId="77777777" w:rsidTr="008C55C2">
        <w:trPr>
          <w:cantSplit/>
          <w:trHeight w:hRule="exact" w:val="28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0E1245" w14:textId="77777777" w:rsidR="00A142E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DFBDC1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1019/1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7F6309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Mojmírovo nám</w:t>
            </w:r>
            <w:r>
              <w:rPr>
                <w:rFonts w:ascii="Arial" w:hAnsi="Arial" w:cs="Arial"/>
                <w:sz w:val="16"/>
                <w:szCs w:val="16"/>
              </w:rPr>
              <w:t>ěstí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074CE0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1D09E9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1215FF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18 h.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E2B645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775EB7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018B3C4B" w14:textId="77777777" w:rsidTr="008C55C2">
        <w:trPr>
          <w:cantSplit/>
          <w:trHeight w:hRule="exact" w:val="80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E40FF5" w14:textId="77777777" w:rsidR="00A142E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4520EA" w14:textId="77777777" w:rsidR="00A142E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4514/1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0C94F7" w14:textId="77777777" w:rsidR="00A142E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ul. </w:t>
            </w:r>
            <w:r>
              <w:rPr>
                <w:rFonts w:ascii="Arial" w:hAnsi="Arial" w:cs="Arial"/>
                <w:sz w:val="16"/>
                <w:szCs w:val="16"/>
              </w:rPr>
              <w:t xml:space="preserve">Kostelní zmola </w:t>
            </w:r>
            <w:r w:rsidRPr="00506027">
              <w:rPr>
                <w:rFonts w:ascii="Arial" w:hAnsi="Arial" w:cs="Arial"/>
                <w:sz w:val="16"/>
                <w:szCs w:val="16"/>
              </w:rPr>
              <w:t>u hl. vchodu do kr</w:t>
            </w:r>
            <w:r>
              <w:rPr>
                <w:rFonts w:ascii="Arial" w:hAnsi="Arial" w:cs="Arial"/>
                <w:sz w:val="16"/>
                <w:szCs w:val="16"/>
              </w:rPr>
              <w:t>álovopolského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hřbitova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BB870C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389D7E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FEC537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18 h.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9E08BAD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5B2445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5FAAB6EA" w14:textId="77777777" w:rsidTr="008C55C2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94B8D3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835D9B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3660/1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AAD847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506027">
              <w:rPr>
                <w:rFonts w:ascii="Arial" w:hAnsi="Arial" w:cs="Arial"/>
                <w:sz w:val="16"/>
                <w:szCs w:val="16"/>
              </w:rPr>
              <w:t>Purkyňova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u or. č.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506027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37F4E2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BA5AD1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3AE029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B675BC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CF9C44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275FFCED" w14:textId="77777777" w:rsidTr="008C55C2">
        <w:trPr>
          <w:cantSplit/>
          <w:trHeight w:hRule="exact" w:val="62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382386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B79078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365</w:t>
            </w:r>
            <w:r>
              <w:rPr>
                <w:rFonts w:ascii="Arial" w:hAnsi="Arial" w:cs="Arial"/>
                <w:sz w:val="16"/>
                <w:szCs w:val="16"/>
              </w:rPr>
              <w:t>6/1</w:t>
            </w:r>
            <w:r w:rsidRPr="00506027">
              <w:rPr>
                <w:rFonts w:ascii="Arial" w:hAnsi="Arial" w:cs="Arial"/>
                <w:sz w:val="16"/>
                <w:szCs w:val="16"/>
              </w:rPr>
              <w:t>, 36</w:t>
            </w:r>
            <w:r>
              <w:rPr>
                <w:rFonts w:ascii="Arial" w:hAnsi="Arial" w:cs="Arial"/>
                <w:sz w:val="16"/>
                <w:szCs w:val="16"/>
              </w:rPr>
              <w:t>59/2</w:t>
            </w:r>
            <w:r w:rsidRPr="00506027">
              <w:rPr>
                <w:rFonts w:ascii="Arial" w:hAnsi="Arial" w:cs="Arial"/>
                <w:sz w:val="16"/>
                <w:szCs w:val="16"/>
              </w:rPr>
              <w:t>, 3660/1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2DF555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ul. Purkyňova u or. č.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506027">
              <w:rPr>
                <w:rFonts w:ascii="Arial" w:hAnsi="Arial" w:cs="Arial"/>
                <w:sz w:val="16"/>
                <w:szCs w:val="16"/>
              </w:rPr>
              <w:t>5a</w:t>
            </w:r>
            <w:r>
              <w:rPr>
                <w:rFonts w:ascii="Arial" w:hAnsi="Arial" w:cs="Arial"/>
                <w:sz w:val="16"/>
                <w:szCs w:val="16"/>
              </w:rPr>
              <w:t>–35g, 45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297806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EE5639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6E8C98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146C6C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9056D4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2013F941" w14:textId="77777777" w:rsidTr="008C55C2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76D7E1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44AD06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3615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AEBAA9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roh </w:t>
            </w: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Purkyňovy a </w:t>
            </w:r>
            <w:r>
              <w:rPr>
                <w:rFonts w:ascii="Arial" w:hAnsi="Arial" w:cs="Arial"/>
                <w:sz w:val="16"/>
                <w:szCs w:val="16"/>
              </w:rPr>
              <w:t>ul. Č</w:t>
            </w:r>
            <w:r w:rsidRPr="00506027">
              <w:rPr>
                <w:rFonts w:ascii="Arial" w:hAnsi="Arial" w:cs="Arial"/>
                <w:sz w:val="16"/>
                <w:szCs w:val="16"/>
              </w:rPr>
              <w:t>ervinkovy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3BCC6B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1E1BB4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19CBE3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7–</w:t>
            </w: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AFBB47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B05759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1E76F00B" w14:textId="77777777" w:rsidTr="008C55C2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4DF945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60B0EB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3631</w:t>
            </w:r>
            <w:r>
              <w:rPr>
                <w:rFonts w:ascii="Arial" w:hAnsi="Arial" w:cs="Arial"/>
                <w:sz w:val="16"/>
                <w:szCs w:val="16"/>
              </w:rPr>
              <w:t>/7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7013F1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roh </w:t>
            </w: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Purkyňovy a </w:t>
            </w: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Královopolské 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B9E608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BAA6CF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9E2E3D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7–</w:t>
            </w: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560A83D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822E9F9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1CAEB88B" w14:textId="77777777" w:rsidTr="008C55C2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E38FC4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0F2DC4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2051/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5B90B1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Slovanské nám</w:t>
            </w:r>
            <w:r>
              <w:rPr>
                <w:rFonts w:ascii="Arial" w:hAnsi="Arial" w:cs="Arial"/>
                <w:sz w:val="16"/>
                <w:szCs w:val="16"/>
              </w:rPr>
              <w:t>ěstí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– spodní část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CAC3FF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CDE47B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C30A2B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69D209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AB88E0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55F0654F" w14:textId="77777777" w:rsidTr="008C55C2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EA64B0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25BCFB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2373/10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CFCB91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roh ul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Srbské a </w:t>
            </w: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506027">
              <w:rPr>
                <w:rFonts w:ascii="Arial" w:hAnsi="Arial" w:cs="Arial"/>
                <w:sz w:val="16"/>
                <w:szCs w:val="16"/>
              </w:rPr>
              <w:t>Bystřinovy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C1401C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C54220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8671D5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C9D8AA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89B4F7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75E9E46A" w14:textId="77777777" w:rsidTr="008C55C2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6B7207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02205A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2363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0042D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ul. Srbská 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konečn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zastávky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MHD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CCF6E7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2903D6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8515C3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A0BEB2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FC078DF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06027" w14:paraId="1E253C3D" w14:textId="77777777" w:rsidTr="008C55C2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ECBBCF" w14:textId="77777777" w:rsidR="00A142E1" w:rsidRPr="00506027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EDAD12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4767/88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156035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ul. Technická u or. č. 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18B4D6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DE3894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2D6081" w14:textId="77777777" w:rsidR="00A142E1" w:rsidRPr="00506027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DDC1B10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0072BBA" w14:textId="77777777" w:rsidR="00A142E1" w:rsidRPr="00506027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84B672" w14:textId="77777777" w:rsidR="00A142E1" w:rsidRPr="00D12D72" w:rsidRDefault="00A142E1" w:rsidP="00A142E1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C2) Tržní místa – k. ú. Ponava: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4"/>
        <w:gridCol w:w="1052"/>
        <w:gridCol w:w="1735"/>
        <w:gridCol w:w="954"/>
        <w:gridCol w:w="1002"/>
        <w:gridCol w:w="1416"/>
        <w:gridCol w:w="1263"/>
        <w:gridCol w:w="1687"/>
      </w:tblGrid>
      <w:tr w:rsidR="00A142E1" w:rsidRPr="005C0F58" w14:paraId="4960C06C" w14:textId="77777777" w:rsidTr="008C55C2">
        <w:trPr>
          <w:cantSplit/>
          <w:trHeight w:hRule="exact" w:val="284"/>
        </w:trPr>
        <w:tc>
          <w:tcPr>
            <w:tcW w:w="170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57F56E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2" w:name="_Hlk69303020"/>
            <w:r w:rsidRPr="00137F5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2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6F316A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7F5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9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C768AE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7F5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D07A564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7F5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5C0F58" w14:paraId="6C318338" w14:textId="77777777" w:rsidTr="008C55C2">
        <w:trPr>
          <w:cantSplit/>
          <w:trHeight w:hRule="exact" w:val="709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C2D9EF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2F727B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64478530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Ponava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CD7E98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7E663C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7024DD8B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53FDDA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E3E84D1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(m</w:t>
            </w:r>
            <w:r w:rsidRPr="003304B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37F52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79F9A0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6A55B3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B66A76B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22"/>
      <w:tr w:rsidR="00A142E1" w:rsidRPr="005C0F58" w14:paraId="4DB21DD5" w14:textId="77777777" w:rsidTr="008C55C2">
        <w:trPr>
          <w:cantSplit/>
          <w:trHeight w:hRule="exact" w:val="454"/>
        </w:trPr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83E2E5" w14:textId="77777777" w:rsidR="00A142E1" w:rsidRPr="00137F52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 1.</w:t>
            </w:r>
          </w:p>
        </w:tc>
        <w:tc>
          <w:tcPr>
            <w:tcW w:w="549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A4463A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144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90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271383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ul. Botanická u or. č. 59</w:t>
            </w:r>
          </w:p>
        </w:tc>
        <w:tc>
          <w:tcPr>
            <w:tcW w:w="4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244668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ADD800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445822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137F52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137F52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6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F5EBEB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684880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7D867F6D" w14:textId="77777777" w:rsidTr="008C55C2">
        <w:trPr>
          <w:cantSplit/>
          <w:trHeight w:hRule="exact" w:val="62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2F4B39" w14:textId="77777777" w:rsidR="00A142E1" w:rsidRPr="00137F52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659130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844/43,</w:t>
            </w:r>
          </w:p>
          <w:p w14:paraId="4D7FC337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844/51,</w:t>
            </w:r>
          </w:p>
          <w:p w14:paraId="3970FA95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844/52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4A0BA8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ul. Cimburkova u OC Tesco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AE0A97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D92589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81DB12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7–21 h.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BE4DBC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0B8D313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3DC08F48" w14:textId="77777777" w:rsidTr="008C55C2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BD37ECC" w14:textId="77777777" w:rsidR="00A142E1" w:rsidRPr="00137F52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BB417DF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704B5F4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ul. Domažlická u or. č.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AC539DF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B49C699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854CA53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7E2BDD4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099222A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5437A85E" w14:textId="77777777" w:rsidTr="008C55C2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F4597E6" w14:textId="77777777" w:rsidR="00A142E1" w:rsidRPr="00137F52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BE104C2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28054C8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37F52">
              <w:rPr>
                <w:rFonts w:ascii="Arial" w:hAnsi="Arial" w:cs="Arial"/>
                <w:sz w:val="16"/>
                <w:szCs w:val="16"/>
              </w:rPr>
              <w:t xml:space="preserve">Kounicova </w:t>
            </w:r>
            <w:r>
              <w:rPr>
                <w:rFonts w:ascii="Arial" w:hAnsi="Arial" w:cs="Arial"/>
                <w:sz w:val="16"/>
                <w:szCs w:val="16"/>
              </w:rPr>
              <w:t xml:space="preserve">u </w:t>
            </w:r>
            <w:r w:rsidRPr="00137F52">
              <w:rPr>
                <w:rFonts w:ascii="Arial" w:hAnsi="Arial" w:cs="Arial"/>
                <w:sz w:val="16"/>
                <w:szCs w:val="16"/>
              </w:rPr>
              <w:t>or. č. 48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0412903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ECF464F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78,2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0C925F5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12–22 h.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FC1F901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3F7A5C67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0E3B3812" w14:textId="77777777" w:rsidTr="008C55C2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6430CE4" w14:textId="77777777" w:rsidR="00A142E1" w:rsidRPr="00137F52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 5.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5527281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982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6FF7317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ul. Kounicova u or. č. 58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0EF03FC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C78B116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D2E9154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3E8A1291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1F7105A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166D64D2" w14:textId="77777777" w:rsidTr="008C55C2">
        <w:trPr>
          <w:cantSplit/>
          <w:trHeight w:hRule="exact" w:val="62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0E2C92F" w14:textId="77777777" w:rsidR="00A142E1" w:rsidRPr="00137F52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 6.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74CBDDA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981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61C53BA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ul. Kounicova u parku </w:t>
            </w:r>
            <w:r>
              <w:rPr>
                <w:rFonts w:ascii="Arial" w:hAnsi="Arial" w:cs="Arial"/>
                <w:sz w:val="16"/>
                <w:szCs w:val="16"/>
              </w:rPr>
              <w:t xml:space="preserve">sady </w:t>
            </w:r>
            <w:r w:rsidRPr="00137F52">
              <w:rPr>
                <w:rFonts w:ascii="Arial" w:hAnsi="Arial" w:cs="Arial"/>
                <w:sz w:val="16"/>
                <w:szCs w:val="16"/>
              </w:rPr>
              <w:t>Národního odboje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7C4BFE5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20265F2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10DBFC4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782ADA7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B4CA548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7745AE16" w14:textId="77777777" w:rsidTr="008C55C2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C17F76" w14:textId="77777777" w:rsidR="00A142E1" w:rsidRPr="00137F52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 7.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43D465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1078/3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37EA5A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ul. Sportovní u or. č. 2a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26595C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3F0706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1368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FD3A88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BB6CF1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4F24DC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0C2F35D3" w14:textId="77777777" w:rsidTr="008C55C2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347B9A" w14:textId="77777777" w:rsidR="00A142E1" w:rsidRPr="00137F52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 8.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76A3AE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  <w:r w:rsidRPr="00137F5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7210CB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ul. Štefánikova u or. č. 25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FB19A1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13262F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AC93BF" w14:textId="77777777" w:rsidR="00A142E1" w:rsidRPr="00137F52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BACC27C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DADB615" w14:textId="77777777" w:rsidR="00A142E1" w:rsidRPr="00137F5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308C3D" w14:textId="77777777" w:rsidR="00A142E1" w:rsidRPr="00D12D72" w:rsidRDefault="00A142E1" w:rsidP="00A142E1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C3) Další lokality tržních míst:</w:t>
      </w:r>
    </w:p>
    <w:p w14:paraId="0380B690" w14:textId="77777777" w:rsidR="00A142E1" w:rsidRPr="005C0F58" w:rsidRDefault="00A142E1" w:rsidP="00A142E1">
      <w:pPr>
        <w:pStyle w:val="Zkladntext"/>
        <w:spacing w:line="264" w:lineRule="auto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Příležitostný prodej s maximální dobou prodeje 5 dnů při příležitosti jednorázových společenských akcí je povolen při splnění požadavků právních předpisů vždy v místě konání předmětné akce.</w:t>
      </w:r>
    </w:p>
    <w:p w14:paraId="7BE860D7" w14:textId="77777777" w:rsidR="00A142E1" w:rsidRDefault="00A142E1" w:rsidP="00A142E1">
      <w:pPr>
        <w:pStyle w:val="Zkladntext"/>
        <w:spacing w:before="360"/>
        <w:rPr>
          <w:rFonts w:ascii="Arial" w:hAnsi="Arial" w:cs="Arial"/>
          <w:b/>
          <w:bCs/>
          <w:sz w:val="22"/>
          <w:szCs w:val="22"/>
        </w:rPr>
      </w:pPr>
    </w:p>
    <w:p w14:paraId="1CD81098" w14:textId="77777777" w:rsidR="00A142E1" w:rsidRPr="00D12D72" w:rsidRDefault="00A142E1" w:rsidP="00A142E1">
      <w:pPr>
        <w:pStyle w:val="Zkladntext"/>
        <w:spacing w:before="3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lastRenderedPageBreak/>
        <w:t>HLAVA D: Předsunutá prodejní místa</w:t>
      </w:r>
    </w:p>
    <w:p w14:paraId="28014DB2" w14:textId="77777777" w:rsidR="00A142E1" w:rsidRPr="00D12D72" w:rsidRDefault="00A142E1" w:rsidP="00A142E1">
      <w:pPr>
        <w:pStyle w:val="Zkladntext"/>
        <w:spacing w:before="1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 xml:space="preserve">D1) Předsunutá prodejní místa – k. ú. Královo Pole: </w:t>
      </w:r>
    </w:p>
    <w:p w14:paraId="550E5B29" w14:textId="77777777" w:rsidR="00A142E1" w:rsidRPr="00D12D72" w:rsidRDefault="00A142E1" w:rsidP="00A142E1">
      <w:pPr>
        <w:pStyle w:val="Zkladntext"/>
        <w:spacing w:before="1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Předsunutá prodejní místa na Palackého třídě:</w:t>
      </w:r>
    </w:p>
    <w:tbl>
      <w:tblPr>
        <w:tblW w:w="5005" w:type="pct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6"/>
        <w:gridCol w:w="1086"/>
        <w:gridCol w:w="1874"/>
        <w:gridCol w:w="992"/>
        <w:gridCol w:w="852"/>
        <w:gridCol w:w="1562"/>
        <w:gridCol w:w="1276"/>
        <w:gridCol w:w="1535"/>
      </w:tblGrid>
      <w:tr w:rsidR="00A142E1" w:rsidRPr="005C0F58" w14:paraId="025BF9D0" w14:textId="77777777" w:rsidTr="008C55C2">
        <w:trPr>
          <w:cantSplit/>
          <w:trHeight w:hRule="exact" w:val="284"/>
        </w:trPr>
        <w:tc>
          <w:tcPr>
            <w:tcW w:w="175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CC2843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6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314931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7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D18EC7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05F480E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5C0F58" w14:paraId="204C9929" w14:textId="77777777" w:rsidTr="008C55C2">
        <w:trPr>
          <w:cantSplit/>
          <w:trHeight w:hRule="exact" w:val="709"/>
        </w:trPr>
        <w:tc>
          <w:tcPr>
            <w:tcW w:w="21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8B40EF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46D64A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7297879B" w14:textId="77777777" w:rsidR="00A142E1" w:rsidRPr="000C154B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Královo Pole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3A4464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  <w:p w14:paraId="685E7D47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- u or. č.: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F8FB8A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2829C4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D6A270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A22A390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(m</w:t>
            </w:r>
            <w:r w:rsidRPr="002829C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829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E9B556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DE7EE8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07B75BE2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5A230F4D" w14:textId="77777777" w:rsidTr="008C55C2">
        <w:trPr>
          <w:cantSplit/>
          <w:trHeight w:hRule="exact" w:val="454"/>
        </w:trPr>
        <w:tc>
          <w:tcPr>
            <w:tcW w:w="21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9C8C3E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6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BCF1E7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98FA6A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CBA9FE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456E48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A4A77B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1CBA0608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862D69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88DA14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10D0F242" w14:textId="77777777" w:rsidTr="008C55C2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0ED53E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175DF3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7C167C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775968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ADB3C3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D61689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5B2B3F50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28CD16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50837C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537C669C" w14:textId="77777777" w:rsidTr="008C55C2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EA8905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9763C0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DA9BE9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9C0759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D2A2AB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B762F3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365BBC40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51B106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10121D9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5160BADE" w14:textId="77777777" w:rsidTr="008C55C2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6795459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7A5C6D4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DC98D75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8447E33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6AA22F3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80B9581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F732571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3F704701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00F1EE13" w14:textId="77777777" w:rsidTr="008C55C2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6EDB7C2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8AF5089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8B1876A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DA4B9B6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3754A8A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5B97EA6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683CA382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959A025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E61972F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45AE714E" w14:textId="77777777" w:rsidTr="008C55C2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C46F617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95BAA1F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C9A3D6E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4337A75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5ED97A5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6DF772C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05EBB1D9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E1283A9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751BC37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6CB52713" w14:textId="77777777" w:rsidTr="008C55C2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3DA9AE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A36B13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4FA333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34B98F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BFA195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A6838E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3411C1CB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444F1B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F9B87CA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5AFBCCF1" w14:textId="77777777" w:rsidTr="008C55C2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A8E3CF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386938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1298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296E45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7840AE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56378A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9D8B4B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11F56DC7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81213F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E518F8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1F56A080" w14:textId="77777777" w:rsidTr="008C55C2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F21425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FB73B5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5069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92BD4C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74DE94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8BC908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ABF5B9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FE8E6D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AACBBB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 provozovny „Středisko Kafé“</w:t>
            </w:r>
          </w:p>
        </w:tc>
      </w:tr>
    </w:tbl>
    <w:p w14:paraId="595800A0" w14:textId="77777777" w:rsidR="00A142E1" w:rsidRPr="00D12D72" w:rsidRDefault="00A142E1" w:rsidP="00A142E1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Ostatní předsunutá prodejní místa: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4"/>
        <w:gridCol w:w="1096"/>
        <w:gridCol w:w="1853"/>
        <w:gridCol w:w="1012"/>
        <w:gridCol w:w="849"/>
        <w:gridCol w:w="1414"/>
        <w:gridCol w:w="1344"/>
        <w:gridCol w:w="1591"/>
      </w:tblGrid>
      <w:tr w:rsidR="00A142E1" w:rsidRPr="005C0F58" w14:paraId="7004AD35" w14:textId="77777777" w:rsidTr="008C55C2">
        <w:trPr>
          <w:cantSplit/>
          <w:trHeight w:hRule="exact" w:val="284"/>
        </w:trPr>
        <w:tc>
          <w:tcPr>
            <w:tcW w:w="176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1CE7D3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F63A22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3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20F1D5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EEA5D29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5C0F58" w14:paraId="3534D902" w14:textId="77777777" w:rsidTr="008C55C2">
        <w:trPr>
          <w:cantSplit/>
          <w:trHeight w:hRule="exact" w:val="709"/>
        </w:trPr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75B6BF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F0BE31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22BD1A92" w14:textId="77777777" w:rsidR="00A142E1" w:rsidRPr="000C154B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Královo Pole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B1126E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1CD30F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2829C4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D9E321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8EB4C6B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(m</w:t>
            </w:r>
            <w:r w:rsidRPr="002829C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829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DF8022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437B55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9DF43B1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033A2825" w14:textId="77777777" w:rsidTr="008C55C2">
        <w:trPr>
          <w:cantSplit/>
          <w:trHeight w:hRule="exact" w:val="284"/>
        </w:trPr>
        <w:tc>
          <w:tcPr>
            <w:tcW w:w="22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75F74B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2829C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72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9CE2B9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1614</w:t>
            </w:r>
            <w:r>
              <w:rPr>
                <w:rFonts w:ascii="Arial" w:hAnsi="Arial" w:cs="Arial"/>
                <w:sz w:val="16"/>
                <w:szCs w:val="16"/>
              </w:rPr>
              <w:t>/7</w:t>
            </w:r>
          </w:p>
        </w:tc>
        <w:tc>
          <w:tcPr>
            <w:tcW w:w="96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B28AF5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ul. Husitská u or. č.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8991E0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AE130B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1D7093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ne 9–19 h.</w:t>
            </w:r>
          </w:p>
        </w:tc>
        <w:tc>
          <w:tcPr>
            <w:tcW w:w="70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74A09A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420EAE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214ADBEA" w14:textId="77777777" w:rsidTr="008C55C2">
        <w:trPr>
          <w:cantSplit/>
          <w:trHeight w:hRule="exact" w:val="454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22BB60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2829C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7B4AF5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1614</w:t>
            </w:r>
            <w:r>
              <w:rPr>
                <w:rFonts w:ascii="Arial" w:hAnsi="Arial" w:cs="Arial"/>
                <w:sz w:val="16"/>
                <w:szCs w:val="16"/>
              </w:rPr>
              <w:t>/4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F79E3A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ul. Husitská u or. č. 4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7DEF6A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566EE8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E97300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 h.,</w:t>
            </w:r>
          </w:p>
          <w:p w14:paraId="3CEDB419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 h.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22E88B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3FDE96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469B31DC" w14:textId="77777777" w:rsidTr="008C55C2">
        <w:trPr>
          <w:cantSplit/>
          <w:trHeight w:hRule="exact" w:val="454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FE3550E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2829C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7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F42EB00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1614</w:t>
            </w:r>
            <w:r>
              <w:rPr>
                <w:rFonts w:ascii="Arial" w:hAnsi="Arial" w:cs="Arial"/>
                <w:sz w:val="16"/>
                <w:szCs w:val="16"/>
              </w:rPr>
              <w:t>/4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53E54F0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ul. Husitská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9C4">
              <w:rPr>
                <w:rFonts w:ascii="Arial" w:hAnsi="Arial" w:cs="Arial"/>
                <w:sz w:val="16"/>
                <w:szCs w:val="16"/>
              </w:rPr>
              <w:t>u or. č. 6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34D5147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83405AF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ECACBD6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 h.,</w:t>
            </w:r>
          </w:p>
          <w:p w14:paraId="74FAB298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 h.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0A27A1D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4337EFC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2EFAADC5" w14:textId="77777777" w:rsidTr="008C55C2">
        <w:trPr>
          <w:cantSplit/>
          <w:trHeight w:hRule="exact" w:val="454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D4941F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2829C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4342E0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3656/1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696E82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ul. Purkyňova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9C4">
              <w:rPr>
                <w:rFonts w:ascii="Arial" w:hAnsi="Arial" w:cs="Arial"/>
                <w:sz w:val="16"/>
                <w:szCs w:val="16"/>
              </w:rPr>
              <w:t xml:space="preserve">u or. č.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2829C4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e–35g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C1309E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72EA81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9B06D2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so 9–19 h.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61635B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2D7553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E93661" w14:textId="77777777" w:rsidR="00A142E1" w:rsidRPr="00D12D72" w:rsidRDefault="00A142E1" w:rsidP="00A142E1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 xml:space="preserve">D2) Předsunutá prodejní místa – k. ú. Ponava: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84"/>
        <w:gridCol w:w="1047"/>
        <w:gridCol w:w="1949"/>
        <w:gridCol w:w="956"/>
        <w:gridCol w:w="882"/>
        <w:gridCol w:w="1418"/>
        <w:gridCol w:w="1416"/>
        <w:gridCol w:w="1531"/>
      </w:tblGrid>
      <w:tr w:rsidR="00A142E1" w:rsidRPr="005C0F58" w14:paraId="63987ECF" w14:textId="77777777" w:rsidTr="008C55C2">
        <w:trPr>
          <w:cantSplit/>
          <w:trHeight w:hRule="exact" w:val="284"/>
        </w:trPr>
        <w:tc>
          <w:tcPr>
            <w:tcW w:w="176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D822F2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C1737B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7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782027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0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3767CA4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5C0F58" w14:paraId="0AB50FD3" w14:textId="77777777" w:rsidTr="008C55C2">
        <w:trPr>
          <w:cantSplit/>
          <w:trHeight w:hRule="exact" w:val="709"/>
        </w:trPr>
        <w:tc>
          <w:tcPr>
            <w:tcW w:w="200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45C63B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D2A903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6BAAC15D" w14:textId="77777777" w:rsidR="00A142E1" w:rsidRPr="002829C4" w:rsidRDefault="00A142E1" w:rsidP="008C55C2">
            <w:pPr>
              <w:pStyle w:val="Styltabulky"/>
              <w:spacing w:line="240" w:lineRule="auto"/>
              <w:ind w:left="7" w:hanging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Ponava</w:t>
            </w:r>
          </w:p>
        </w:tc>
        <w:tc>
          <w:tcPr>
            <w:tcW w:w="101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C8EE7F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722C39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42172F05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73A205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51B4D12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(m</w:t>
            </w:r>
            <w:r w:rsidRPr="002829C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829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68684F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765E16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73046574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48F674F0" w14:textId="77777777" w:rsidTr="008C55C2">
        <w:trPr>
          <w:cantSplit/>
          <w:trHeight w:hRule="exact" w:val="454"/>
        </w:trPr>
        <w:tc>
          <w:tcPr>
            <w:tcW w:w="200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F2CCEB8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46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503441B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2829C4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016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958A2C9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 xml:space="preserve">ul. Staňkova </w:t>
            </w:r>
          </w:p>
          <w:p w14:paraId="5869F733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 or. č. 12e</w:t>
            </w:r>
          </w:p>
        </w:tc>
        <w:tc>
          <w:tcPr>
            <w:tcW w:w="499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43D34DE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B222494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40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7E22C64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ACDBE16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14:paraId="22022FF4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188FB485" w14:textId="77777777" w:rsidTr="008C55C2">
        <w:trPr>
          <w:cantSplit/>
          <w:trHeight w:hRule="exact" w:val="454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31F0F81A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046AB9EB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373/2</w:t>
            </w:r>
          </w:p>
        </w:tc>
        <w:tc>
          <w:tcPr>
            <w:tcW w:w="10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0D6B0FE4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 xml:space="preserve">ul. Štefánikova </w:t>
            </w:r>
          </w:p>
          <w:p w14:paraId="5F4D550C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 or. č. 22</w:t>
            </w:r>
          </w:p>
        </w:tc>
        <w:tc>
          <w:tcPr>
            <w:tcW w:w="4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34C4A88B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7782A7A5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6A666C42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765421F9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14A85348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4D894C95" w14:textId="77777777" w:rsidTr="008C55C2">
        <w:trPr>
          <w:cantSplit/>
          <w:trHeight w:hRule="exact" w:val="454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5C0D111B" w14:textId="77777777" w:rsidR="00A142E1" w:rsidRPr="002829C4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7C561AE3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373</w:t>
            </w:r>
            <w:r>
              <w:rPr>
                <w:rFonts w:ascii="Arial" w:hAnsi="Arial" w:cs="Arial"/>
                <w:sz w:val="16"/>
                <w:szCs w:val="16"/>
              </w:rPr>
              <w:t>/2</w:t>
            </w:r>
          </w:p>
        </w:tc>
        <w:tc>
          <w:tcPr>
            <w:tcW w:w="10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0E526DC1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 xml:space="preserve">ul. Štefánikova </w:t>
            </w:r>
          </w:p>
          <w:p w14:paraId="0B493F30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 or. č. 24</w:t>
            </w:r>
          </w:p>
        </w:tc>
        <w:tc>
          <w:tcPr>
            <w:tcW w:w="4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1409BF26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54F6DCCF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1D81E065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1A8A4B73" w14:textId="77777777" w:rsidR="00A142E1" w:rsidRPr="002829C4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467D3C90" w14:textId="77777777" w:rsidR="00A142E1" w:rsidRPr="002829C4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4BDC07" w14:textId="77777777" w:rsidR="00A142E1" w:rsidRDefault="00A142E1" w:rsidP="00A142E1">
      <w:pPr>
        <w:pStyle w:val="Zkladntext"/>
        <w:spacing w:before="360"/>
        <w:rPr>
          <w:rFonts w:ascii="Arial" w:hAnsi="Arial" w:cs="Arial"/>
          <w:b/>
          <w:bCs/>
          <w:sz w:val="22"/>
          <w:szCs w:val="22"/>
        </w:rPr>
      </w:pPr>
    </w:p>
    <w:p w14:paraId="2444C19A" w14:textId="77777777" w:rsidR="00A142E1" w:rsidRDefault="00A142E1" w:rsidP="00A142E1">
      <w:pPr>
        <w:pStyle w:val="Zkladntext"/>
        <w:spacing w:before="360"/>
        <w:rPr>
          <w:rFonts w:ascii="Arial" w:hAnsi="Arial" w:cs="Arial"/>
          <w:b/>
          <w:bCs/>
          <w:sz w:val="22"/>
          <w:szCs w:val="22"/>
        </w:rPr>
      </w:pPr>
    </w:p>
    <w:p w14:paraId="7CC3E83D" w14:textId="77777777" w:rsidR="00A142E1" w:rsidRPr="00D12D72" w:rsidRDefault="00A142E1" w:rsidP="00A142E1">
      <w:pPr>
        <w:pStyle w:val="Zkladntext"/>
        <w:spacing w:before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H</w:t>
      </w:r>
      <w:r w:rsidRPr="00D12D72">
        <w:rPr>
          <w:rFonts w:ascii="Arial" w:hAnsi="Arial" w:cs="Arial"/>
          <w:b/>
          <w:bCs/>
          <w:sz w:val="22"/>
          <w:szCs w:val="22"/>
        </w:rPr>
        <w:t>LAVA E: Restaurační zahrádky</w:t>
      </w:r>
    </w:p>
    <w:p w14:paraId="02B16E51" w14:textId="77777777" w:rsidR="00A142E1" w:rsidRPr="00D12D72" w:rsidRDefault="00A142E1" w:rsidP="00A142E1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E1) Restaurační zahrádky – k. ú. Královo Pole:</w:t>
      </w:r>
    </w:p>
    <w:tbl>
      <w:tblPr>
        <w:tblW w:w="501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9"/>
        <w:gridCol w:w="481"/>
        <w:gridCol w:w="10"/>
        <w:gridCol w:w="1070"/>
        <w:gridCol w:w="2118"/>
        <w:gridCol w:w="964"/>
        <w:gridCol w:w="903"/>
        <w:gridCol w:w="1323"/>
        <w:gridCol w:w="1314"/>
        <w:gridCol w:w="1410"/>
      </w:tblGrid>
      <w:tr w:rsidR="00A142E1" w:rsidRPr="005C0F58" w14:paraId="79229C82" w14:textId="77777777" w:rsidTr="008C55C2">
        <w:trPr>
          <w:gridBefore w:val="1"/>
          <w:wBefore w:w="5" w:type="pct"/>
          <w:cantSplit/>
          <w:trHeight w:hRule="exact" w:val="284"/>
        </w:trPr>
        <w:tc>
          <w:tcPr>
            <w:tcW w:w="1916" w:type="pct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E1BA2B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AFEBEC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FAA7A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3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AFEB99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5C0F58" w14:paraId="697795CE" w14:textId="77777777" w:rsidTr="008C55C2">
        <w:trPr>
          <w:gridBefore w:val="1"/>
          <w:wBefore w:w="5" w:type="pct"/>
          <w:cantSplit/>
          <w:trHeight w:hRule="exact" w:val="709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DB327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2B05C5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288945E9" w14:textId="77777777" w:rsidR="00A142E1" w:rsidRPr="000C154B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Královo Pole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4BD25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D10D27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60551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F257D3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A201E81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(m</w:t>
            </w:r>
            <w:r w:rsidRPr="0066055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3F277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D8AEBC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05B41ADF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0561AF6A" w14:textId="77777777" w:rsidTr="008C55C2">
        <w:trPr>
          <w:gridBefore w:val="1"/>
          <w:wBefore w:w="5" w:type="pct"/>
          <w:cantSplit/>
          <w:trHeight w:hRule="exact" w:val="454"/>
        </w:trPr>
        <w:tc>
          <w:tcPr>
            <w:tcW w:w="25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AF3E7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57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2BA64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3510</w:t>
            </w:r>
          </w:p>
        </w:tc>
        <w:tc>
          <w:tcPr>
            <w:tcW w:w="11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5F47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Berkova or. č. 113 (dvorní trakt)</w:t>
            </w:r>
          </w:p>
        </w:tc>
        <w:tc>
          <w:tcPr>
            <w:tcW w:w="50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F4AF3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B131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14,4</w:t>
            </w:r>
          </w:p>
        </w:tc>
        <w:tc>
          <w:tcPr>
            <w:tcW w:w="68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7FF6B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68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E903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ED6C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698BE68E" w14:textId="77777777" w:rsidTr="008C55C2">
        <w:trPr>
          <w:gridBefore w:val="1"/>
          <w:wBefore w:w="5" w:type="pct"/>
          <w:cantSplit/>
          <w:trHeight w:hRule="exact" w:val="62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32E4F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64340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29/1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D24F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ul. Budovcova u přestupního terminálu</w:t>
            </w:r>
            <w:r>
              <w:rPr>
                <w:rFonts w:ascii="Arial" w:hAnsi="Arial" w:cs="Arial"/>
                <w:sz w:val="16"/>
                <w:szCs w:val="16"/>
              </w:rPr>
              <w:t xml:space="preserve"> –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provozovn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"Bistro"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026E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1E3A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684A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C13D3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1439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64B71290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8BBDD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EBE4C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5213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56C4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Herčíkova u or. č. 3 – chodník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8D26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C08F1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FCB6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A5387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3559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5C423A96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00B8E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D8405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1614/4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9502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pacing w:val="-4"/>
                <w:sz w:val="16"/>
                <w:szCs w:val="16"/>
              </w:rPr>
              <w:t xml:space="preserve">Husitská u or. č. 6 </w:t>
            </w:r>
            <w:r w:rsidRPr="00C06367">
              <w:rPr>
                <w:rFonts w:ascii="Arial" w:hAnsi="Arial" w:cs="Arial"/>
                <w:spacing w:val="-4"/>
                <w:sz w:val="16"/>
                <w:szCs w:val="16"/>
              </w:rPr>
              <w:t>– chodník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5B0E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F7C1C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905E1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35C0F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F84B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153B6C24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E86D9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18246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1614/4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A2B2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Husitská u or. č. 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>– chodník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69B43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F2B3C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A8B1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6D99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5F60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0F3F2E63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06A83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F2D75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1614</w:t>
            </w:r>
            <w:r>
              <w:rPr>
                <w:rFonts w:ascii="Arial" w:hAnsi="Arial" w:cs="Arial"/>
                <w:sz w:val="16"/>
                <w:szCs w:val="16"/>
              </w:rPr>
              <w:t>/4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CF85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Husitská u or.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>č. 8a – chodník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F9DC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4F7B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1180D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49771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2B96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62F73DED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34583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EE793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1614/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E4AB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pacing w:val="-4"/>
                <w:sz w:val="16"/>
                <w:szCs w:val="16"/>
              </w:rPr>
              <w:t>Husitská u or. č. 11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>– chodník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6216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B759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AABD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E773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FA63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26D06E22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F99AB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87168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1614</w:t>
            </w:r>
            <w:r>
              <w:rPr>
                <w:rFonts w:ascii="Arial" w:hAnsi="Arial" w:cs="Arial"/>
                <w:sz w:val="16"/>
                <w:szCs w:val="16"/>
              </w:rPr>
              <w:t>/4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817F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Husitská u or. č. 12 – chodník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CB10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13AC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7E1D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FEC3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6D90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0FCD8562" w14:textId="77777777" w:rsidTr="008C55C2">
        <w:trPr>
          <w:cantSplit/>
          <w:trHeight w:hRule="exact" w:val="28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DD59C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98918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1020/1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4737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pacing w:val="-4"/>
                <w:sz w:val="16"/>
                <w:szCs w:val="16"/>
              </w:rPr>
              <w:t xml:space="preserve">Kollárova u or. č. 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6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E5A4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9F231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159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15EBB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BD37F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6C1CB9D1" w14:textId="77777777" w:rsidTr="008C55C2">
        <w:trPr>
          <w:cantSplit/>
          <w:trHeight w:hRule="exact" w:val="28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2B6B3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A7D069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1020/1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32EC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pacing w:val="-4"/>
                <w:sz w:val="16"/>
                <w:szCs w:val="16"/>
              </w:rPr>
              <w:t xml:space="preserve">Kollárova u or. č. 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9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5571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AD0F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E814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123AF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2A33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28E5EA3F" w14:textId="77777777" w:rsidTr="008C55C2">
        <w:trPr>
          <w:cantSplit/>
          <w:trHeight w:hRule="exact" w:val="28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16749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B425C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41</w:t>
            </w:r>
            <w:r>
              <w:rPr>
                <w:rFonts w:ascii="Arial" w:hAnsi="Arial" w:cs="Arial"/>
                <w:sz w:val="16"/>
                <w:szCs w:val="16"/>
              </w:rPr>
              <w:t>34/32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9F6F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Křižíkova </w:t>
            </w:r>
            <w:r>
              <w:rPr>
                <w:rFonts w:ascii="Arial" w:hAnsi="Arial" w:cs="Arial"/>
                <w:sz w:val="16"/>
                <w:szCs w:val="16"/>
              </w:rPr>
              <w:t xml:space="preserve">u </w:t>
            </w:r>
            <w:r w:rsidRPr="00660551">
              <w:rPr>
                <w:rFonts w:ascii="Arial" w:hAnsi="Arial" w:cs="Arial"/>
                <w:sz w:val="16"/>
                <w:szCs w:val="16"/>
              </w:rPr>
              <w:t>or. č. 9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554D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4FC3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CE60F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28EA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6F51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5A189ED7" w14:textId="77777777" w:rsidTr="008C55C2">
        <w:trPr>
          <w:cantSplit/>
          <w:trHeight w:hRule="exact" w:val="62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839D9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AFEDD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1087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3E078" w14:textId="77777777" w:rsidR="00A142E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Malátova or. č. 1c</w:t>
            </w:r>
            <w:r>
              <w:rPr>
                <w:rFonts w:ascii="Arial" w:hAnsi="Arial" w:cs="Arial"/>
                <w:sz w:val="16"/>
                <w:szCs w:val="16"/>
              </w:rPr>
              <w:t xml:space="preserve"> – u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 provozovny</w:t>
            </w:r>
          </w:p>
          <w:p w14:paraId="7D07182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„V</w:t>
            </w:r>
            <w:r>
              <w:rPr>
                <w:rFonts w:ascii="Arial" w:hAnsi="Arial" w:cs="Arial"/>
                <w:sz w:val="16"/>
                <w:szCs w:val="16"/>
              </w:rPr>
              <w:t>aca Loca</w:t>
            </w:r>
            <w:r w:rsidRPr="00660551">
              <w:rPr>
                <w:rFonts w:ascii="Arial" w:hAnsi="Arial" w:cs="Arial"/>
                <w:sz w:val="16"/>
                <w:szCs w:val="16"/>
              </w:rPr>
              <w:t>“ (dvorní trakt)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5C79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5B8D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15F5C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4101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9D04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0ED82130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296E3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B37B2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938C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Malátova u or. č. 2 – chodník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4E70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F566C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13627F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6863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8C5C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0DE038FB" w14:textId="77777777" w:rsidTr="008C55C2">
        <w:trPr>
          <w:cantSplit/>
          <w:trHeight w:hRule="exact" w:val="28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DE36A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8A1D1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1019/1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AF56B" w14:textId="77777777" w:rsidR="00A142E1" w:rsidRPr="004E600D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4E600D">
              <w:rPr>
                <w:rFonts w:ascii="Arial" w:hAnsi="Arial" w:cs="Arial"/>
                <w:spacing w:val="-6"/>
                <w:sz w:val="16"/>
                <w:szCs w:val="16"/>
              </w:rPr>
              <w:t>Mojmírovo náměstí u or. č. 3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5B93B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CFB81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72CC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D523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6E65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7A666F5B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6BBB0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8B4C3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1019/1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7CECB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Mojmírovo nám</w:t>
            </w:r>
            <w:r>
              <w:rPr>
                <w:rFonts w:ascii="Arial" w:hAnsi="Arial" w:cs="Arial"/>
                <w:sz w:val="16"/>
                <w:szCs w:val="16"/>
              </w:rPr>
              <w:t>ěstí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 4 – chodník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5226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5AF6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697B3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677FB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5BCB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57D8DF65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AE7F3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3132B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1019/24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35D5E" w14:textId="77777777" w:rsidR="00A142E1" w:rsidRPr="00601AB2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601AB2">
              <w:rPr>
                <w:rFonts w:ascii="Arial" w:hAnsi="Arial" w:cs="Arial"/>
                <w:spacing w:val="-2"/>
                <w:sz w:val="16"/>
                <w:szCs w:val="16"/>
              </w:rPr>
              <w:t>Mojmírovo nám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ěstí</w:t>
            </w:r>
            <w:r w:rsidRPr="00601AB2">
              <w:rPr>
                <w:rFonts w:ascii="Arial" w:hAnsi="Arial" w:cs="Arial"/>
                <w:spacing w:val="-2"/>
                <w:sz w:val="16"/>
                <w:szCs w:val="16"/>
              </w:rPr>
              <w:t xml:space="preserve"> u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o</w:t>
            </w:r>
            <w:r w:rsidRPr="00601AB2">
              <w:rPr>
                <w:rFonts w:ascii="Arial" w:hAnsi="Arial" w:cs="Arial"/>
                <w:spacing w:val="-2"/>
                <w:sz w:val="16"/>
                <w:szCs w:val="16"/>
              </w:rPr>
              <w:t>r.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601AB2">
              <w:rPr>
                <w:rFonts w:ascii="Arial" w:hAnsi="Arial" w:cs="Arial"/>
                <w:spacing w:val="-2"/>
                <w:sz w:val="16"/>
                <w:szCs w:val="16"/>
              </w:rPr>
              <w:t>č. 13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18C5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160A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60DD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D877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18C1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69B9DBAB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EFBA3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085CC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1019/1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DD145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0817">
              <w:rPr>
                <w:rFonts w:ascii="Arial" w:hAnsi="Arial" w:cs="Arial"/>
                <w:spacing w:val="-2"/>
                <w:sz w:val="16"/>
                <w:szCs w:val="16"/>
              </w:rPr>
              <w:t>Mojmírovo nám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ěstí</w:t>
            </w:r>
            <w:r w:rsidRPr="00AF0817">
              <w:rPr>
                <w:rFonts w:ascii="Arial" w:hAnsi="Arial" w:cs="Arial"/>
                <w:spacing w:val="-2"/>
                <w:sz w:val="16"/>
                <w:szCs w:val="16"/>
              </w:rPr>
              <w:t xml:space="preserve"> u or. č.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 </w:t>
            </w:r>
            <w:r w:rsidRPr="00AF0817">
              <w:rPr>
                <w:rFonts w:ascii="Arial" w:hAnsi="Arial" w:cs="Arial"/>
                <w:spacing w:val="-2"/>
                <w:sz w:val="16"/>
                <w:szCs w:val="16"/>
              </w:rPr>
              <w:t>17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22EB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6E58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C0CED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CC545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D657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254F916B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2D28BB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80603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795A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 25 – chodník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56E6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84DFD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4B91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D09C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C3AF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10B644EA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8A6E5D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B8E45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1169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CAF8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or. č. 54</w:t>
            </w:r>
            <w:r>
              <w:rPr>
                <w:rFonts w:ascii="Arial" w:hAnsi="Arial" w:cs="Arial"/>
                <w:sz w:val="16"/>
                <w:szCs w:val="16"/>
              </w:rPr>
              <w:t xml:space="preserve"> – ve dvoře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5AFDF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8C6D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1153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813DB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EA4D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4242D188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E8E10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1CD97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140</w:t>
            </w:r>
            <w:r w:rsidRPr="00660551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FD2B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pacing w:val="-4"/>
                <w:sz w:val="16"/>
                <w:szCs w:val="16"/>
              </w:rPr>
              <w:t>Palackého tř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pacing w:val="-4"/>
                <w:sz w:val="16"/>
                <w:szCs w:val="16"/>
              </w:rPr>
              <w:t xml:space="preserve"> or. č. 60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 ve dvoře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D4B06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0E5A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7A11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B023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FAC53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4EEAD2E9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D1F08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4C3A7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1507/1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BC8C9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or. č. 91 – ve dvoře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2B3E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C08B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162,5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855D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1D367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7D609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21C285DA" w14:textId="77777777" w:rsidTr="008C55C2">
        <w:trPr>
          <w:cantSplit/>
          <w:trHeight w:hRule="exact" w:val="28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A24F7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58D5E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297/1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38F6F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 97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260D9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A68A1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CD5D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340A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3904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4F30E4E8" w14:textId="77777777" w:rsidTr="008C55C2">
        <w:trPr>
          <w:cantSplit/>
          <w:trHeight w:hRule="exact" w:val="62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5CD6B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F657D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564/1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3AD83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 126 – restaurace KC Semilasso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46A7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4EBB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2890B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0372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F8F1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5422AA20" w14:textId="77777777" w:rsidTr="008C55C2">
        <w:trPr>
          <w:cantSplit/>
          <w:trHeight w:hRule="exact" w:val="62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A6EAD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24.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04A6E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56</w:t>
            </w:r>
            <w:r>
              <w:rPr>
                <w:rFonts w:ascii="Arial" w:hAnsi="Arial" w:cs="Arial"/>
                <w:sz w:val="16"/>
                <w:szCs w:val="16"/>
              </w:rPr>
              <w:t>4/1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83033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660551">
              <w:rPr>
                <w:rFonts w:ascii="Arial" w:hAnsi="Arial" w:cs="Arial"/>
                <w:sz w:val="16"/>
                <w:szCs w:val="16"/>
              </w:rPr>
              <w:t>126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– </w:t>
            </w:r>
            <w:r>
              <w:rPr>
                <w:rFonts w:ascii="Arial" w:hAnsi="Arial" w:cs="Arial"/>
                <w:sz w:val="16"/>
                <w:szCs w:val="16"/>
              </w:rPr>
              <w:t>v zahradě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KC Semilasso 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044F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21FE7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EC3E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E265F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2DFDB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5F8B8561" w14:textId="77777777" w:rsidTr="008C55C2">
        <w:trPr>
          <w:cantSplit/>
          <w:trHeight w:hRule="exact" w:val="62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57819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3D353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56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E780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126 – </w:t>
            </w:r>
            <w:r>
              <w:rPr>
                <w:rFonts w:ascii="Arial" w:hAnsi="Arial" w:cs="Arial"/>
                <w:sz w:val="16"/>
                <w:szCs w:val="16"/>
              </w:rPr>
              <w:t>terasa u schodiště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K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Semilasso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FC5F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96BC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8276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C752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75819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rozšíření na schodiště KC Semilasso</w:t>
            </w:r>
          </w:p>
        </w:tc>
      </w:tr>
      <w:tr w:rsidR="00A142E1" w:rsidRPr="005C0F58" w14:paraId="183B36B3" w14:textId="77777777" w:rsidTr="008C55C2">
        <w:trPr>
          <w:cantSplit/>
          <w:trHeight w:hRule="exact" w:val="454"/>
        </w:trPr>
        <w:tc>
          <w:tcPr>
            <w:tcW w:w="2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8D354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5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1FDF0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B30F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C6B18">
              <w:rPr>
                <w:rFonts w:ascii="Arial" w:hAnsi="Arial" w:cs="Arial"/>
                <w:spacing w:val="-8"/>
                <w:sz w:val="16"/>
                <w:szCs w:val="16"/>
              </w:rPr>
              <w:t>Palackého třída or. č. 137 – u provozovny „Středisko Kafé“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3048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22FE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4578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DDE9B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1CBF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2AE34B0" w14:textId="77777777" w:rsidR="00A142E1" w:rsidRDefault="00A142E1" w:rsidP="00A142E1"/>
    <w:tbl>
      <w:tblPr>
        <w:tblW w:w="501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95"/>
        <w:gridCol w:w="1074"/>
        <w:gridCol w:w="2118"/>
        <w:gridCol w:w="966"/>
        <w:gridCol w:w="901"/>
        <w:gridCol w:w="1323"/>
        <w:gridCol w:w="1310"/>
        <w:gridCol w:w="1415"/>
      </w:tblGrid>
      <w:tr w:rsidR="00A142E1" w:rsidRPr="00660551" w14:paraId="5258F039" w14:textId="77777777" w:rsidTr="008C55C2">
        <w:trPr>
          <w:cantSplit/>
          <w:trHeight w:hRule="exact" w:val="284"/>
        </w:trPr>
        <w:tc>
          <w:tcPr>
            <w:tcW w:w="192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281E9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2ACB8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CF65EB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185BAB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660551" w14:paraId="0906CE56" w14:textId="77777777" w:rsidTr="008C55C2">
        <w:trPr>
          <w:cantSplit/>
          <w:trHeight w:hRule="exact" w:val="709"/>
        </w:trPr>
        <w:tc>
          <w:tcPr>
            <w:tcW w:w="25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048A3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36E260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A9775E3" w14:textId="77777777" w:rsidR="00A142E1" w:rsidRPr="000C154B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Královo Pole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92466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A4AFF1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60551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FEA36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CD004C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(m</w:t>
            </w:r>
            <w:r w:rsidRPr="0066055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5530DF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40B34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5B2A839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065A9933" w14:textId="77777777" w:rsidTr="008C55C2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67F99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27.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F9FFE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425/9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BFDC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660551">
              <w:rPr>
                <w:rFonts w:ascii="Arial" w:hAnsi="Arial" w:cs="Arial"/>
                <w:sz w:val="16"/>
                <w:szCs w:val="16"/>
              </w:rPr>
              <w:t>162 (restaurace Zagreb)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40E4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519E7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F97C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E4D2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2191F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514865C6" w14:textId="77777777" w:rsidTr="008C55C2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3F252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6427D9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5012/1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9BDE5" w14:textId="77777777" w:rsidR="00A142E1" w:rsidRPr="00DC6B18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pacing w:val="-8"/>
                <w:sz w:val="16"/>
                <w:szCs w:val="16"/>
              </w:rPr>
            </w:pPr>
            <w:r w:rsidRPr="00B24EFB">
              <w:rPr>
                <w:rFonts w:ascii="Arial" w:hAnsi="Arial" w:cs="Arial"/>
                <w:spacing w:val="-4"/>
                <w:sz w:val="16"/>
                <w:szCs w:val="16"/>
              </w:rPr>
              <w:t>Palackého třída u or. č. 162 (restaurace Zagreb – dole)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6E30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CFEEB7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5A94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C484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EE30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7D227891" w14:textId="77777777" w:rsidTr="008C55C2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53BDD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866C7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4999, 5005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B1F1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or. č. 162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5833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87D9F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81B0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7BF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E655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5E86D8E7" w14:textId="77777777" w:rsidTr="008C55C2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785B32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30.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4F6534" w14:textId="77777777" w:rsidR="00A142E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5012/1, 5012/2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2EA662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5012/3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D3C4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or. č. 164 (dvorní trakt)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E81C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49CA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AC72D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7E3A3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4B95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4C6A63FE" w14:textId="77777777" w:rsidTr="008C55C2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C0CC0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31.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C22519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1158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619F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Poděbradova or. č. 12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E98CF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8F7A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1427D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0B58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139F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38402503" w14:textId="77777777" w:rsidTr="008C55C2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AF33F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32.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A287E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1158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4CF2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Poděbradova or. č. 61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D1A5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7399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A31F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BF38C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B36C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4E2D1379" w14:textId="77777777" w:rsidTr="008C55C2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8C5F3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33.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2EB74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3618/1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AA50B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Purkyňova or. č. 80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A66F3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C247D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0895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1450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17AB3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4F4DE947" w14:textId="77777777" w:rsidTr="008C55C2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0D8E8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34.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9E0ED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3618/1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CA17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Purkyňova or. č. 116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BAED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E7E8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93C3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7D9C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A925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6F83B998" w14:textId="77777777" w:rsidTr="008C55C2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B2D6B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35.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0A5FE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2129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DE879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Riegrova or. č. 20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C55B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0BBD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43FF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7AEF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1173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3580F077" w14:textId="77777777" w:rsidTr="008C55C2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73F3BB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36.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A5A1BF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3565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F05E3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ul. Skácelova u or. č. 28 – chodník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95B9C1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7F904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ACE7B3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E599FC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539B7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6946F96A" w14:textId="77777777" w:rsidTr="008C55C2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E95C7D8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37.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43206F4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5339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E5AC1E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Skácelova or. č. 36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ACD8819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EADE0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53ABAD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EEDC11F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16A1B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77EDF8C2" w14:textId="77777777" w:rsidTr="008C55C2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2DB5529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38.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35EF73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5339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D3DB87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Skácelova or. č. 69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DB7B4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61489B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CF4EDA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B4EF3C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EEA91F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2D35692D" w14:textId="77777777" w:rsidTr="008C55C2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F6D1060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39.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61A344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5368/1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5455F2" w14:textId="77777777" w:rsidR="00A142E1" w:rsidRPr="00DC6B18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DC6B18">
              <w:rPr>
                <w:rFonts w:ascii="Arial" w:hAnsi="Arial" w:cs="Arial"/>
                <w:spacing w:val="-6"/>
                <w:sz w:val="16"/>
                <w:szCs w:val="16"/>
              </w:rPr>
              <w:t>Slovanské náměstí u or. č. 1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71E9B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1F482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01ED43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BFD443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3EF47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44EC80C4" w14:textId="77777777" w:rsidTr="008C55C2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510A535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40.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A9ED57F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2051/1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A712AB3" w14:textId="77777777" w:rsidR="00A142E1" w:rsidRPr="00DC6B18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DC6B18">
              <w:rPr>
                <w:rFonts w:ascii="Arial" w:hAnsi="Arial" w:cs="Arial"/>
                <w:spacing w:val="-4"/>
                <w:sz w:val="16"/>
                <w:szCs w:val="16"/>
              </w:rPr>
              <w:t>Slovanské náměstí (park)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7FEC6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09CB097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62F58C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6DFF3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E5E0C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3191FB44" w14:textId="77777777" w:rsidTr="008C55C2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4B692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41.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ACD0EF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1863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84F1F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Dobrovského u or. č. 30</w:t>
            </w:r>
            <w:r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660551">
              <w:rPr>
                <w:rFonts w:ascii="Arial" w:hAnsi="Arial" w:cs="Arial"/>
                <w:sz w:val="16"/>
                <w:szCs w:val="16"/>
              </w:rPr>
              <w:t>prostranství na</w:t>
            </w:r>
            <w:r>
              <w:rPr>
                <w:rFonts w:ascii="Arial" w:hAnsi="Arial" w:cs="Arial"/>
                <w:sz w:val="16"/>
                <w:szCs w:val="16"/>
              </w:rPr>
              <w:t xml:space="preserve"> nároží s ul.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Slovinsk</w:t>
            </w:r>
            <w:r>
              <w:rPr>
                <w:rFonts w:ascii="Arial" w:hAnsi="Arial" w:cs="Arial"/>
                <w:sz w:val="16"/>
                <w:szCs w:val="16"/>
              </w:rPr>
              <w:t>ou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01A1F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70A8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ACF4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EBD8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9724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7653A313" w14:textId="77777777" w:rsidTr="008C55C2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121A4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54646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2373/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660551">
              <w:rPr>
                <w:rFonts w:ascii="Arial" w:hAnsi="Arial" w:cs="Arial"/>
                <w:sz w:val="16"/>
                <w:szCs w:val="16"/>
              </w:rPr>
              <w:t>, 2373/1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660551">
              <w:rPr>
                <w:rFonts w:ascii="Arial" w:hAnsi="Arial" w:cs="Arial"/>
                <w:sz w:val="16"/>
                <w:szCs w:val="16"/>
              </w:rPr>
              <w:t>, 2373/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D66E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Srbská or. č. 51 – nákupní středisko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660551">
              <w:rPr>
                <w:rFonts w:ascii="Arial" w:hAnsi="Arial" w:cs="Arial"/>
                <w:sz w:val="16"/>
                <w:szCs w:val="16"/>
              </w:rPr>
              <w:t> rest</w:t>
            </w:r>
            <w:r>
              <w:rPr>
                <w:rFonts w:ascii="Arial" w:hAnsi="Arial" w:cs="Arial"/>
                <w:sz w:val="16"/>
                <w:szCs w:val="16"/>
              </w:rPr>
              <w:t>aurace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„</w:t>
            </w:r>
            <w:r w:rsidRPr="00660551">
              <w:rPr>
                <w:rFonts w:ascii="Arial" w:hAnsi="Arial" w:cs="Arial"/>
                <w:sz w:val="16"/>
                <w:szCs w:val="16"/>
              </w:rPr>
              <w:t>Portoriko</w:t>
            </w:r>
            <w:r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102A3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ED77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CEF8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E258D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3507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109F11F7" w14:textId="77777777" w:rsidTr="008C55C2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3FDAD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478D6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93</w:t>
            </w:r>
            <w:r>
              <w:rPr>
                <w:rFonts w:ascii="Arial" w:hAnsi="Arial" w:cs="Arial"/>
                <w:sz w:val="16"/>
                <w:szCs w:val="16"/>
              </w:rPr>
              <w:t>, 3339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73FD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Svatopluka Čecha or. č. 81 </w:t>
            </w:r>
            <w:r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Pr="00660551">
              <w:rPr>
                <w:rFonts w:ascii="Arial" w:hAnsi="Arial" w:cs="Arial"/>
                <w:sz w:val="16"/>
                <w:szCs w:val="16"/>
              </w:rPr>
              <w:t>prostranství na</w:t>
            </w:r>
            <w:r>
              <w:rPr>
                <w:rFonts w:ascii="Arial" w:hAnsi="Arial" w:cs="Arial"/>
                <w:sz w:val="16"/>
                <w:szCs w:val="16"/>
              </w:rPr>
              <w:t xml:space="preserve"> nároží s ul.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Matulkovou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907A3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6E95B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32C8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D073DC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9B4F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67AB3301" w14:textId="77777777" w:rsidTr="008C55C2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0DBBD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7AC58B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1197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91DD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Veleslavínova or. č. 14 – ve dvoře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AB1B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0E04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89DCB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A4FB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0C039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D0A793" w14:textId="77777777" w:rsidR="00A142E1" w:rsidRPr="00D12D72" w:rsidRDefault="00A142E1" w:rsidP="00A142E1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E2) Restaurační zahrádky – k. ú. Ponava:</w:t>
      </w:r>
    </w:p>
    <w:tbl>
      <w:tblPr>
        <w:tblW w:w="5005" w:type="pct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3"/>
        <w:gridCol w:w="1078"/>
        <w:gridCol w:w="2107"/>
        <w:gridCol w:w="994"/>
        <w:gridCol w:w="852"/>
        <w:gridCol w:w="1420"/>
        <w:gridCol w:w="1276"/>
        <w:gridCol w:w="1393"/>
      </w:tblGrid>
      <w:tr w:rsidR="00A142E1" w:rsidRPr="00660551" w14:paraId="309C37BB" w14:textId="77777777" w:rsidTr="008C55C2">
        <w:trPr>
          <w:cantSplit/>
          <w:trHeight w:hRule="exact" w:val="284"/>
        </w:trPr>
        <w:tc>
          <w:tcPr>
            <w:tcW w:w="190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B96FB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6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FEC97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83D737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DE40B8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660551" w14:paraId="4E0D3BE6" w14:textId="77777777" w:rsidTr="008C55C2">
        <w:trPr>
          <w:cantSplit/>
          <w:trHeight w:hRule="exact" w:val="709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12BF3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3DDF32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76A848B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Ponava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FAA69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D5D07D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počet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>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17AC18E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438F43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ADBCC2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(m</w:t>
            </w:r>
            <w:r w:rsidRPr="00D34BEF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34446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30A82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AAF3191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1E4B1BA1" w14:textId="77777777" w:rsidTr="008C55C2">
        <w:trPr>
          <w:cantSplit/>
          <w:trHeight w:hRule="exact" w:val="284"/>
        </w:trPr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BFD78B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BCEC6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144/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C5FD7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Botanická or. č. 55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60551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51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99941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D36311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4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8C50C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6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04A93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3DC1CD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7F4D722C" w14:textId="77777777" w:rsidTr="008C55C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6FB9D1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3867F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144/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F9047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ul. Botanická or. č. 57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2CF04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0A52E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1AEE2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2E917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8FCA3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693A07B9" w14:textId="77777777" w:rsidTr="008C55C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220C27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390BE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22</w:t>
            </w:r>
            <w:r>
              <w:rPr>
                <w:rFonts w:ascii="Arial" w:hAnsi="Arial" w:cs="Arial"/>
                <w:sz w:val="16"/>
                <w:szCs w:val="16"/>
              </w:rPr>
              <w:t>9/1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8AB80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Kabátníkova u or. č. 7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9C2718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894BF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3,25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33FE0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A4137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F8C021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5A6BC988" w14:textId="77777777" w:rsidTr="008C55C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472157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D6FE5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777/1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E833A3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Pionýrská u or. č. 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11BA8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2C828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97B667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3D6CF3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8996D3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2B6E4604" w14:textId="77777777" w:rsidTr="008C55C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1F5F0A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8DED6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74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D9827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Pionýrská u or. č. 13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6F581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94298D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0AD7F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0C257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059D4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45E1E681" w14:textId="77777777" w:rsidTr="008C55C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80CFE9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B4E9E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7ED92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Rybníček u or. č. 6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5C8B0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4E3C51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6CF92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9EE31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7BFE9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3E402334" w14:textId="77777777" w:rsidTr="008C55C2">
        <w:trPr>
          <w:cantSplit/>
          <w:trHeight w:hRule="exact" w:val="62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54B6F0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FAC104" w14:textId="77777777" w:rsidR="00A142E1" w:rsidRPr="00660551" w:rsidRDefault="00A142E1" w:rsidP="008C55C2">
            <w:pPr>
              <w:rPr>
                <w:rFonts w:cs="Arial"/>
                <w:sz w:val="16"/>
                <w:szCs w:val="16"/>
              </w:rPr>
            </w:pPr>
            <w:r w:rsidRPr="00660551">
              <w:rPr>
                <w:rFonts w:cs="Arial"/>
                <w:sz w:val="16"/>
                <w:szCs w:val="16"/>
              </w:rPr>
              <w:t>1079/5</w:t>
            </w:r>
            <w:r>
              <w:rPr>
                <w:rFonts w:cs="Arial"/>
                <w:sz w:val="16"/>
                <w:szCs w:val="16"/>
              </w:rPr>
              <w:t>,</w:t>
            </w:r>
          </w:p>
          <w:p w14:paraId="00CBC0A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1079/6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A96B8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Sportovní or. č. 2a</w:t>
            </w:r>
            <w:r>
              <w:rPr>
                <w:rFonts w:ascii="Arial" w:hAnsi="Arial" w:cs="Arial"/>
                <w:sz w:val="16"/>
                <w:szCs w:val="16"/>
              </w:rPr>
              <w:t xml:space="preserve"> – u restaurace hotelu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(areál „B</w:t>
            </w:r>
            <w:r w:rsidRPr="00660551">
              <w:rPr>
                <w:rFonts w:ascii="Arial" w:hAnsi="Arial" w:cs="Arial"/>
                <w:sz w:val="16"/>
                <w:szCs w:val="16"/>
              </w:rPr>
              <w:t>obycentr</w:t>
            </w:r>
            <w:r>
              <w:rPr>
                <w:rFonts w:ascii="Arial" w:hAnsi="Arial" w:cs="Arial"/>
                <w:sz w:val="16"/>
                <w:szCs w:val="16"/>
              </w:rPr>
              <w:t>um“)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8E023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F8C35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6B261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A21F3F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957F43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0298C5BE" w14:textId="77777777" w:rsidTr="008C55C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935117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9AB8F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B6E539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Staňkova or. č. 8b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484A17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32F8F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86186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635793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237DAB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71A224CC" w14:textId="77777777" w:rsidTr="008C55C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E6BB7A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B30CA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F9C25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Staňkova or. č. 15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6A0F1E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6DC9AB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DE844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858BDC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53384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2FB924A0" w14:textId="77777777" w:rsidTr="008C55C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6AAACE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27950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8DE312" w14:textId="77777777" w:rsidR="00A142E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Staňkova or. č. 17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4D111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957A6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8542D7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621D4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80916B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698C46D4" w14:textId="77777777" w:rsidTr="008C55C2">
        <w:trPr>
          <w:cantSplit/>
          <w:trHeight w:hRule="exact" w:val="62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BEE62A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90C38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565/25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A91B95" w14:textId="77777777" w:rsidR="00A142E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ul. Střední or. č. 34 – provozovna „Elliva Cafe Bistro“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93F66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5F932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9CDD37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DF5A9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7A394B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74142A5E" w14:textId="77777777" w:rsidTr="008C55C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862EDF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C10484" w14:textId="77777777" w:rsidR="00A142E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937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D71E2F" w14:textId="77777777" w:rsidR="00A142E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Šelepova u or. č. 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1ADCFF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0EDC04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1B574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EFFFC1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337B77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27E7EE3A" w14:textId="77777777" w:rsidTr="008C55C2">
        <w:trPr>
          <w:cantSplit/>
          <w:trHeight w:hRule="exact" w:val="284"/>
        </w:trPr>
        <w:tc>
          <w:tcPr>
            <w:tcW w:w="190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AA437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96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EA4A73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36F60C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489DCC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660551" w14:paraId="44D90601" w14:textId="77777777" w:rsidTr="008C55C2">
        <w:trPr>
          <w:cantSplit/>
          <w:trHeight w:hRule="exact" w:val="709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AAF8EF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1C9A17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75503B7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Ponava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05EA9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05A30E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počet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>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6B4D481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D4A6A8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F0A22F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(m</w:t>
            </w:r>
            <w:r w:rsidRPr="00D34BEF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EC56D1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CB57C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6F374EB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3CAE2C89" w14:textId="77777777" w:rsidTr="008C55C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C83BC3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A99B2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373/3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B215E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Štefánikova or. č. 16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FF775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9138F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42393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99A74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B346C2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3C6D0240" w14:textId="77777777" w:rsidTr="008C55C2">
        <w:trPr>
          <w:cantSplit/>
          <w:trHeight w:hRule="exact" w:val="113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EF561F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C7884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373/1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C3DB4C" w14:textId="77777777" w:rsidR="00A142E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Š</w:t>
            </w:r>
            <w:r w:rsidRPr="00660551">
              <w:rPr>
                <w:rFonts w:ascii="Arial" w:hAnsi="Arial" w:cs="Arial"/>
                <w:sz w:val="16"/>
                <w:szCs w:val="16"/>
              </w:rPr>
              <w:t>tefánikova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>u or. č. 25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C0A6FD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D2EA1D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6C28D6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676C77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B8D91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rest. zahrádka </w:t>
            </w:r>
            <w:r w:rsidRPr="00660551">
              <w:rPr>
                <w:rFonts w:ascii="Arial" w:hAnsi="Arial" w:cs="Arial"/>
                <w:sz w:val="16"/>
                <w:szCs w:val="16"/>
              </w:rPr>
              <w:t>bude odsunuta min. 3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660551">
              <w:rPr>
                <w:rFonts w:ascii="Arial" w:hAnsi="Arial" w:cs="Arial"/>
                <w:sz w:val="16"/>
                <w:szCs w:val="16"/>
              </w:rPr>
              <w:t>m od restaurace sm</w:t>
            </w:r>
            <w:r>
              <w:rPr>
                <w:rFonts w:ascii="Arial" w:hAnsi="Arial" w:cs="Arial"/>
                <w:sz w:val="16"/>
                <w:szCs w:val="16"/>
              </w:rPr>
              <w:t>ě</w:t>
            </w:r>
            <w:r w:rsidRPr="00660551">
              <w:rPr>
                <w:rFonts w:ascii="Arial" w:hAnsi="Arial" w:cs="Arial"/>
                <w:sz w:val="16"/>
                <w:szCs w:val="16"/>
              </w:rPr>
              <w:t>rem ke komunikaci</w:t>
            </w:r>
          </w:p>
        </w:tc>
      </w:tr>
      <w:tr w:rsidR="00A142E1" w:rsidRPr="00660551" w14:paraId="162A59E6" w14:textId="77777777" w:rsidTr="008C55C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FC223F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BAB24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373/1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568DD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Štefánikova or. č. 39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8C132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C677EE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F3E65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D85B43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321A5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1144323A" w14:textId="77777777" w:rsidTr="008C55C2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C7868C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819955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E3F7B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Štefánikova 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660551">
              <w:rPr>
                <w:rFonts w:ascii="Arial" w:hAnsi="Arial" w:cs="Arial"/>
                <w:sz w:val="16"/>
                <w:szCs w:val="16"/>
              </w:rPr>
              <w:t>r. č. 51 – vstup z ul. Šumavská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A31D44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A6A839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90698C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2E0DB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D0972B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234EA0EB" w14:textId="77777777" w:rsidTr="008C55C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479A3D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F4CE5B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9D5BBE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Štefánikov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 61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D5525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C527B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91ED0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3EF2F1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FAF9D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021ACD55" w14:textId="77777777" w:rsidTr="008C55C2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80109E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0A4E8C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741FD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Šumavská u or. č. 1 –  plocha</w:t>
            </w:r>
            <w:r>
              <w:rPr>
                <w:rFonts w:ascii="Arial" w:hAnsi="Arial" w:cs="Arial"/>
                <w:sz w:val="16"/>
                <w:szCs w:val="16"/>
              </w:rPr>
              <w:t xml:space="preserve"> zeleně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DF61973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3B4045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1D7BB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1F3354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B010B49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3FF82103" w14:textId="77777777" w:rsidTr="008C55C2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43F93D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BD7E5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A3BC26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Šumavská or. č. 1 – ve dvoře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75C5A8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2CC5A6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A768D2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6CE8F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328A8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660551" w14:paraId="23BABEDD" w14:textId="77777777" w:rsidTr="008C55C2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173D6B" w14:textId="77777777" w:rsidR="00A142E1" w:rsidRPr="00660551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9BF6BA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577/23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553B00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U Červeného mlýna or. č. 12a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C54B89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EFAD2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D15CC0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DFE71A" w14:textId="77777777" w:rsidR="00A142E1" w:rsidRPr="0066055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B19C01" w14:textId="77777777" w:rsidR="00A142E1" w:rsidRPr="00660551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38D85C" w14:textId="77777777" w:rsidR="00A142E1" w:rsidRPr="00D12D72" w:rsidRDefault="00A142E1" w:rsidP="00A142E1">
      <w:pPr>
        <w:pStyle w:val="Zkladntext"/>
        <w:spacing w:before="240" w:after="1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E3) Restaurační zahrádky – k. ú. Sadová: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4"/>
        <w:gridCol w:w="1077"/>
        <w:gridCol w:w="2104"/>
        <w:gridCol w:w="993"/>
        <w:gridCol w:w="851"/>
        <w:gridCol w:w="1418"/>
        <w:gridCol w:w="1275"/>
        <w:gridCol w:w="1391"/>
      </w:tblGrid>
      <w:tr w:rsidR="00A142E1" w:rsidRPr="005C0F58" w14:paraId="6174498B" w14:textId="77777777" w:rsidTr="008C55C2">
        <w:trPr>
          <w:cantSplit/>
          <w:trHeight w:hRule="exact" w:val="284"/>
        </w:trPr>
        <w:tc>
          <w:tcPr>
            <w:tcW w:w="190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D12479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6B3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6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713B1A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6B3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F54C1B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6B3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27584CC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6B3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142E1" w:rsidRPr="005C0F58" w14:paraId="762C8AB3" w14:textId="77777777" w:rsidTr="008C55C2">
        <w:trPr>
          <w:cantSplit/>
          <w:trHeight w:hRule="exact" w:val="709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36459E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199C5C" w14:textId="77777777" w:rsidR="00A142E1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479046B8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Sadová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F5DDC2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4917F1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CD6B33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2868CA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B491154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(m</w:t>
            </w:r>
            <w:r w:rsidRPr="00CD6B3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CD6B3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2ABEC6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E58421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F0AA36F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413D80C4" w14:textId="77777777" w:rsidTr="008C55C2">
        <w:trPr>
          <w:trHeight w:val="483"/>
        </w:trPr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D1E9C4" w14:textId="77777777" w:rsidR="00A142E1" w:rsidRPr="00CD6B33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01DE0C" w14:textId="77777777" w:rsidR="00A142E1" w:rsidRPr="00CD6B33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143/26</w:t>
            </w:r>
          </w:p>
        </w:tc>
        <w:tc>
          <w:tcPr>
            <w:tcW w:w="10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B01DAB" w14:textId="77777777" w:rsidR="00A142E1" w:rsidRPr="00CD6B33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ul. Jarmily Kurandové  or. č. 8 – „KOCI cafe &amp; cakes“</w:t>
            </w:r>
          </w:p>
        </w:tc>
        <w:tc>
          <w:tcPr>
            <w:tcW w:w="51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26F0283" w14:textId="77777777" w:rsidR="00A142E1" w:rsidRPr="00CD6B33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C03547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4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C8CEE5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B5E276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BD9657" w14:textId="77777777" w:rsidR="00A142E1" w:rsidRPr="00CD6B33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E1" w:rsidRPr="005C0F58" w14:paraId="55526DE4" w14:textId="77777777" w:rsidTr="008C55C2">
        <w:trPr>
          <w:cantSplit/>
          <w:trHeight w:val="79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81AE06" w14:textId="77777777" w:rsidR="00A142E1" w:rsidRPr="00CD6B33" w:rsidRDefault="00A142E1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FE1FAD" w14:textId="77777777" w:rsidR="00A142E1" w:rsidRPr="00CD6B33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143/10, 143/28,</w:t>
            </w:r>
          </w:p>
          <w:p w14:paraId="1C1227A9" w14:textId="77777777" w:rsidR="00A142E1" w:rsidRPr="00CD6B33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143/29,</w:t>
            </w:r>
          </w:p>
          <w:p w14:paraId="7F8842E0" w14:textId="77777777" w:rsidR="00A142E1" w:rsidRPr="00CD6B33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143/30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7A8C54" w14:textId="77777777" w:rsidR="00A142E1" w:rsidRPr="00CD6B33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ul. Jarmily Kurandové  or. č. 8 – „Šolc design cafe“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D663D38" w14:textId="77777777" w:rsidR="00A142E1" w:rsidRPr="00CD6B33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476ADB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DB2168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9D886C" w14:textId="77777777" w:rsidR="00A142E1" w:rsidRPr="00CD6B33" w:rsidRDefault="00A142E1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87519B" w14:textId="77777777" w:rsidR="00A142E1" w:rsidRPr="00CD6B33" w:rsidRDefault="00A142E1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4EA1B6" w14:textId="77777777" w:rsidR="00A142E1" w:rsidRPr="00D12D72" w:rsidRDefault="00A142E1" w:rsidP="00A142E1">
      <w:pPr>
        <w:pStyle w:val="Zkladntext"/>
        <w:spacing w:before="360" w:after="12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HLAVA F: Pojízdný prodej, pochůzkový prodej a prodej bez prodejního zařízení</w:t>
      </w:r>
    </w:p>
    <w:p w14:paraId="219EB3D0" w14:textId="77777777" w:rsidR="00A142E1" w:rsidRPr="00045BC6" w:rsidRDefault="00A142E1" w:rsidP="00A142E1">
      <w:pPr>
        <w:spacing w:after="240"/>
        <w:rPr>
          <w:rFonts w:ascii="Arial" w:hAnsi="Arial" w:cs="Arial"/>
          <w:sz w:val="20"/>
          <w:szCs w:val="20"/>
        </w:rPr>
      </w:pPr>
      <w:r w:rsidRPr="00045BC6">
        <w:rPr>
          <w:rFonts w:ascii="Arial" w:hAnsi="Arial" w:cs="Arial"/>
          <w:sz w:val="20"/>
          <w:szCs w:val="20"/>
        </w:rPr>
        <w:t>Pojízdný prodej, pochůzkový prodej a prodej bez prodejního zařízení je možno provozovat při splnění požadavků právních předpisů na celém území MČ Brno – Královo Pole.</w:t>
      </w:r>
    </w:p>
    <w:p w14:paraId="6064ED3B" w14:textId="77777777" w:rsidR="00A142E1" w:rsidRDefault="00A142E1" w:rsidP="00A142E1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67662CA8" w14:textId="77777777" w:rsidR="008E4389" w:rsidRDefault="008E4389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117F9D9" w14:textId="77777777" w:rsidR="008E4389" w:rsidRDefault="008E4389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6AE5F2D" w14:textId="77777777" w:rsidR="008E4389" w:rsidRDefault="008E4389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40FCA997" w14:textId="77777777" w:rsidR="008E4389" w:rsidRDefault="008E4389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61B6DC8D" w14:textId="77777777" w:rsidR="008E4389" w:rsidRDefault="008E4389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5EBC4194" w14:textId="77777777" w:rsidR="008E4389" w:rsidRDefault="008E4389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080F7056" w14:textId="77777777" w:rsidR="008E4389" w:rsidRDefault="008E4389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097B5309" w14:textId="77777777" w:rsidR="008E4389" w:rsidRDefault="008E4389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728E1C61" w14:textId="77777777" w:rsidR="008E4389" w:rsidRDefault="008E4389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4AB481CC" w14:textId="77777777" w:rsidR="008E4389" w:rsidRDefault="008E4389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6C978B3" w14:textId="77777777" w:rsidR="008E4389" w:rsidRDefault="008E4389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03D8C1FE" w14:textId="77777777" w:rsidR="008E4389" w:rsidRDefault="008E4389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5E9EFF4E" w14:textId="77777777" w:rsidR="00A142E1" w:rsidRDefault="00A142E1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0A94EF58" w14:textId="77777777" w:rsidR="00A142E1" w:rsidRDefault="00A142E1" w:rsidP="005E16AB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65D11303" w14:textId="5C580A10" w:rsidR="00FE1565" w:rsidRPr="00021588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021588">
        <w:rPr>
          <w:rFonts w:ascii="Arial" w:hAnsi="Arial" w:cs="Arial"/>
          <w:b/>
          <w:bCs/>
          <w:sz w:val="22"/>
          <w:szCs w:val="22"/>
        </w:rPr>
        <w:lastRenderedPageBreak/>
        <w:t>ČÁST XIV</w:t>
      </w:r>
    </w:p>
    <w:p w14:paraId="20D33DD2" w14:textId="77777777" w:rsidR="00FE1565" w:rsidRPr="00021588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021588">
        <w:rPr>
          <w:rFonts w:ascii="Arial" w:hAnsi="Arial" w:cs="Arial"/>
          <w:b/>
          <w:bCs/>
          <w:sz w:val="22"/>
          <w:szCs w:val="22"/>
        </w:rPr>
        <w:t>MČ BRNO-LÍŠEŇ</w:t>
      </w:r>
    </w:p>
    <w:p w14:paraId="49DFA24F" w14:textId="77777777" w:rsidR="00FE1565" w:rsidRPr="00021588" w:rsidRDefault="00FE1565" w:rsidP="00FF467E">
      <w:pPr>
        <w:pStyle w:val="Zkladntext"/>
        <w:spacing w:before="240" w:line="240" w:lineRule="auto"/>
        <w:rPr>
          <w:rFonts w:ascii="Arial" w:hAnsi="Arial" w:cs="Arial"/>
          <w:b/>
          <w:bCs/>
          <w:sz w:val="22"/>
          <w:szCs w:val="22"/>
        </w:rPr>
      </w:pPr>
      <w:r w:rsidRPr="00021588">
        <w:rPr>
          <w:rFonts w:ascii="Arial" w:hAnsi="Arial" w:cs="Arial"/>
          <w:b/>
          <w:bCs/>
          <w:sz w:val="22"/>
          <w:szCs w:val="22"/>
        </w:rPr>
        <w:t>HLAVA A: Tržiště</w:t>
      </w:r>
      <w:r w:rsidR="008E4A5C" w:rsidRPr="00021588">
        <w:rPr>
          <w:rFonts w:ascii="Arial" w:hAnsi="Arial" w:cs="Arial"/>
          <w:b/>
          <w:bCs/>
          <w:sz w:val="22"/>
          <w:szCs w:val="22"/>
        </w:rPr>
        <w:t xml:space="preserve"> </w:t>
      </w:r>
      <w:r w:rsidR="008E4A5C" w:rsidRPr="00021588">
        <w:rPr>
          <w:rFonts w:ascii="Arial" w:hAnsi="Arial" w:cs="Arial"/>
          <w:sz w:val="22"/>
          <w:szCs w:val="22"/>
        </w:rPr>
        <w:t>(hlava vypuštěna)</w:t>
      </w:r>
    </w:p>
    <w:p w14:paraId="69844FFD" w14:textId="77777777" w:rsidR="00FE1565" w:rsidRPr="00021588" w:rsidRDefault="00FE1565" w:rsidP="00FF467E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021588">
        <w:rPr>
          <w:rFonts w:ascii="Arial" w:hAnsi="Arial" w:cs="Arial"/>
          <w:b/>
          <w:bCs/>
          <w:sz w:val="22"/>
          <w:szCs w:val="22"/>
        </w:rPr>
        <w:t>HLAVA B: Tržní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47"/>
        <w:gridCol w:w="1083"/>
        <w:gridCol w:w="1790"/>
        <w:gridCol w:w="836"/>
        <w:gridCol w:w="836"/>
        <w:gridCol w:w="1367"/>
        <w:gridCol w:w="1543"/>
        <w:gridCol w:w="1681"/>
      </w:tblGrid>
      <w:tr w:rsidR="00FE1565" w:rsidRPr="005C0F58" w14:paraId="0B0FD8D8" w14:textId="77777777" w:rsidTr="00FF467E">
        <w:trPr>
          <w:trHeight w:val="274"/>
        </w:trPr>
        <w:tc>
          <w:tcPr>
            <w:tcW w:w="173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5F0BC8" w14:textId="77777777" w:rsidR="00FE1565" w:rsidRPr="00FF467E" w:rsidRDefault="00FE1565" w:rsidP="0074562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67E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53BA6B" w14:textId="77777777" w:rsidR="00FE1565" w:rsidRPr="00FF467E" w:rsidRDefault="00FE1565" w:rsidP="0074562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67E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1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236EA4" w14:textId="77777777" w:rsidR="00FE1565" w:rsidRPr="00FF467E" w:rsidRDefault="00FE1565" w:rsidP="0074562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67E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B5871BA" w14:textId="77777777" w:rsidR="00FE1565" w:rsidRPr="00FF467E" w:rsidRDefault="00FE1565" w:rsidP="0074562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67E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6D5E38E3" w14:textId="77777777" w:rsidTr="00FF467E">
        <w:trPr>
          <w:trHeight w:val="710"/>
        </w:trPr>
        <w:tc>
          <w:tcPr>
            <w:tcW w:w="23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FE9C13" w14:textId="77777777" w:rsidR="00FE1565" w:rsidRPr="00FF467E" w:rsidRDefault="00FE1565" w:rsidP="0002158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B67B4A" w14:textId="77777777" w:rsidR="00FE1565" w:rsidRPr="00FF467E" w:rsidRDefault="00FE1565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6EA49F6B" w14:textId="77777777" w:rsidR="00FE1565" w:rsidRPr="00FF467E" w:rsidRDefault="00FE1565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Líšeň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84CE66" w14:textId="77777777" w:rsidR="00FE1565" w:rsidRPr="00FF467E" w:rsidRDefault="00FE1565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EEE2B7" w14:textId="77777777" w:rsidR="00FE1565" w:rsidRPr="00FF467E" w:rsidRDefault="00FE1565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7C6124" w14:textId="77777777" w:rsidR="00FE1565" w:rsidRPr="00FF467E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EA79A0A" w14:textId="3ED83AFE" w:rsidR="00FE1565" w:rsidRPr="00FF467E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(m</w:t>
            </w:r>
            <w:r w:rsidR="00021588" w:rsidRPr="0002158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FF467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CD440E" w14:textId="77777777" w:rsidR="00FE1565" w:rsidRPr="00FF467E" w:rsidRDefault="00FE1565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B89F6F" w14:textId="77777777" w:rsidR="00FE1565" w:rsidRPr="00FF467E" w:rsidRDefault="00FE1565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1CC930B4" w14:textId="77777777" w:rsidR="00FE1565" w:rsidRPr="00FF467E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19A360C5" w14:textId="77777777" w:rsidTr="00FF467E">
        <w:tc>
          <w:tcPr>
            <w:tcW w:w="23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B951F4" w14:textId="77777777" w:rsidR="00FE1565" w:rsidRPr="00FF467E" w:rsidRDefault="00FE1565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5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89D04A" w14:textId="77777777" w:rsidR="00FE1565" w:rsidRPr="00FF467E" w:rsidRDefault="00FE1565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6</w:t>
            </w:r>
            <w:r w:rsidR="00E83869" w:rsidRPr="00FF467E"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93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0867C6" w14:textId="77777777" w:rsidR="00FE1565" w:rsidRPr="00FF467E" w:rsidRDefault="00FE1565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E83869" w:rsidRPr="00FF467E">
              <w:rPr>
                <w:rFonts w:ascii="Arial" w:hAnsi="Arial" w:cs="Arial"/>
                <w:sz w:val="16"/>
                <w:szCs w:val="16"/>
              </w:rPr>
              <w:t>Masar</w:t>
            </w:r>
            <w:r w:rsidRPr="00FF467E">
              <w:rPr>
                <w:rFonts w:ascii="Arial" w:hAnsi="Arial" w:cs="Arial"/>
                <w:sz w:val="16"/>
                <w:szCs w:val="16"/>
              </w:rPr>
              <w:t>ova před samoobsluhou</w:t>
            </w:r>
            <w:r w:rsidR="00E83869" w:rsidRPr="00FF467E">
              <w:rPr>
                <w:rFonts w:ascii="Arial" w:hAnsi="Arial" w:cs="Arial"/>
                <w:sz w:val="16"/>
                <w:szCs w:val="16"/>
              </w:rPr>
              <w:t xml:space="preserve"> Albert</w:t>
            </w:r>
          </w:p>
        </w:tc>
        <w:tc>
          <w:tcPr>
            <w:tcW w:w="4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81D5F2" w14:textId="77777777" w:rsidR="00FE1565" w:rsidRPr="00FF467E" w:rsidRDefault="00E83869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F97589" w14:textId="77777777" w:rsidR="00FE1565" w:rsidRPr="00FF467E" w:rsidRDefault="00E83869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</w:t>
            </w:r>
            <w:r w:rsidR="00FE1565" w:rsidRPr="00FF46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1EF3B2" w14:textId="77777777" w:rsidR="00FE1565" w:rsidRPr="00FF467E" w:rsidRDefault="00E83869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8.00–20.00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77AEF0" w14:textId="77777777" w:rsidR="00FE1565" w:rsidRPr="00FF467E" w:rsidRDefault="00E83869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7ED44D" w14:textId="77777777" w:rsidR="00FE1565" w:rsidRPr="00FF467E" w:rsidRDefault="00E83869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mobilní stánky</w:t>
            </w:r>
          </w:p>
        </w:tc>
      </w:tr>
      <w:tr w:rsidR="00FE1565" w:rsidRPr="005C0F58" w14:paraId="2FCC304B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C43464" w14:textId="77777777" w:rsidR="00FE1565" w:rsidRPr="00FF467E" w:rsidRDefault="00FE1565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1ABD77" w14:textId="77777777" w:rsidR="00FE1565" w:rsidRPr="00FF467E" w:rsidRDefault="00FE1565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83</w:t>
            </w:r>
            <w:r w:rsidR="00E83869" w:rsidRPr="00FF467E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E34F9B" w14:textId="77777777" w:rsidR="00FE1565" w:rsidRPr="00FF467E" w:rsidRDefault="00FE1565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E83869" w:rsidRPr="00FF467E">
              <w:rPr>
                <w:rFonts w:ascii="Arial" w:hAnsi="Arial" w:cs="Arial"/>
                <w:sz w:val="16"/>
                <w:szCs w:val="16"/>
              </w:rPr>
              <w:t>Kotlan</w:t>
            </w:r>
            <w:r w:rsidRPr="00FF467E">
              <w:rPr>
                <w:rFonts w:ascii="Arial" w:hAnsi="Arial" w:cs="Arial"/>
                <w:sz w:val="16"/>
                <w:szCs w:val="16"/>
              </w:rPr>
              <w:t xml:space="preserve">ova před samoobsluhou </w:t>
            </w:r>
            <w:r w:rsidR="00E83869" w:rsidRPr="00FF467E">
              <w:rPr>
                <w:rFonts w:ascii="Arial" w:hAnsi="Arial" w:cs="Arial"/>
                <w:sz w:val="16"/>
                <w:szCs w:val="16"/>
              </w:rPr>
              <w:t>HOFR plus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71AAD3" w14:textId="77777777" w:rsidR="00FE1565" w:rsidRPr="00FF467E" w:rsidRDefault="00E83869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B33F5C" w14:textId="77777777" w:rsidR="00FE1565" w:rsidRPr="00FF467E" w:rsidRDefault="00E83869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</w:t>
            </w:r>
            <w:r w:rsidR="00FE1565" w:rsidRPr="00FF46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929D09" w14:textId="77777777" w:rsidR="00FE1565" w:rsidRPr="00FF467E" w:rsidRDefault="00E83869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8.00–20.00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9F62B3" w14:textId="77777777" w:rsidR="00FE1565" w:rsidRPr="00FF467E" w:rsidRDefault="00E83869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9A2D64" w14:textId="77777777" w:rsidR="00FE1565" w:rsidRPr="00FF467E" w:rsidRDefault="00E83869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mobilní stánky</w:t>
            </w:r>
          </w:p>
        </w:tc>
      </w:tr>
      <w:tr w:rsidR="00FE1565" w:rsidRPr="005C0F58" w14:paraId="54CCDFCD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765745A" w14:textId="77777777" w:rsidR="00FE1565" w:rsidRPr="00FF467E" w:rsidRDefault="00FE1565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A2D8900" w14:textId="77777777" w:rsidR="00FE1565" w:rsidRPr="00FF467E" w:rsidRDefault="0051509F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4422</w:t>
            </w:r>
            <w:r w:rsidR="00FE1565" w:rsidRPr="00FF467E">
              <w:rPr>
                <w:rFonts w:ascii="Arial" w:hAnsi="Arial" w:cs="Arial"/>
                <w:sz w:val="16"/>
                <w:szCs w:val="16"/>
              </w:rPr>
              <w:t>/</w:t>
            </w:r>
            <w:r w:rsidRPr="00FF467E">
              <w:rPr>
                <w:rFonts w:ascii="Arial" w:hAnsi="Arial" w:cs="Arial"/>
                <w:sz w:val="16"/>
                <w:szCs w:val="16"/>
              </w:rPr>
              <w:t>2</w:t>
            </w:r>
            <w:r w:rsidR="00FE1565" w:rsidRPr="00FF467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FED727B" w14:textId="77777777" w:rsidR="00FE1565" w:rsidRPr="00FF467E" w:rsidRDefault="00FE1565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51509F" w:rsidRPr="00FF467E">
              <w:rPr>
                <w:rFonts w:ascii="Arial" w:hAnsi="Arial" w:cs="Arial"/>
                <w:sz w:val="16"/>
                <w:szCs w:val="16"/>
              </w:rPr>
              <w:t>Sedláčk</w:t>
            </w:r>
            <w:r w:rsidRPr="00FF467E">
              <w:rPr>
                <w:rFonts w:ascii="Arial" w:hAnsi="Arial" w:cs="Arial"/>
                <w:sz w:val="16"/>
                <w:szCs w:val="16"/>
              </w:rPr>
              <w:t>ova před samoobsluhou</w:t>
            </w:r>
            <w:r w:rsidR="0051509F" w:rsidRPr="00FF46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75E76" w:rsidRPr="00FF467E">
              <w:rPr>
                <w:rFonts w:ascii="Arial" w:hAnsi="Arial" w:cs="Arial"/>
                <w:sz w:val="16"/>
                <w:szCs w:val="16"/>
              </w:rPr>
              <w:t>Bill</w:t>
            </w:r>
            <w:r w:rsidR="0051509F" w:rsidRPr="00FF467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34DBC57" w14:textId="77777777" w:rsidR="00FE1565" w:rsidRPr="00FF467E" w:rsidRDefault="0051509F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83F1F69" w14:textId="77777777" w:rsidR="00FE1565" w:rsidRPr="00FF467E" w:rsidRDefault="0051509F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</w:t>
            </w:r>
            <w:r w:rsidR="00FE1565" w:rsidRPr="00FF46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8A4D5C3" w14:textId="77777777" w:rsidR="00FE1565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8.00–20.00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6A972C8" w14:textId="77777777" w:rsidR="00FE1565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DA52D6F" w14:textId="77777777" w:rsidR="00FE1565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mobilní stánky</w:t>
            </w:r>
          </w:p>
        </w:tc>
      </w:tr>
      <w:tr w:rsidR="00FE1565" w:rsidRPr="005C0F58" w14:paraId="7128C03A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2B2AB91" w14:textId="77777777" w:rsidR="00FE1565" w:rsidRPr="00FF467E" w:rsidRDefault="00FE1565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B6CA953" w14:textId="77777777" w:rsidR="00FE1565" w:rsidRPr="00FF467E" w:rsidRDefault="0011037B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4814/99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2A8B238" w14:textId="77777777" w:rsidR="00FE1565" w:rsidRPr="00FF467E" w:rsidRDefault="00FE1565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11037B" w:rsidRPr="00FF467E">
              <w:rPr>
                <w:rFonts w:ascii="Arial" w:hAnsi="Arial" w:cs="Arial"/>
                <w:sz w:val="16"/>
                <w:szCs w:val="16"/>
              </w:rPr>
              <w:t>Novolíšeňská</w:t>
            </w:r>
            <w:r w:rsidRPr="00FF46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1037B" w:rsidRPr="00FF467E">
              <w:rPr>
                <w:rFonts w:ascii="Arial" w:hAnsi="Arial" w:cs="Arial"/>
                <w:sz w:val="16"/>
                <w:szCs w:val="16"/>
              </w:rPr>
              <w:t>před samoobsluhou Albert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CC9B263" w14:textId="77777777" w:rsidR="00FE1565" w:rsidRPr="00FF467E" w:rsidRDefault="0051509F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0CD419C" w14:textId="77777777" w:rsidR="00FE1565" w:rsidRPr="00FF467E" w:rsidRDefault="0051509F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</w:t>
            </w:r>
            <w:r w:rsidR="00FE1565" w:rsidRPr="00FF46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D5AA648" w14:textId="77777777" w:rsidR="00FE1565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8.00–20.00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9AA033A" w14:textId="77777777" w:rsidR="00FE1565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A4AC308" w14:textId="77777777" w:rsidR="00FE1565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mobilní stánky</w:t>
            </w:r>
          </w:p>
        </w:tc>
      </w:tr>
      <w:tr w:rsidR="00FE1565" w:rsidRPr="005C0F58" w14:paraId="70CB5797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363655C" w14:textId="77777777" w:rsidR="00FE1565" w:rsidRPr="00FF467E" w:rsidRDefault="00FE1565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73450AA" w14:textId="77777777" w:rsidR="00FE1565" w:rsidRPr="00FF467E" w:rsidRDefault="0011037B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7982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D076639" w14:textId="77777777" w:rsidR="00FE1565" w:rsidRPr="00FF467E" w:rsidRDefault="00FE1565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11037B" w:rsidRPr="00FF467E">
              <w:rPr>
                <w:rFonts w:ascii="Arial" w:hAnsi="Arial" w:cs="Arial"/>
                <w:sz w:val="16"/>
                <w:szCs w:val="16"/>
              </w:rPr>
              <w:t>Bednaří</w:t>
            </w:r>
            <w:r w:rsidRPr="00FF467E">
              <w:rPr>
                <w:rFonts w:ascii="Arial" w:hAnsi="Arial" w:cs="Arial"/>
                <w:sz w:val="16"/>
                <w:szCs w:val="16"/>
              </w:rPr>
              <w:t>kova za</w:t>
            </w:r>
            <w:r w:rsidR="0011037B" w:rsidRPr="00FF467E">
              <w:rPr>
                <w:rFonts w:ascii="Arial" w:hAnsi="Arial" w:cs="Arial"/>
                <w:sz w:val="16"/>
                <w:szCs w:val="16"/>
              </w:rPr>
              <w:t xml:space="preserve"> prodejnou</w:t>
            </w:r>
            <w:r w:rsidRPr="00FF46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1037B" w:rsidRPr="00FF467E">
              <w:rPr>
                <w:rFonts w:ascii="Arial" w:hAnsi="Arial" w:cs="Arial"/>
                <w:sz w:val="16"/>
                <w:szCs w:val="16"/>
              </w:rPr>
              <w:t>Sahara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FE951BA" w14:textId="77777777" w:rsidR="00FE1565" w:rsidRPr="00FF467E" w:rsidRDefault="0011037B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4F12F2D" w14:textId="77777777" w:rsidR="00FE1565" w:rsidRPr="00FF467E" w:rsidRDefault="0011037B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  <w:r w:rsidR="00FE1565" w:rsidRPr="00FF46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3ABACB0" w14:textId="77777777" w:rsidR="00FE1565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8.00–20.00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C0C9F86" w14:textId="77777777" w:rsidR="00FE1565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B50AB60" w14:textId="77777777" w:rsidR="00FE1565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mobilní stánek</w:t>
            </w:r>
          </w:p>
        </w:tc>
      </w:tr>
      <w:tr w:rsidR="00FE1565" w:rsidRPr="005C0F58" w14:paraId="0FD8438D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3EC3444" w14:textId="77777777" w:rsidR="00FE1565" w:rsidRPr="00FF467E" w:rsidRDefault="00FE1565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79DEAA5" w14:textId="77777777" w:rsidR="00FE1565" w:rsidRPr="00FF467E" w:rsidRDefault="009C78F4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8548</w:t>
            </w:r>
            <w:r w:rsidR="00FE1565" w:rsidRPr="00FF467E"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03FA2E4" w14:textId="77777777" w:rsidR="00FE1565" w:rsidRPr="00FF467E" w:rsidRDefault="00FE1565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9C78F4" w:rsidRPr="00FF467E">
              <w:rPr>
                <w:rFonts w:ascii="Arial" w:hAnsi="Arial" w:cs="Arial"/>
                <w:sz w:val="16"/>
                <w:szCs w:val="16"/>
              </w:rPr>
              <w:t>Trnkova před</w:t>
            </w:r>
            <w:r w:rsidRPr="00FF46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C78F4" w:rsidRPr="00FF467E">
              <w:rPr>
                <w:rFonts w:ascii="Arial" w:hAnsi="Arial" w:cs="Arial"/>
                <w:sz w:val="16"/>
                <w:szCs w:val="16"/>
              </w:rPr>
              <w:t>samoobsluhou LIDL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458F4B3" w14:textId="77777777" w:rsidR="00FE1565" w:rsidRPr="00FF467E" w:rsidRDefault="009C78F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3B031C5" w14:textId="77777777" w:rsidR="00FE1565" w:rsidRPr="00FF467E" w:rsidRDefault="009C78F4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</w:t>
            </w:r>
            <w:r w:rsidR="00FE1565" w:rsidRPr="00FF46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9723BFD" w14:textId="77777777" w:rsidR="00FE1565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8.00–20.00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E74488E" w14:textId="77777777" w:rsidR="00FE1565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E103BF0" w14:textId="77777777" w:rsidR="00FE1565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mobilní stánky</w:t>
            </w:r>
          </w:p>
        </w:tc>
      </w:tr>
      <w:tr w:rsidR="00FE1565" w:rsidRPr="005C0F58" w14:paraId="2C340488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A43822" w14:textId="77777777" w:rsidR="00FE1565" w:rsidRPr="00FF467E" w:rsidRDefault="00FE1565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0A6E3C" w14:textId="77777777" w:rsidR="00FE1565" w:rsidRPr="00FF467E" w:rsidRDefault="0096675E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5315</w:t>
            </w:r>
            <w:r w:rsidR="00FE1565" w:rsidRPr="00FF467E">
              <w:rPr>
                <w:rFonts w:ascii="Arial" w:hAnsi="Arial" w:cs="Arial"/>
                <w:sz w:val="16"/>
                <w:szCs w:val="16"/>
              </w:rPr>
              <w:t>/</w:t>
            </w:r>
            <w:r w:rsidRPr="00FF467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33AD44" w14:textId="77777777" w:rsidR="00FE1565" w:rsidRPr="00FF467E" w:rsidRDefault="00FE1565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96675E" w:rsidRPr="00FF467E">
              <w:rPr>
                <w:rFonts w:ascii="Arial" w:hAnsi="Arial" w:cs="Arial"/>
                <w:sz w:val="16"/>
                <w:szCs w:val="16"/>
              </w:rPr>
              <w:t>Šim</w:t>
            </w:r>
            <w:r w:rsidRPr="00FF467E">
              <w:rPr>
                <w:rFonts w:ascii="Arial" w:hAnsi="Arial" w:cs="Arial"/>
                <w:sz w:val="16"/>
                <w:szCs w:val="16"/>
              </w:rPr>
              <w:t>áčkova</w:t>
            </w:r>
            <w:r w:rsidR="0096675E" w:rsidRPr="00FF467E">
              <w:rPr>
                <w:rFonts w:ascii="Arial" w:hAnsi="Arial" w:cs="Arial"/>
                <w:sz w:val="16"/>
                <w:szCs w:val="16"/>
              </w:rPr>
              <w:t xml:space="preserve"> u vchodu na hřbitov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8AEFC1" w14:textId="77777777" w:rsidR="00FE1565" w:rsidRPr="00FF467E" w:rsidRDefault="0096675E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1CA816" w14:textId="77777777" w:rsidR="00FE1565" w:rsidRPr="00FF467E" w:rsidRDefault="0096675E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  <w:r w:rsidR="00FE1565" w:rsidRPr="00FF46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694043" w14:textId="77777777" w:rsidR="00FE1565" w:rsidRPr="00FF467E" w:rsidRDefault="0096675E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8.00–18.00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D33650" w14:textId="77777777" w:rsidR="00FE1565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D76B16" w14:textId="77777777" w:rsidR="00FE1565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mobilní stánek</w:t>
            </w:r>
          </w:p>
        </w:tc>
      </w:tr>
      <w:tr w:rsidR="00E83869" w:rsidRPr="005C0F58" w14:paraId="58DAF6C7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9EB191" w14:textId="77777777" w:rsidR="00E83869" w:rsidRPr="00FF467E" w:rsidRDefault="00E83869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0EF18C" w14:textId="77777777" w:rsidR="00E83869" w:rsidRPr="00FF467E" w:rsidRDefault="0028477A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6616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557AF3" w14:textId="77777777" w:rsidR="00E83869" w:rsidRPr="00FF467E" w:rsidRDefault="0028477A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ul. Novolíšeňská naproti samoobsluze Albert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5A961F" w14:textId="77777777" w:rsidR="00E83869" w:rsidRPr="00FF467E" w:rsidRDefault="0028477A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3DCE92" w14:textId="77777777" w:rsidR="00E83869" w:rsidRPr="00FF467E" w:rsidRDefault="0028477A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2A906E" w14:textId="77777777" w:rsidR="00E83869" w:rsidRPr="00FF467E" w:rsidRDefault="0028477A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5.00–22.00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F39A2F" w14:textId="77777777" w:rsidR="00E83869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6EEF31" w14:textId="77777777" w:rsidR="00E83869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E83869" w:rsidRPr="005C0F58" w14:paraId="640914AC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3A112C" w14:textId="77777777" w:rsidR="00E83869" w:rsidRPr="00FF467E" w:rsidRDefault="00E83869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B1BFDE" w14:textId="77777777" w:rsidR="00E83869" w:rsidRPr="00FF467E" w:rsidRDefault="00024A0E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7313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1A7D4A" w14:textId="77777777" w:rsidR="00E83869" w:rsidRPr="00FF467E" w:rsidRDefault="00024A0E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ul. Novolíšeňská při ulici Goldova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457153" w14:textId="77777777" w:rsidR="00E83869" w:rsidRPr="00FF467E" w:rsidRDefault="00024A0E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195723" w14:textId="77777777" w:rsidR="00E83869" w:rsidRPr="00FF467E" w:rsidRDefault="00024A0E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30DFAF" w14:textId="77777777" w:rsidR="00E83869" w:rsidRPr="00FF467E" w:rsidRDefault="00024A0E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5.00–22.00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023417" w14:textId="77777777" w:rsidR="00E83869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94FF0A" w14:textId="77777777" w:rsidR="00E83869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E83869" w:rsidRPr="005C0F58" w14:paraId="73B58D1C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6AF602" w14:textId="77777777" w:rsidR="00E83869" w:rsidRPr="00FF467E" w:rsidRDefault="00E83869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6C774D" w14:textId="77777777" w:rsidR="00E83869" w:rsidRPr="00FF467E" w:rsidRDefault="00FA0F2C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6643/7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29B73E" w14:textId="77777777" w:rsidR="00E83869" w:rsidRPr="00FF467E" w:rsidRDefault="00FA0F2C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ul. Novolíšeňská u zastávky trolejbusu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677912" w14:textId="77777777" w:rsidR="00E83869" w:rsidRPr="00FF467E" w:rsidRDefault="00FA0F2C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9CA68B" w14:textId="77777777" w:rsidR="00E83869" w:rsidRPr="00FF467E" w:rsidRDefault="00FA0F2C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ADF7D7" w14:textId="77777777" w:rsidR="00E83869" w:rsidRPr="00FF467E" w:rsidRDefault="00FA0F2C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5.00–22.00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09C8AD" w14:textId="77777777" w:rsidR="00E83869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6458F6" w14:textId="77777777" w:rsidR="00E83869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E83869" w:rsidRPr="005C0F58" w14:paraId="594A9A2A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F370C6" w14:textId="77777777" w:rsidR="00E83869" w:rsidRPr="00FF467E" w:rsidRDefault="00E83869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3A0A50" w14:textId="77777777" w:rsidR="00E83869" w:rsidRPr="00FF467E" w:rsidRDefault="00AC3D0C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6643/12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AA6340" w14:textId="77777777" w:rsidR="00E83869" w:rsidRPr="00FF467E" w:rsidRDefault="00AC3D0C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ul. Novolíšeňská vedle prodejny květin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AE4CF7" w14:textId="77777777" w:rsidR="00E83869" w:rsidRPr="00FF467E" w:rsidRDefault="00AC3D0C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CB7AD8" w14:textId="77777777" w:rsidR="00E83869" w:rsidRPr="00FF467E" w:rsidRDefault="00AC3D0C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348584" w14:textId="77777777" w:rsidR="00E83869" w:rsidRPr="00FF467E" w:rsidRDefault="00AC3D0C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5.00–22.00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F2D2A5" w14:textId="77777777" w:rsidR="00E83869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87FEE7" w14:textId="77777777" w:rsidR="00E83869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E83869" w:rsidRPr="005C0F58" w14:paraId="26A81FD2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092A95" w14:textId="77777777" w:rsidR="00E83869" w:rsidRPr="00FF467E" w:rsidRDefault="00E83869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B35597" w14:textId="77777777" w:rsidR="00E83869" w:rsidRPr="00FF467E" w:rsidRDefault="00E47F22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6643/12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E77C49" w14:textId="77777777" w:rsidR="00E83869" w:rsidRPr="00FF467E" w:rsidRDefault="00E47F22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ul. Novolíšeňská naproti prodejně květin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97F513" w14:textId="77777777" w:rsidR="00E83869" w:rsidRPr="00FF467E" w:rsidRDefault="00E47F22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A1E412" w14:textId="77777777" w:rsidR="00E83869" w:rsidRPr="00FF467E" w:rsidRDefault="00E47F22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B75E47" w14:textId="77777777" w:rsidR="00E83869" w:rsidRPr="00FF467E" w:rsidRDefault="00E47F22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5.00–22.00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A8BE88" w14:textId="77777777" w:rsidR="00E83869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A24118" w14:textId="77777777" w:rsidR="00E83869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E83869" w:rsidRPr="005C0F58" w14:paraId="6A2028A9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D9768F" w14:textId="77777777" w:rsidR="00E83869" w:rsidRPr="00FF467E" w:rsidRDefault="00E83869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A6196D" w14:textId="77777777" w:rsidR="00E83869" w:rsidRPr="00FF467E" w:rsidRDefault="00510A6E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176/2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2A3D65" w14:textId="77777777" w:rsidR="00E83869" w:rsidRPr="00FF467E" w:rsidRDefault="00510A6E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nám. Karla IV. vedle kostela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821A85" w14:textId="77777777" w:rsidR="00E83869" w:rsidRPr="00FF467E" w:rsidRDefault="00510A6E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401717" w14:textId="77777777" w:rsidR="00E83869" w:rsidRPr="00FF467E" w:rsidRDefault="00510A6E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C29EBA" w14:textId="77777777" w:rsidR="00E83869" w:rsidRPr="00FF467E" w:rsidRDefault="00510A6E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5.00–22.00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502973" w14:textId="77777777" w:rsidR="00E83869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52FF7C" w14:textId="77777777" w:rsidR="00E83869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E83869" w:rsidRPr="005C0F58" w14:paraId="67F00F4B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C4DBE5" w14:textId="77777777" w:rsidR="00E83869" w:rsidRPr="00FF467E" w:rsidRDefault="00E83869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34CDBD" w14:textId="77777777" w:rsidR="00E83869" w:rsidRPr="00FF467E" w:rsidRDefault="00237DCB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6616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C594B7" w14:textId="77777777" w:rsidR="00E83869" w:rsidRPr="00FF467E" w:rsidRDefault="00237DCB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ul. Svánovského naproti garážím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E70E25" w14:textId="77777777" w:rsidR="00E83869" w:rsidRPr="00FF467E" w:rsidRDefault="00237DCB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1656DD" w14:textId="77777777" w:rsidR="00E83869" w:rsidRPr="00FF467E" w:rsidRDefault="00237DCB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0F49AE" w14:textId="77777777" w:rsidR="00E83869" w:rsidRPr="00FF467E" w:rsidRDefault="00237DCB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5.00–22.00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8A798A" w14:textId="77777777" w:rsidR="00E83869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65A176" w14:textId="77777777" w:rsidR="00E83869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E83869" w:rsidRPr="005C0F58" w14:paraId="2E369310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87B1DE" w14:textId="77777777" w:rsidR="00E83869" w:rsidRPr="00FF467E" w:rsidRDefault="00E83869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BF9AFF" w14:textId="77777777" w:rsidR="00E83869" w:rsidRPr="00FF467E" w:rsidRDefault="00F16CB5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5037/10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A9DA2A" w14:textId="77777777" w:rsidR="00E83869" w:rsidRPr="00FF467E" w:rsidRDefault="00F16CB5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ul. Rotreklova u podchodu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235991" w14:textId="77777777" w:rsidR="00E83869" w:rsidRPr="00FF467E" w:rsidRDefault="00F16CB5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30077C" w14:textId="77777777" w:rsidR="00E83869" w:rsidRPr="00FF467E" w:rsidRDefault="00F16CB5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9C0AE6" w14:textId="77777777" w:rsidR="00E83869" w:rsidRPr="00FF467E" w:rsidRDefault="00F16CB5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5.00–22.00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5ACDC7" w14:textId="77777777" w:rsidR="00E83869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953C49" w14:textId="77777777" w:rsidR="00E83869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E83869" w:rsidRPr="005C0F58" w14:paraId="78B43DBD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B49EC8" w14:textId="77777777" w:rsidR="00E83869" w:rsidRPr="00FF467E" w:rsidRDefault="00E83869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3C53EB" w14:textId="77777777" w:rsidR="00E83869" w:rsidRPr="00FF467E" w:rsidRDefault="00885E81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6732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6C428E" w14:textId="77777777" w:rsidR="00E83869" w:rsidRPr="00FF467E" w:rsidRDefault="00885E81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ul. Houbalova vedle el. rozvodny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41EF84" w14:textId="77777777" w:rsidR="00E83869" w:rsidRPr="00FF467E" w:rsidRDefault="00885E81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8E820E" w14:textId="77777777" w:rsidR="00E83869" w:rsidRPr="00FF467E" w:rsidRDefault="00885E81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202A87" w14:textId="77777777" w:rsidR="00E83869" w:rsidRPr="00FF467E" w:rsidRDefault="00885E81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5.00–22.00</w:t>
            </w:r>
            <w:r w:rsidR="00950B7E" w:rsidRPr="00FF467E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0C55E9" w14:textId="77777777" w:rsidR="00E83869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488F75" w14:textId="77777777" w:rsidR="00E83869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E83869" w:rsidRPr="005C0F58" w14:paraId="38A8B0FF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B16B61" w14:textId="77777777" w:rsidR="00E83869" w:rsidRPr="00FF467E" w:rsidRDefault="00E83869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713B7B" w14:textId="77777777" w:rsidR="00E83869" w:rsidRPr="00FF467E" w:rsidRDefault="00950B7E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8250/1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03D651" w14:textId="77777777" w:rsidR="00E83869" w:rsidRPr="00FF467E" w:rsidRDefault="00950B7E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ul. Zikova za restaurací Maják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41CC5A" w14:textId="77777777" w:rsidR="00E83869" w:rsidRPr="00FF467E" w:rsidRDefault="00950B7E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4953F6" w14:textId="77777777" w:rsidR="00E83869" w:rsidRPr="00FF467E" w:rsidRDefault="00950B7E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26F834" w14:textId="77777777" w:rsidR="00E83869" w:rsidRPr="00FF467E" w:rsidRDefault="00950B7E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5.00–22.00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0CDC0E" w14:textId="77777777" w:rsidR="00E83869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62AD8C" w14:textId="77777777" w:rsidR="00E83869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E83869" w:rsidRPr="005C0F58" w14:paraId="41559212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9AF802" w14:textId="77777777" w:rsidR="00E83869" w:rsidRPr="00FF467E" w:rsidRDefault="00E83869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29489B" w14:textId="77777777" w:rsidR="00E83869" w:rsidRPr="00FF467E" w:rsidRDefault="00950B7E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6467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D34104" w14:textId="77777777" w:rsidR="00E83869" w:rsidRPr="00FF467E" w:rsidRDefault="00950B7E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ul. Masarova nad samoobsluhou Albert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722712" w14:textId="77777777" w:rsidR="00E83869" w:rsidRPr="00FF467E" w:rsidRDefault="00950B7E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51B79B" w14:textId="77777777" w:rsidR="00E83869" w:rsidRPr="00FF467E" w:rsidRDefault="00950B7E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FD7586" w14:textId="77777777" w:rsidR="00E83869" w:rsidRPr="00FF467E" w:rsidRDefault="00950B7E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5.00–22.00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9262B4" w14:textId="77777777" w:rsidR="00E83869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E1891B" w14:textId="77777777" w:rsidR="00E83869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E83869" w:rsidRPr="005C0F58" w14:paraId="48493BCC" w14:textId="77777777" w:rsidTr="00FF467E"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D19E66" w14:textId="77777777" w:rsidR="00E83869" w:rsidRPr="00FF467E" w:rsidRDefault="00E83869" w:rsidP="002F677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B66B13" w14:textId="77777777" w:rsidR="00E83869" w:rsidRPr="00FF467E" w:rsidRDefault="00950B7E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5315/3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367E56" w14:textId="77777777" w:rsidR="00E83869" w:rsidRPr="00FF467E" w:rsidRDefault="00950B7E" w:rsidP="002F677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ul. Jírova naproti Sportbaru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997931" w14:textId="77777777" w:rsidR="00E83869" w:rsidRPr="00FF467E" w:rsidRDefault="00950B7E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CB1F60" w14:textId="77777777" w:rsidR="00E83869" w:rsidRPr="00FF467E" w:rsidRDefault="00950B7E" w:rsidP="002F677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7F5FCB" w14:textId="77777777" w:rsidR="00E83869" w:rsidRPr="00FF467E" w:rsidRDefault="00950B7E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5.00–22.00 h.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8AD83E" w14:textId="77777777" w:rsidR="00E83869" w:rsidRPr="00FF467E" w:rsidRDefault="00014574" w:rsidP="003B3CB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96B924" w14:textId="77777777" w:rsidR="00E83869" w:rsidRPr="00FF467E" w:rsidRDefault="00014574" w:rsidP="003B3CB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F467E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</w:tbl>
    <w:p w14:paraId="3C87D0E9" w14:textId="377C14FE" w:rsidR="00FE1565" w:rsidRPr="00293182" w:rsidRDefault="00FE1565" w:rsidP="00FF467E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293182">
        <w:rPr>
          <w:rFonts w:ascii="Arial" w:hAnsi="Arial" w:cs="Arial"/>
          <w:b/>
          <w:bCs/>
          <w:sz w:val="22"/>
          <w:szCs w:val="22"/>
        </w:rPr>
        <w:t>HLAVA C: Předsunutá prodejní místa</w:t>
      </w:r>
    </w:p>
    <w:p w14:paraId="0A966F52" w14:textId="77777777" w:rsidR="00FE1565" w:rsidRPr="005C0F58" w:rsidRDefault="00E83869" w:rsidP="00E83869">
      <w:pPr>
        <w:pStyle w:val="Zkladntext"/>
        <w:jc w:val="both"/>
        <w:rPr>
          <w:rFonts w:ascii="Arial" w:hAnsi="Arial" w:cs="Arial"/>
          <w:b/>
          <w:bCs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Předsunutá prodejní místa je možno provozovat při splnění požadavků právních předpisů na celém území MČ Brno-Líšeň.</w:t>
      </w:r>
    </w:p>
    <w:p w14:paraId="4A8F1682" w14:textId="77777777" w:rsidR="00FE1565" w:rsidRPr="00293182" w:rsidRDefault="00FE1565" w:rsidP="00FF467E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293182">
        <w:rPr>
          <w:rFonts w:ascii="Arial" w:hAnsi="Arial" w:cs="Arial"/>
          <w:b/>
          <w:bCs/>
          <w:sz w:val="22"/>
          <w:szCs w:val="22"/>
        </w:rPr>
        <w:t>HLAVA D: Restaurační zahrádky</w:t>
      </w:r>
    </w:p>
    <w:p w14:paraId="57F19CA4" w14:textId="77777777" w:rsidR="00FE1565" w:rsidRPr="005C0F58" w:rsidRDefault="00E83869" w:rsidP="005D7BBE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Restaurační zahrádky je možno provozovat při splnění požadavků právních předpisů na celém území MČ Brno-Líšeň.</w:t>
      </w:r>
    </w:p>
    <w:p w14:paraId="3224FE9D" w14:textId="77777777" w:rsidR="00FE1565" w:rsidRPr="00293182" w:rsidRDefault="00FE1565" w:rsidP="00FF467E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293182">
        <w:rPr>
          <w:rFonts w:ascii="Arial" w:hAnsi="Arial" w:cs="Arial"/>
          <w:b/>
          <w:bCs/>
          <w:sz w:val="22"/>
          <w:szCs w:val="22"/>
        </w:rPr>
        <w:t>HLAVA E: Pojízdný prodej, pochůzkový prodej a prodej bez prodejního zařízení</w:t>
      </w:r>
    </w:p>
    <w:p w14:paraId="27237BEF" w14:textId="4A100224" w:rsidR="0023600B" w:rsidRPr="005C0F58" w:rsidRDefault="00FE1565" w:rsidP="00FF467E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Pojízdný prodej, pochůzkový prodej a prodej bez prodejního zařízení je možno provozovat při splnění požadavků právních předpisů na celém území MČ Brno-Líšeň.</w:t>
      </w:r>
    </w:p>
    <w:p w14:paraId="175659E4" w14:textId="77777777" w:rsidR="0023600B" w:rsidRPr="005C0F58" w:rsidRDefault="0023600B">
      <w:pPr>
        <w:pStyle w:val="Zkladntext"/>
        <w:rPr>
          <w:rFonts w:ascii="Arial" w:hAnsi="Arial" w:cs="Arial"/>
          <w:sz w:val="20"/>
          <w:szCs w:val="20"/>
        </w:rPr>
      </w:pPr>
    </w:p>
    <w:p w14:paraId="43445242" w14:textId="77777777" w:rsidR="00FE1565" w:rsidRPr="0095471A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95471A">
        <w:rPr>
          <w:rFonts w:ascii="Arial" w:hAnsi="Arial" w:cs="Arial"/>
          <w:b/>
          <w:bCs/>
          <w:sz w:val="22"/>
          <w:szCs w:val="22"/>
        </w:rPr>
        <w:lastRenderedPageBreak/>
        <w:t>ČÁST XV</w:t>
      </w:r>
    </w:p>
    <w:p w14:paraId="2F148558" w14:textId="371A4C24" w:rsidR="00FE1565" w:rsidRPr="0095471A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95471A">
        <w:rPr>
          <w:rFonts w:ascii="Arial" w:hAnsi="Arial" w:cs="Arial"/>
          <w:b/>
          <w:bCs/>
          <w:sz w:val="22"/>
          <w:szCs w:val="22"/>
        </w:rPr>
        <w:t>MČ BRNO</w:t>
      </w:r>
      <w:r w:rsidR="00CF7A8A" w:rsidRPr="0095471A"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95471A">
        <w:rPr>
          <w:rFonts w:ascii="Arial" w:hAnsi="Arial" w:cs="Arial"/>
          <w:b/>
          <w:bCs/>
          <w:sz w:val="22"/>
          <w:szCs w:val="22"/>
        </w:rPr>
        <w:t>MALOMĚŘICE A OBŘANY</w:t>
      </w:r>
    </w:p>
    <w:p w14:paraId="1C1BD3FE" w14:textId="77777777" w:rsidR="00FE1565" w:rsidRPr="0095471A" w:rsidRDefault="00FE1565" w:rsidP="00B80F31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95471A">
        <w:rPr>
          <w:rFonts w:ascii="Arial" w:hAnsi="Arial" w:cs="Arial"/>
          <w:b/>
          <w:bCs/>
          <w:sz w:val="22"/>
          <w:szCs w:val="22"/>
        </w:rPr>
        <w:t>HLAVA A: Restaurační zahrádky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4"/>
        <w:gridCol w:w="1257"/>
        <w:gridCol w:w="2691"/>
        <w:gridCol w:w="1357"/>
        <w:gridCol w:w="880"/>
        <w:gridCol w:w="724"/>
        <w:gridCol w:w="719"/>
        <w:gridCol w:w="1531"/>
      </w:tblGrid>
      <w:tr w:rsidR="00FE1565" w:rsidRPr="005C0F58" w14:paraId="7B7AB23D" w14:textId="77777777" w:rsidTr="00B80F31">
        <w:trPr>
          <w:trHeight w:val="274"/>
        </w:trPr>
        <w:tc>
          <w:tcPr>
            <w:tcW w:w="228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FA8D95" w14:textId="77777777" w:rsidR="00FE1565" w:rsidRPr="00B80F31" w:rsidRDefault="00FE1565" w:rsidP="00465DC4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80F31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16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1656A3" w14:textId="77777777" w:rsidR="00FE1565" w:rsidRPr="00B80F31" w:rsidRDefault="00FE1565" w:rsidP="00465DC4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80F3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75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0665F5" w14:textId="77777777" w:rsidR="00FE1565" w:rsidRPr="00B80F31" w:rsidRDefault="00FE1565" w:rsidP="00465DC4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80F31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D82516E" w14:textId="77777777" w:rsidR="00FE1565" w:rsidRPr="00B80F31" w:rsidRDefault="00FE1565" w:rsidP="00465DC4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80F3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3FA9204B" w14:textId="77777777" w:rsidTr="00B80F31">
        <w:trPr>
          <w:trHeight w:val="582"/>
        </w:trPr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14C0BA" w14:textId="77777777" w:rsidR="00FE1565" w:rsidRPr="00B80F31" w:rsidRDefault="00FE1565" w:rsidP="00B80F3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326F13" w14:textId="77777777" w:rsidR="00FE1565" w:rsidRPr="00B80F31" w:rsidRDefault="00FE1565" w:rsidP="00BE0C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40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DBD4A9" w14:textId="77777777" w:rsidR="00FE1565" w:rsidRPr="00B80F31" w:rsidRDefault="00FE1565" w:rsidP="00BE0C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7A5068" w14:textId="77777777" w:rsidR="00FE1565" w:rsidRPr="00B80F31" w:rsidRDefault="00FE1565" w:rsidP="00BE0C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6B66BE" w14:textId="77777777" w:rsidR="00FE1565" w:rsidRPr="00B80F31" w:rsidRDefault="00FE1565" w:rsidP="00BE0C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F51735F" w14:textId="31FA71FA" w:rsidR="00FE1565" w:rsidRPr="00B80F31" w:rsidRDefault="00FE1565" w:rsidP="00BE0C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(m</w:t>
            </w:r>
            <w:r w:rsidR="00B80F31" w:rsidRPr="00B80F3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B80F3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C3DB7B" w14:textId="77777777" w:rsidR="00FE1565" w:rsidRPr="00B80F31" w:rsidRDefault="00FE1565" w:rsidP="00BE0C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C7BA9A" w14:textId="77777777" w:rsidR="00FE1565" w:rsidRPr="00B80F31" w:rsidRDefault="00FE1565" w:rsidP="00BE0C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3F4E7346" w14:textId="77777777" w:rsidR="00FE1565" w:rsidRPr="00B80F31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53938513" w14:textId="77777777" w:rsidTr="00B80F31">
        <w:tc>
          <w:tcPr>
            <w:tcW w:w="22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48AB3F" w14:textId="77777777" w:rsidR="00FE1565" w:rsidRPr="00B80F31" w:rsidRDefault="00FE1565" w:rsidP="00BE0CD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56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DE6D19" w14:textId="77777777" w:rsidR="00FE1565" w:rsidRPr="00B80F31" w:rsidRDefault="00FE1565" w:rsidP="00BE0CD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1062 k.ú. Maloměřice</w:t>
            </w:r>
          </w:p>
        </w:tc>
        <w:tc>
          <w:tcPr>
            <w:tcW w:w="140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0C306C" w14:textId="77777777" w:rsidR="00FE1565" w:rsidRPr="00B80F31" w:rsidRDefault="00FE1565" w:rsidP="00DD2FD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 xml:space="preserve">ul. Selská u or. č. 66, č. pop. 32 </w:t>
            </w:r>
            <w:r w:rsidR="005D005D" w:rsidRPr="00B80F31">
              <w:rPr>
                <w:rFonts w:ascii="Arial" w:hAnsi="Arial" w:cs="Arial"/>
                <w:sz w:val="16"/>
                <w:szCs w:val="16"/>
              </w:rPr>
              <w:t>–</w:t>
            </w:r>
            <w:r w:rsidRPr="00B80F31">
              <w:rPr>
                <w:rFonts w:ascii="Arial" w:hAnsi="Arial" w:cs="Arial"/>
                <w:sz w:val="16"/>
                <w:szCs w:val="16"/>
              </w:rPr>
              <w:t xml:space="preserve"> u rest. </w:t>
            </w:r>
            <w:r w:rsidR="00DD2FD1" w:rsidRPr="00B80F31">
              <w:rPr>
                <w:rFonts w:ascii="Arial" w:hAnsi="Arial" w:cs="Arial"/>
                <w:sz w:val="16"/>
                <w:szCs w:val="16"/>
              </w:rPr>
              <w:t>Déčko</w:t>
            </w:r>
          </w:p>
        </w:tc>
        <w:tc>
          <w:tcPr>
            <w:tcW w:w="70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AA7EFE" w14:textId="77777777" w:rsidR="00FE1565" w:rsidRPr="00B80F31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D6B55C" w14:textId="77777777" w:rsidR="00FE1565" w:rsidRPr="00B80F31" w:rsidRDefault="00FE1565" w:rsidP="00BE0C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37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CF85127" w14:textId="77777777" w:rsidR="00FE1565" w:rsidRPr="00B80F31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D4E30FD" w14:textId="77777777" w:rsidR="00FE1565" w:rsidRPr="00B80F31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BA4270" w14:textId="77777777" w:rsidR="00FE1565" w:rsidRPr="00B80F31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7871E9CA" w14:textId="77777777" w:rsidTr="00B80F31"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650131" w14:textId="77777777" w:rsidR="00FE1565" w:rsidRPr="00B80F31" w:rsidRDefault="00FE1565" w:rsidP="00BE0CD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5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EBA619" w14:textId="77777777" w:rsidR="00FE1565" w:rsidRPr="00B80F31" w:rsidRDefault="00FE1565" w:rsidP="00BE0CD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211/2 k.ú. Obřany</w:t>
            </w:r>
          </w:p>
        </w:tc>
        <w:tc>
          <w:tcPr>
            <w:tcW w:w="1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4FB2C6" w14:textId="77777777" w:rsidR="00FE1565" w:rsidRPr="00B80F31" w:rsidRDefault="00FE1565" w:rsidP="00BE0CD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 xml:space="preserve">ul. Hlaváčova u or. č. 20, č. pop. 404 </w:t>
            </w:r>
            <w:r w:rsidR="005D005D" w:rsidRPr="00B80F31">
              <w:rPr>
                <w:rFonts w:ascii="Arial" w:hAnsi="Arial" w:cs="Arial"/>
                <w:sz w:val="16"/>
                <w:szCs w:val="16"/>
              </w:rPr>
              <w:t>–</w:t>
            </w:r>
            <w:r w:rsidRPr="00B80F31">
              <w:rPr>
                <w:rFonts w:ascii="Arial" w:hAnsi="Arial" w:cs="Arial"/>
                <w:sz w:val="16"/>
                <w:szCs w:val="16"/>
              </w:rPr>
              <w:t xml:space="preserve"> u rest. Obřanský hostinec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18A176B" w14:textId="77777777" w:rsidR="00FE1565" w:rsidRPr="00B80F31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B13445" w14:textId="77777777" w:rsidR="00FE1565" w:rsidRPr="00B80F31" w:rsidRDefault="00FE1565" w:rsidP="00BE0CD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F31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E2F1116" w14:textId="77777777" w:rsidR="00FE1565" w:rsidRPr="00B80F31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AF408C" w14:textId="77777777" w:rsidR="00FE1565" w:rsidRPr="00B80F31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4C269C" w14:textId="77777777" w:rsidR="00FE1565" w:rsidRPr="00B80F31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22D049" w14:textId="77777777" w:rsidR="00FE1565" w:rsidRPr="005C0F58" w:rsidRDefault="00FE1565">
      <w:pPr>
        <w:pStyle w:val="Styltabulky"/>
        <w:rPr>
          <w:rFonts w:ascii="Arial" w:hAnsi="Arial" w:cs="Arial"/>
        </w:rPr>
      </w:pPr>
    </w:p>
    <w:p w14:paraId="5321095C" w14:textId="77777777" w:rsidR="00FE1565" w:rsidRPr="00CF7A8A" w:rsidRDefault="00FE1565" w:rsidP="00B80F31">
      <w:pPr>
        <w:pStyle w:val="Zkladntext"/>
        <w:spacing w:before="24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CF7A8A">
        <w:rPr>
          <w:rFonts w:ascii="Arial" w:hAnsi="Arial" w:cs="Arial"/>
          <w:b/>
          <w:bCs/>
          <w:sz w:val="22"/>
          <w:szCs w:val="22"/>
        </w:rPr>
        <w:t>HLAVA B: Pojízdný prodej, pochůzkový prodej</w:t>
      </w:r>
      <w:r w:rsidR="00DD2FD1" w:rsidRPr="00CF7A8A">
        <w:rPr>
          <w:rFonts w:ascii="Arial" w:hAnsi="Arial" w:cs="Arial"/>
          <w:b/>
          <w:bCs/>
          <w:sz w:val="22"/>
          <w:szCs w:val="22"/>
        </w:rPr>
        <w:t>, prodej s prodejním zařízením</w:t>
      </w:r>
      <w:r w:rsidRPr="00CF7A8A">
        <w:rPr>
          <w:rFonts w:ascii="Arial" w:hAnsi="Arial" w:cs="Arial"/>
          <w:b/>
          <w:bCs/>
          <w:sz w:val="22"/>
          <w:szCs w:val="22"/>
        </w:rPr>
        <w:t xml:space="preserve"> a prodej bez prodejního zařízení</w:t>
      </w:r>
    </w:p>
    <w:p w14:paraId="46B38DB6" w14:textId="5682BA2D" w:rsidR="00FE1565" w:rsidRPr="005C0F58" w:rsidRDefault="00FE1565" w:rsidP="00465DC4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Pojízdný prodej, pochůzkový prodej</w:t>
      </w:r>
      <w:r w:rsidR="00DD2FD1" w:rsidRPr="005C0F58">
        <w:rPr>
          <w:rFonts w:ascii="Arial" w:hAnsi="Arial" w:cs="Arial"/>
          <w:sz w:val="20"/>
          <w:szCs w:val="20"/>
        </w:rPr>
        <w:t>, prodej s prodejním zařízením</w:t>
      </w:r>
      <w:r w:rsidRPr="005C0F58">
        <w:rPr>
          <w:rFonts w:ascii="Arial" w:hAnsi="Arial" w:cs="Arial"/>
          <w:sz w:val="20"/>
          <w:szCs w:val="20"/>
        </w:rPr>
        <w:t xml:space="preserve"> a prodej bez prodejního zařízení je možno provozovat při splnění požadavků právních předpisů na celém území MČ Brno</w:t>
      </w:r>
      <w:r w:rsidR="00CF7A8A">
        <w:rPr>
          <w:rFonts w:ascii="Arial" w:hAnsi="Arial" w:cs="Arial"/>
          <w:sz w:val="20"/>
          <w:szCs w:val="20"/>
        </w:rPr>
        <w:t xml:space="preserve"> – </w:t>
      </w:r>
      <w:r w:rsidRPr="005C0F58">
        <w:rPr>
          <w:rFonts w:ascii="Arial" w:hAnsi="Arial" w:cs="Arial"/>
          <w:sz w:val="20"/>
          <w:szCs w:val="20"/>
        </w:rPr>
        <w:t>Maloměřice a</w:t>
      </w:r>
      <w:r w:rsidR="00CF7A8A">
        <w:rPr>
          <w:rFonts w:ascii="Arial" w:hAnsi="Arial" w:cs="Arial"/>
          <w:sz w:val="20"/>
          <w:szCs w:val="20"/>
        </w:rPr>
        <w:t> </w:t>
      </w:r>
      <w:r w:rsidRPr="005C0F58">
        <w:rPr>
          <w:rFonts w:ascii="Arial" w:hAnsi="Arial" w:cs="Arial"/>
          <w:sz w:val="20"/>
          <w:szCs w:val="20"/>
        </w:rPr>
        <w:t>Obřany.</w:t>
      </w:r>
    </w:p>
    <w:p w14:paraId="71505AAD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32B39DB4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FB5C9CC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6C0B74EB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0E914519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76148EF2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0DBCC2F8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1D904AAF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438DE3F4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356EF350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7C791E93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4D96D76D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2ED34B56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7AFDFACE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7C8BA57F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1458F24C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33541C83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3CD68B55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0DAC0922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1BE71B3F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0C0CF4B7" w14:textId="77777777" w:rsidR="00465DC4" w:rsidRPr="005C0F58" w:rsidRDefault="00465DC4">
      <w:pPr>
        <w:pStyle w:val="Zkladntext"/>
        <w:rPr>
          <w:rFonts w:ascii="Arial" w:hAnsi="Arial" w:cs="Arial"/>
          <w:sz w:val="20"/>
          <w:szCs w:val="20"/>
        </w:rPr>
      </w:pPr>
    </w:p>
    <w:p w14:paraId="10BA04EB" w14:textId="77777777" w:rsidR="00430529" w:rsidRDefault="0043052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D8BA2E7" w14:textId="77777777" w:rsidR="00430529" w:rsidRDefault="0043052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6F0A5FD" w14:textId="77777777" w:rsidR="00430529" w:rsidRDefault="0043052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A2FDF60" w14:textId="77777777" w:rsidR="00430529" w:rsidRDefault="0043052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653AAFA" w14:textId="77777777" w:rsidR="00430529" w:rsidRDefault="0043052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D1FA2D6" w14:textId="77777777" w:rsidR="00430529" w:rsidRDefault="0043052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052F981" w14:textId="77777777" w:rsidR="00430529" w:rsidRDefault="0043052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35CC7F5" w14:textId="77777777" w:rsidR="00430529" w:rsidRDefault="0043052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03B42B5" w14:textId="77777777" w:rsidR="00430529" w:rsidRDefault="0043052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12B1F0F" w14:textId="77777777" w:rsidR="00430529" w:rsidRDefault="0043052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E533CB4" w14:textId="77777777" w:rsidR="00430529" w:rsidRDefault="0043052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71E1C45" w14:textId="77777777" w:rsidR="00430529" w:rsidRDefault="0043052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814C621" w14:textId="592F6CDD" w:rsidR="00FE1565" w:rsidRPr="00CF7A8A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CF7A8A">
        <w:rPr>
          <w:rFonts w:ascii="Arial" w:hAnsi="Arial" w:cs="Arial"/>
          <w:b/>
          <w:bCs/>
          <w:sz w:val="22"/>
          <w:szCs w:val="22"/>
        </w:rPr>
        <w:lastRenderedPageBreak/>
        <w:t>ČÁST XVI</w:t>
      </w:r>
    </w:p>
    <w:p w14:paraId="0001BBEE" w14:textId="77777777" w:rsidR="00FE1565" w:rsidRPr="00CF7A8A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CF7A8A">
        <w:rPr>
          <w:rFonts w:ascii="Arial" w:hAnsi="Arial" w:cs="Arial"/>
          <w:b/>
          <w:bCs/>
          <w:sz w:val="22"/>
          <w:szCs w:val="22"/>
        </w:rPr>
        <w:t>MČ BRNO-MEDLÁNKY</w:t>
      </w:r>
    </w:p>
    <w:p w14:paraId="76408D44" w14:textId="77777777" w:rsidR="00FE1565" w:rsidRPr="00CF7A8A" w:rsidRDefault="00FE1565" w:rsidP="00D22C96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CF7A8A">
        <w:rPr>
          <w:rFonts w:ascii="Arial" w:hAnsi="Arial" w:cs="Arial"/>
          <w:b/>
          <w:bCs/>
          <w:sz w:val="22"/>
          <w:szCs w:val="22"/>
        </w:rPr>
        <w:t>HLAVA A:  Tržní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84"/>
        <w:gridCol w:w="1124"/>
        <w:gridCol w:w="2014"/>
        <w:gridCol w:w="951"/>
        <w:gridCol w:w="1022"/>
        <w:gridCol w:w="845"/>
        <w:gridCol w:w="1729"/>
        <w:gridCol w:w="1514"/>
      </w:tblGrid>
      <w:tr w:rsidR="00FE1565" w:rsidRPr="005C0F58" w14:paraId="2D4FD627" w14:textId="77777777" w:rsidTr="00CF5DFA">
        <w:trPr>
          <w:trHeight w:val="274"/>
        </w:trPr>
        <w:tc>
          <w:tcPr>
            <w:tcW w:w="183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ACA743" w14:textId="77777777" w:rsidR="00FE1565" w:rsidRPr="00D22C96" w:rsidRDefault="00FE1565" w:rsidP="0004750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22C9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2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99654B" w14:textId="77777777" w:rsidR="00FE1565" w:rsidRPr="00D22C96" w:rsidRDefault="00FE1565" w:rsidP="0004750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22C9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4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CFD1AD" w14:textId="77777777" w:rsidR="00FE1565" w:rsidRPr="00D22C96" w:rsidRDefault="00FE1565" w:rsidP="0004750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22C9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3ABB51C" w14:textId="77777777" w:rsidR="00FE1565" w:rsidRPr="00D22C96" w:rsidRDefault="00FE1565" w:rsidP="0004750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22C9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69D05799" w14:textId="77777777" w:rsidTr="00CF5DFA">
        <w:tc>
          <w:tcPr>
            <w:tcW w:w="200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D76DFB" w14:textId="77777777" w:rsidR="00FE1565" w:rsidRPr="00D22C96" w:rsidRDefault="00FE1565" w:rsidP="00CF5DF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8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A331E3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40BDCD79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Medlánky</w:t>
            </w:r>
          </w:p>
        </w:tc>
        <w:tc>
          <w:tcPr>
            <w:tcW w:w="10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806609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D74141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EF6097" w14:textId="77777777" w:rsidR="00FE1565" w:rsidRPr="00D22C96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A592BA3" w14:textId="5078D164" w:rsidR="00FE1565" w:rsidRPr="00D22C96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(m</w:t>
            </w:r>
            <w:r w:rsidR="00D22C96" w:rsidRPr="00D22C9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D22C9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EC018E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0474D5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C02FDD4" w14:textId="77777777" w:rsidR="00FE1565" w:rsidRPr="00D22C96" w:rsidRDefault="00097C06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FE1565" w:rsidRPr="005C0F58" w14:paraId="07521386" w14:textId="77777777" w:rsidTr="00CF5DFA">
        <w:tc>
          <w:tcPr>
            <w:tcW w:w="20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BD8183" w14:textId="77777777" w:rsidR="00FE1565" w:rsidRPr="00D22C96" w:rsidRDefault="00FE1565" w:rsidP="00CC555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87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1E853D" w14:textId="77777777" w:rsidR="00FE1565" w:rsidRPr="00D22C96" w:rsidRDefault="00FE1565" w:rsidP="00CC555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4/1</w:t>
            </w:r>
          </w:p>
        </w:tc>
        <w:tc>
          <w:tcPr>
            <w:tcW w:w="105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EA385F" w14:textId="77777777" w:rsidR="00FE1565" w:rsidRPr="00D22C96" w:rsidRDefault="00FE1565" w:rsidP="00CC555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areál zámeckého parku  u tanečního parketu</w:t>
            </w:r>
          </w:p>
        </w:tc>
        <w:tc>
          <w:tcPr>
            <w:tcW w:w="49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816BBB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3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0EA8E5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72295D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A9BC44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září</w:t>
            </w:r>
          </w:p>
        </w:tc>
        <w:tc>
          <w:tcPr>
            <w:tcW w:w="79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BA82A56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  <w:p w14:paraId="6D6CF078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450730A6" w14:textId="77777777" w:rsidTr="00D55E60">
        <w:trPr>
          <w:trHeight w:val="237"/>
        </w:trPr>
        <w:tc>
          <w:tcPr>
            <w:tcW w:w="2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2C3ACC1" w14:textId="77777777" w:rsidR="00FE1565" w:rsidRPr="00D22C96" w:rsidRDefault="00FE1565" w:rsidP="00CC555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8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7C76757" w14:textId="5B789BB8" w:rsidR="00FE1565" w:rsidRPr="00D22C96" w:rsidRDefault="00FE1565" w:rsidP="00CC555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94AA0A2" w14:textId="79E04CBB" w:rsidR="00FE1565" w:rsidRPr="00D55E60" w:rsidRDefault="00D55E60" w:rsidP="00D55E60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55E6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F014E54" w14:textId="02716EEC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026C071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9B14CF2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1E1CBF6" w14:textId="5C855742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1304D02" w14:textId="16D09F8B" w:rsidR="006E3021" w:rsidRPr="00D22C96" w:rsidRDefault="006E302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4F793EF1" w14:textId="77777777" w:rsidTr="00CF5DFA">
        <w:tc>
          <w:tcPr>
            <w:tcW w:w="2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FE231DD" w14:textId="77777777" w:rsidR="00FE1565" w:rsidRPr="00D22C96" w:rsidRDefault="00FE1565" w:rsidP="00CC555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8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39FB1CA" w14:textId="77777777" w:rsidR="00FE1565" w:rsidRPr="00D22C96" w:rsidRDefault="00FE1565" w:rsidP="00CC555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3/3</w:t>
            </w:r>
          </w:p>
        </w:tc>
        <w:tc>
          <w:tcPr>
            <w:tcW w:w="10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0748FAB" w14:textId="77777777" w:rsidR="00FE1565" w:rsidRPr="00D22C96" w:rsidRDefault="00FE1565" w:rsidP="00CC555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 xml:space="preserve">u </w:t>
            </w:r>
            <w:r w:rsidR="006E3021" w:rsidRPr="00D22C96">
              <w:rPr>
                <w:rFonts w:ascii="Arial" w:hAnsi="Arial" w:cs="Arial"/>
                <w:sz w:val="16"/>
                <w:szCs w:val="16"/>
              </w:rPr>
              <w:t>prodejn</w:t>
            </w:r>
            <w:r w:rsidRPr="00D22C96">
              <w:rPr>
                <w:rFonts w:ascii="Arial" w:hAnsi="Arial" w:cs="Arial"/>
                <w:sz w:val="16"/>
                <w:szCs w:val="16"/>
              </w:rPr>
              <w:t xml:space="preserve">y na </w:t>
            </w:r>
            <w:r w:rsidR="006E3021" w:rsidRPr="00D22C96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D22C96">
              <w:rPr>
                <w:rFonts w:ascii="Arial" w:hAnsi="Arial" w:cs="Arial"/>
                <w:sz w:val="16"/>
                <w:szCs w:val="16"/>
              </w:rPr>
              <w:t>Hudcov</w:t>
            </w:r>
            <w:r w:rsidR="006E3021" w:rsidRPr="00D22C96">
              <w:rPr>
                <w:rFonts w:ascii="Arial" w:hAnsi="Arial" w:cs="Arial"/>
                <w:sz w:val="16"/>
                <w:szCs w:val="16"/>
              </w:rPr>
              <w:t>a</w:t>
            </w:r>
            <w:r w:rsidRPr="00D22C96">
              <w:rPr>
                <w:rFonts w:ascii="Arial" w:hAnsi="Arial" w:cs="Arial"/>
                <w:sz w:val="16"/>
                <w:szCs w:val="16"/>
              </w:rPr>
              <w:t xml:space="preserve"> or. č. 2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2B83B36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0C440EA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3FB1C20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372C1F5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34878EAC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tisk, tabákové výrobky</w:t>
            </w:r>
          </w:p>
        </w:tc>
      </w:tr>
      <w:tr w:rsidR="00FE1565" w:rsidRPr="005C0F58" w14:paraId="10AFB7F9" w14:textId="77777777" w:rsidTr="00CF5DFA">
        <w:tc>
          <w:tcPr>
            <w:tcW w:w="2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97070F3" w14:textId="77777777" w:rsidR="00FE1565" w:rsidRPr="00D22C96" w:rsidRDefault="00FE1565" w:rsidP="00CC555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8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9AA0C77" w14:textId="77777777" w:rsidR="00FE1565" w:rsidRPr="00D22C96" w:rsidRDefault="00FE1565" w:rsidP="00CC555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620/107</w:t>
            </w:r>
          </w:p>
        </w:tc>
        <w:tc>
          <w:tcPr>
            <w:tcW w:w="10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BAD2A8A" w14:textId="77777777" w:rsidR="00FE1565" w:rsidRPr="00D22C96" w:rsidRDefault="00FE1565" w:rsidP="00CC555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ul. Podpěrova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D45CCE4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9D24215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23E1831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332CD50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EFB7B22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tisk, tabákové výrobky</w:t>
            </w:r>
          </w:p>
        </w:tc>
      </w:tr>
      <w:tr w:rsidR="00FE1565" w:rsidRPr="005C0F58" w14:paraId="03CFD7EE" w14:textId="77777777" w:rsidTr="00CF5DFA">
        <w:tc>
          <w:tcPr>
            <w:tcW w:w="2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317F3C" w14:textId="77777777" w:rsidR="00FE1565" w:rsidRPr="00D22C96" w:rsidRDefault="00FE1565" w:rsidP="00CC555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EAE7FB" w14:textId="77777777" w:rsidR="00FE1565" w:rsidRPr="00D22C96" w:rsidRDefault="00FE1565" w:rsidP="00CC555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10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D25116" w14:textId="77777777" w:rsidR="00FE1565" w:rsidRPr="00D22C96" w:rsidRDefault="00FE1565" w:rsidP="00CC555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u vozovny Dopravního podniku m. Brna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7DAF15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B2764B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7107E5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489E33" w14:textId="77777777" w:rsidR="00FE1565" w:rsidRPr="00D22C96" w:rsidRDefault="00FE1565" w:rsidP="00CC555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EA0BB4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tisk, tabákové výrobky, doplň. zboží</w:t>
            </w:r>
          </w:p>
        </w:tc>
      </w:tr>
    </w:tbl>
    <w:p w14:paraId="4AC33E2A" w14:textId="77777777" w:rsidR="00FE1565" w:rsidRPr="00CF7A8A" w:rsidRDefault="00FE1565" w:rsidP="00CF7A8A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CF7A8A">
        <w:rPr>
          <w:rFonts w:ascii="Arial" w:hAnsi="Arial" w:cs="Arial"/>
          <w:b/>
          <w:bCs/>
          <w:sz w:val="22"/>
          <w:szCs w:val="22"/>
        </w:rPr>
        <w:t>HLAVA B:  Restaurační zahrádky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94"/>
        <w:gridCol w:w="1073"/>
        <w:gridCol w:w="2258"/>
        <w:gridCol w:w="1083"/>
        <w:gridCol w:w="839"/>
        <w:gridCol w:w="1426"/>
        <w:gridCol w:w="1138"/>
        <w:gridCol w:w="1372"/>
      </w:tblGrid>
      <w:tr w:rsidR="00FE1565" w:rsidRPr="005C0F58" w14:paraId="65163E76" w14:textId="77777777" w:rsidTr="00CF5DFA">
        <w:trPr>
          <w:trHeight w:val="274"/>
        </w:trPr>
        <w:tc>
          <w:tcPr>
            <w:tcW w:w="194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9AD4E6" w14:textId="77777777" w:rsidR="00FE1565" w:rsidRPr="00D22C96" w:rsidRDefault="00FE1565" w:rsidP="0004750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22C9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0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E672EB" w14:textId="77777777" w:rsidR="00FE1565" w:rsidRPr="00D22C96" w:rsidRDefault="00FE1565" w:rsidP="0004750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22C9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3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D36268" w14:textId="77777777" w:rsidR="00FE1565" w:rsidRPr="00D22C96" w:rsidRDefault="00FE1565" w:rsidP="0004750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22C9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1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D732319" w14:textId="77777777" w:rsidR="00FE1565" w:rsidRPr="00D22C96" w:rsidRDefault="00FE1565" w:rsidP="0004750E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22C9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997776" w:rsidRPr="005C0F58" w14:paraId="3CFBCC80" w14:textId="77777777" w:rsidTr="00CF5DFA">
        <w:tc>
          <w:tcPr>
            <w:tcW w:w="20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67208B" w14:textId="77777777" w:rsidR="00FE1565" w:rsidRPr="00D22C96" w:rsidRDefault="00FE1565" w:rsidP="00CF5DF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5828A6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2D1C2BF7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Medlánky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CF7D65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0A5D4A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3BA9B24E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2A2CAE" w14:textId="77777777" w:rsidR="00FE1565" w:rsidRPr="00D22C96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50100F5" w14:textId="6636F921" w:rsidR="00FE1565" w:rsidRPr="00D22C96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(m</w:t>
            </w:r>
            <w:r w:rsidR="00D22C96" w:rsidRPr="00CF5DF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D22C9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8E604B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10D3F1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4F9FB551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7776" w:rsidRPr="005C0F58" w14:paraId="0F105E36" w14:textId="77777777" w:rsidTr="00CF5DFA">
        <w:tc>
          <w:tcPr>
            <w:tcW w:w="20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E12FCE" w14:textId="77777777" w:rsidR="00FE1565" w:rsidRPr="00D22C96" w:rsidRDefault="00FE1565" w:rsidP="0099777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0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F3BB7E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1532/9</w:t>
            </w:r>
          </w:p>
        </w:tc>
        <w:tc>
          <w:tcPr>
            <w:tcW w:w="117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6C9975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za objektem na Podpěrově ul. or. č. 2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47D852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42B22F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4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BA7A3D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8.00-21.45 h.</w:t>
            </w:r>
          </w:p>
        </w:tc>
        <w:tc>
          <w:tcPr>
            <w:tcW w:w="59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F01C60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1.4.-31.10.</w:t>
            </w:r>
          </w:p>
        </w:tc>
        <w:tc>
          <w:tcPr>
            <w:tcW w:w="71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7D5AC7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7776" w:rsidRPr="005C0F58" w14:paraId="6E748407" w14:textId="77777777" w:rsidTr="00CF5DFA">
        <w:tc>
          <w:tcPr>
            <w:tcW w:w="2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1FAEFE6" w14:textId="77777777" w:rsidR="00FE1565" w:rsidRPr="00D22C96" w:rsidRDefault="00FE1565" w:rsidP="0099777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2D1F976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1532/10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C5BF279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na chodníku před objektem na Podpěrově ul. or. č. 2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E71C4D5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D98CDAF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A179628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5E83F5E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9D3D3E4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7776" w:rsidRPr="005C0F58" w14:paraId="487AD49A" w14:textId="77777777" w:rsidTr="00CF5DFA">
        <w:trPr>
          <w:trHeight w:val="307"/>
        </w:trPr>
        <w:tc>
          <w:tcPr>
            <w:tcW w:w="2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6F9F536" w14:textId="77777777" w:rsidR="00FE1565" w:rsidRPr="00D22C96" w:rsidRDefault="00FE1565" w:rsidP="0099777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6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E40C50D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5D4528C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D6FA1FF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EA68502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549819B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FFDF604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CD3E812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7776" w:rsidRPr="005C0F58" w14:paraId="6DB00576" w14:textId="77777777" w:rsidTr="00CF5DFA">
        <w:tc>
          <w:tcPr>
            <w:tcW w:w="2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B3AFE86" w14:textId="77777777" w:rsidR="00FE1565" w:rsidRPr="00D22C96" w:rsidRDefault="00FE1565" w:rsidP="0099777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6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14327B6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446/1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8571A1A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na chodníku před objektem na Kytnerově ul. or. č. 6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0913F00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F2A9785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003D62F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E3C8F22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44BDED3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7776" w:rsidRPr="005C0F58" w14:paraId="45CFB9B6" w14:textId="77777777" w:rsidTr="00CF5DFA">
        <w:tc>
          <w:tcPr>
            <w:tcW w:w="2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4CE84A5" w14:textId="77777777" w:rsidR="00FE1565" w:rsidRPr="00D22C96" w:rsidRDefault="00FE1565" w:rsidP="0099777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6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1C35C52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524/1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EB9A056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na chodníku vedle objektu na Kytnerově ul. or. č. 6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248E852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2056CE8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52FAEF7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157F36E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6228833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7776" w:rsidRPr="005C0F58" w14:paraId="543B953B" w14:textId="77777777" w:rsidTr="00CF5DFA">
        <w:tc>
          <w:tcPr>
            <w:tcW w:w="2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D1442E6" w14:textId="77777777" w:rsidR="00FE1565" w:rsidRPr="00D22C96" w:rsidRDefault="00FE1565" w:rsidP="0099777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6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D574BD9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625/5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9057297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vedle obj. na Hudcově ul. or. č. 33 (na hřišti)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109CB85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FD17DCB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2D38B5E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8967EF3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090F60A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7776" w:rsidRPr="005C0F58" w14:paraId="4999132A" w14:textId="77777777" w:rsidTr="00CF5DFA">
        <w:tc>
          <w:tcPr>
            <w:tcW w:w="2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D8C9BC" w14:textId="77777777" w:rsidR="00FE1565" w:rsidRPr="00D22C96" w:rsidRDefault="00FE1565" w:rsidP="0099777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BFF34E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485/2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E5F884" w14:textId="77777777" w:rsidR="00FE1565" w:rsidRPr="00D22C96" w:rsidRDefault="00FE1565" w:rsidP="0099777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v zahradě obj. na Suchého ul. or. č. 6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7B9921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AE2ACD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ACF3EF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16F32A" w14:textId="77777777" w:rsidR="00FE1565" w:rsidRPr="00D22C96" w:rsidRDefault="00FE1565" w:rsidP="0099777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2C9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F7B55D8" w14:textId="77777777" w:rsidR="00FE1565" w:rsidRPr="00D22C9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9BC184" w14:textId="77777777" w:rsidR="00FE1565" w:rsidRPr="00CF7A8A" w:rsidRDefault="00FE1565" w:rsidP="00CF7A8A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CF7A8A">
        <w:rPr>
          <w:rFonts w:ascii="Arial" w:hAnsi="Arial" w:cs="Arial"/>
          <w:b/>
          <w:bCs/>
          <w:sz w:val="22"/>
          <w:szCs w:val="22"/>
        </w:rPr>
        <w:t>HLAVA C: Pojízdný prodej, pochůzkový prodej a prodej bez prodejního zařízení</w:t>
      </w:r>
    </w:p>
    <w:p w14:paraId="009EF8D1" w14:textId="77777777" w:rsidR="00FE1565" w:rsidRPr="005C0F58" w:rsidRDefault="00FE1565" w:rsidP="00FE44CA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Pojízdný prodej, pochůzkový prodej a prodej bez prodejního zařízení je možno provozovat při splnění požadavků právních předpisů na celém území MČ Brno-Medlánky. </w:t>
      </w:r>
    </w:p>
    <w:p w14:paraId="6DBC244B" w14:textId="77777777" w:rsidR="00FE44CA" w:rsidRPr="005C0F58" w:rsidRDefault="00FE44C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5C93E31" w14:textId="0B6F51F1" w:rsidR="00FE44CA" w:rsidRDefault="00FE44C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8A74D9D" w14:textId="55594950" w:rsidR="00D22C96" w:rsidRDefault="00D22C9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D5E74A0" w14:textId="213D91FA" w:rsidR="00D22C96" w:rsidRDefault="00D22C9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215E1DC" w14:textId="77777777" w:rsidR="00CF5DFA" w:rsidRDefault="00CF5DF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9E1C02B" w14:textId="3495E207" w:rsidR="00D22C96" w:rsidRDefault="00D22C9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50CE70E" w14:textId="0B08ECFD" w:rsidR="00D22C96" w:rsidRDefault="00D22C9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07864C6" w14:textId="55BEE8FA" w:rsidR="00D22C96" w:rsidRDefault="00D22C9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7FCB223" w14:textId="77777777" w:rsidR="00D22C96" w:rsidRPr="005C0F58" w:rsidRDefault="00D22C9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B81AD50" w14:textId="77777777" w:rsidR="00CF5DFA" w:rsidRDefault="00CF5DF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01D8DA3" w14:textId="77777777" w:rsidR="00CF5DFA" w:rsidRDefault="00CF5DF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1EB0024" w14:textId="77777777" w:rsidR="00CF5DFA" w:rsidRDefault="00CF5DF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0D070DF" w14:textId="77777777" w:rsidR="00CF5DFA" w:rsidRDefault="00CF5DF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D8376DB" w14:textId="77777777" w:rsidR="00CF5DFA" w:rsidRDefault="00CF5DF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21B1164" w14:textId="77777777" w:rsidR="00CF5DFA" w:rsidRDefault="00CF5DF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5D3C28C" w14:textId="77777777" w:rsidR="00E70F58" w:rsidRDefault="00E70F5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380D988" w14:textId="77777777" w:rsidR="00E70F58" w:rsidRDefault="00E70F5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463C739" w14:textId="006C8E49" w:rsidR="00FE1565" w:rsidRPr="0095471A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95471A">
        <w:rPr>
          <w:rFonts w:ascii="Arial" w:hAnsi="Arial" w:cs="Arial"/>
          <w:b/>
          <w:bCs/>
          <w:sz w:val="22"/>
          <w:szCs w:val="22"/>
        </w:rPr>
        <w:lastRenderedPageBreak/>
        <w:t>ČÁST XVII</w:t>
      </w:r>
    </w:p>
    <w:p w14:paraId="32DEC55A" w14:textId="293D5C9C" w:rsidR="00FE1565" w:rsidRPr="0095471A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95471A">
        <w:rPr>
          <w:rFonts w:ascii="Arial" w:hAnsi="Arial" w:cs="Arial"/>
          <w:b/>
          <w:bCs/>
          <w:sz w:val="22"/>
          <w:szCs w:val="22"/>
        </w:rPr>
        <w:t>MČ BRNO</w:t>
      </w:r>
      <w:r w:rsidR="00CF7A8A" w:rsidRPr="0095471A"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95471A">
        <w:rPr>
          <w:rFonts w:ascii="Arial" w:hAnsi="Arial" w:cs="Arial"/>
          <w:b/>
          <w:bCs/>
          <w:sz w:val="22"/>
          <w:szCs w:val="22"/>
        </w:rPr>
        <w:t>NOVÝ LÍSKOVEC</w:t>
      </w:r>
    </w:p>
    <w:p w14:paraId="3DCADBB8" w14:textId="77777777" w:rsidR="00FE1565" w:rsidRPr="0095471A" w:rsidRDefault="00FE1565" w:rsidP="00CF7A8A">
      <w:pPr>
        <w:pStyle w:val="Zkladntext"/>
        <w:spacing w:before="240" w:after="120"/>
        <w:rPr>
          <w:rFonts w:ascii="Arial" w:hAnsi="Arial" w:cs="Arial"/>
          <w:b/>
          <w:bCs/>
          <w:sz w:val="22"/>
          <w:szCs w:val="22"/>
        </w:rPr>
      </w:pPr>
      <w:r w:rsidRPr="0095471A">
        <w:rPr>
          <w:rFonts w:ascii="Arial" w:hAnsi="Arial" w:cs="Arial"/>
          <w:b/>
          <w:bCs/>
          <w:sz w:val="22"/>
          <w:szCs w:val="22"/>
        </w:rPr>
        <w:t>HLAVA A: Tržní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2"/>
        <w:gridCol w:w="1282"/>
        <w:gridCol w:w="1928"/>
        <w:gridCol w:w="907"/>
        <w:gridCol w:w="910"/>
        <w:gridCol w:w="1213"/>
        <w:gridCol w:w="1206"/>
        <w:gridCol w:w="1725"/>
      </w:tblGrid>
      <w:tr w:rsidR="00F71FCB" w:rsidRPr="005C0F58" w14:paraId="1399DC7D" w14:textId="77777777">
        <w:trPr>
          <w:trHeight w:val="274"/>
        </w:trPr>
        <w:tc>
          <w:tcPr>
            <w:tcW w:w="189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B064C8" w14:textId="77777777" w:rsidR="00FE1565" w:rsidRPr="0017478F" w:rsidRDefault="00FE1565" w:rsidP="00F71FC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478F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4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170621" w14:textId="77777777" w:rsidR="00FE1565" w:rsidRPr="0017478F" w:rsidRDefault="00FE1565" w:rsidP="00F71FC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478F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6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52DFAD" w14:textId="77777777" w:rsidR="00FE1565" w:rsidRPr="0017478F" w:rsidRDefault="00FE1565" w:rsidP="00F71FC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478F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90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95BD8D3" w14:textId="77777777" w:rsidR="00FE1565" w:rsidRPr="0017478F" w:rsidRDefault="00FE1565" w:rsidP="00F71FC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478F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71FCB" w:rsidRPr="005C0F58" w14:paraId="6D5396F9" w14:textId="77777777">
        <w:tc>
          <w:tcPr>
            <w:tcW w:w="21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AC65FA" w14:textId="77777777" w:rsidR="00FE1565" w:rsidRPr="0017478F" w:rsidRDefault="00FE1565" w:rsidP="00D51B5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D0F4FF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2B53B7ED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N. Lískovec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C3B80B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7859A3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137B50" w14:textId="77777777" w:rsidR="00FE1565" w:rsidRPr="0017478F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A6E6F47" w14:textId="3F75EDE0" w:rsidR="00FE1565" w:rsidRPr="0017478F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(m</w:t>
            </w:r>
            <w:r w:rsidR="0017478F" w:rsidRPr="00CF7A8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7478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AFB326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788B6B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90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1F893218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FCB" w:rsidRPr="005C0F58" w14:paraId="675C838B" w14:textId="77777777">
        <w:trPr>
          <w:trHeight w:val="326"/>
        </w:trPr>
        <w:tc>
          <w:tcPr>
            <w:tcW w:w="2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D3C542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69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433B55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2623/13</w:t>
            </w:r>
          </w:p>
        </w:tc>
        <w:tc>
          <w:tcPr>
            <w:tcW w:w="100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481B39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Petra Křivky</w:t>
            </w:r>
          </w:p>
        </w:tc>
        <w:tc>
          <w:tcPr>
            <w:tcW w:w="4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493067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D298F6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63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430263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8-19 h.</w:t>
            </w:r>
          </w:p>
        </w:tc>
        <w:tc>
          <w:tcPr>
            <w:tcW w:w="6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BF74D1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90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F16280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FCB" w:rsidRPr="005C0F58" w14:paraId="2ED8F9C4" w14:textId="77777777">
        <w:trPr>
          <w:trHeight w:val="343"/>
        </w:trPr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32F4A6E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8473D1F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2623/14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0009BF6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Petra Křivky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26C1411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74AB900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8A81343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8-19 h.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2F7B827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9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460563B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FCB" w:rsidRPr="005C0F58" w14:paraId="38E6CD25" w14:textId="77777777">
        <w:trPr>
          <w:trHeight w:val="339"/>
        </w:trPr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4F2A6FF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BFD79D2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2047/1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63770CA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Petra Křivky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7EEC6D4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E4E9DDC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90B01E0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8-19 h.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653B915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9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4F011C6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FCB" w:rsidRPr="005C0F58" w14:paraId="76B5A402" w14:textId="77777777"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958D3CB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FC1D3EF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2159/16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9EC52B7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 xml:space="preserve">ul. Petra Křivky </w:t>
            </w:r>
            <w:r w:rsidR="00F71FCB" w:rsidRPr="0017478F">
              <w:rPr>
                <w:rFonts w:ascii="Arial" w:hAnsi="Arial" w:cs="Arial"/>
                <w:sz w:val="16"/>
                <w:szCs w:val="16"/>
              </w:rPr>
              <w:t>–</w:t>
            </w:r>
            <w:r w:rsidRPr="0017478F">
              <w:rPr>
                <w:rFonts w:ascii="Arial" w:hAnsi="Arial" w:cs="Arial"/>
                <w:sz w:val="16"/>
                <w:szCs w:val="16"/>
              </w:rPr>
              <w:t xml:space="preserve"> u prodejny "Albert"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3A2DF69F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05AF7D3" w14:textId="77777777" w:rsidR="00FE1565" w:rsidRPr="0017478F" w:rsidRDefault="009855A2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3</w:t>
            </w:r>
            <w:r w:rsidR="00FE1565" w:rsidRPr="001747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CE206C3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8-19 h.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62A27A7" w14:textId="77777777" w:rsidR="00FE1565" w:rsidRPr="0017478F" w:rsidRDefault="00DB059C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listopad–únor</w:t>
            </w:r>
          </w:p>
        </w:tc>
        <w:tc>
          <w:tcPr>
            <w:tcW w:w="9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A401014" w14:textId="77777777" w:rsidR="00FE1565" w:rsidRPr="0017478F" w:rsidRDefault="00D1654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color w:val="000000"/>
                <w:sz w:val="16"/>
                <w:szCs w:val="16"/>
              </w:rPr>
              <w:t>prodej vánočních stromků</w:t>
            </w:r>
          </w:p>
        </w:tc>
      </w:tr>
      <w:tr w:rsidR="00F71FCB" w:rsidRPr="005C0F58" w14:paraId="2C5FF861" w14:textId="77777777"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161CB47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FC021A9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2159/13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8D81314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 xml:space="preserve">ul. Petra Křivky </w:t>
            </w:r>
            <w:r w:rsidR="00BC33C4" w:rsidRPr="0017478F">
              <w:rPr>
                <w:rFonts w:ascii="Arial" w:hAnsi="Arial" w:cs="Arial"/>
                <w:sz w:val="16"/>
                <w:szCs w:val="16"/>
              </w:rPr>
              <w:t>–</w:t>
            </w:r>
            <w:r w:rsidRPr="0017478F">
              <w:rPr>
                <w:rFonts w:ascii="Arial" w:hAnsi="Arial" w:cs="Arial"/>
                <w:sz w:val="16"/>
                <w:szCs w:val="16"/>
              </w:rPr>
              <w:t xml:space="preserve"> u prodejny "Albert"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460D96D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28231C5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7BC201F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8-19 h.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728F8AA" w14:textId="77777777" w:rsidR="00FE1565" w:rsidRPr="0017478F" w:rsidRDefault="00DB059C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9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9D85C76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FCB" w:rsidRPr="005C0F58" w14:paraId="0B4B7B45" w14:textId="77777777">
        <w:trPr>
          <w:trHeight w:val="353"/>
        </w:trPr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8C86F16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 xml:space="preserve">6. 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C5A94A1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2881, 1796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A04C538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Petra Křivky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40EE24B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A0C0EEA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BA525A2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8-19 h.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9A1B701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9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BF684A6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FCB" w:rsidRPr="005C0F58" w14:paraId="59D3FDF0" w14:textId="77777777">
        <w:trPr>
          <w:trHeight w:val="349"/>
        </w:trPr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9C4CAEC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DA9BD2A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2159/1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3CAD0A5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Bítešská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6B3225C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139E3CA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4E470FC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9-19 h.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ACF3AA8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9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B0A00F8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FCB" w:rsidRPr="005C0F58" w14:paraId="7C15AC3B" w14:textId="77777777"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C1C3D8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 xml:space="preserve">8. 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82FF47" w14:textId="77777777" w:rsidR="00FE1565" w:rsidRPr="0017478F" w:rsidRDefault="001C1211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1470, 1457, 1460, 1464, 1465, 1467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87F70C" w14:textId="77777777" w:rsidR="00FE1565" w:rsidRPr="0017478F" w:rsidRDefault="001C1211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park Pod Plachtami – plocha mezi fotbalovým hřištěm a ul. Chironovou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1D604D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0434C0" w14:textId="77777777" w:rsidR="00FE1565" w:rsidRPr="0017478F" w:rsidRDefault="001C1211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688E3B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25373C" w14:textId="77777777" w:rsidR="00FE1565" w:rsidRPr="0017478F" w:rsidRDefault="001C1211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9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C4F5C8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2CE7" w:rsidRPr="005C0F58" w14:paraId="686AE170" w14:textId="77777777" w:rsidTr="00BE2CE7"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7D4493" w14:textId="77777777" w:rsidR="00BE2CE7" w:rsidRPr="0017478F" w:rsidRDefault="00BE2CE7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BCB6F5" w14:textId="77777777" w:rsidR="00BE2CE7" w:rsidRPr="0017478F" w:rsidRDefault="00BE2CE7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2387, 301/61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C3C2FF" w14:textId="77777777" w:rsidR="00BE2CE7" w:rsidRPr="0017478F" w:rsidRDefault="00BE2CE7" w:rsidP="00BE2CE7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17478F">
              <w:rPr>
                <w:rFonts w:ascii="Arial" w:hAnsi="Arial" w:cs="Arial"/>
                <w:noProof/>
                <w:sz w:val="16"/>
                <w:szCs w:val="16"/>
              </w:rPr>
              <w:t>chodník</w:t>
            </w:r>
          </w:p>
          <w:p w14:paraId="691CA35A" w14:textId="77777777" w:rsidR="00BE2CE7" w:rsidRPr="0017478F" w:rsidRDefault="00BE2CE7" w:rsidP="00BE2CE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mezi lávkou nad ul. P. Křivky a ul. Kamínky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B3910F" w14:textId="77777777" w:rsidR="00BE2CE7" w:rsidRPr="0017478F" w:rsidRDefault="00BE2CE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D0AC5D" w14:textId="77777777" w:rsidR="00BE2CE7" w:rsidRPr="0017478F" w:rsidRDefault="00BE2CE7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71434D" w14:textId="77777777" w:rsidR="00BE2CE7" w:rsidRPr="0017478F" w:rsidRDefault="00BE2CE7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8-19 h.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2FC0CF" w14:textId="77777777" w:rsidR="00BE2CE7" w:rsidRPr="0017478F" w:rsidRDefault="00BE2CE7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9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0484E4" w14:textId="77777777" w:rsidR="00BE2CE7" w:rsidRPr="0017478F" w:rsidRDefault="00362BDC" w:rsidP="00362BDC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f</w:t>
            </w:r>
            <w:r w:rsidR="00BE2CE7" w:rsidRPr="0017478F">
              <w:rPr>
                <w:rFonts w:ascii="Arial" w:hAnsi="Arial" w:cs="Arial"/>
                <w:sz w:val="16"/>
                <w:szCs w:val="16"/>
              </w:rPr>
              <w:t>armářské a obdobné  trhy</w:t>
            </w:r>
          </w:p>
        </w:tc>
      </w:tr>
    </w:tbl>
    <w:p w14:paraId="0C489E5E" w14:textId="77777777" w:rsidR="00FE1565" w:rsidRPr="00CF7A8A" w:rsidRDefault="00FE1565" w:rsidP="00CF7A8A">
      <w:pPr>
        <w:pStyle w:val="Zkladntext"/>
        <w:spacing w:before="240" w:after="120"/>
        <w:rPr>
          <w:rFonts w:ascii="Arial" w:hAnsi="Arial" w:cs="Arial"/>
          <w:b/>
          <w:bCs/>
          <w:sz w:val="22"/>
          <w:szCs w:val="22"/>
        </w:rPr>
      </w:pPr>
      <w:r w:rsidRPr="00CF7A8A">
        <w:rPr>
          <w:rFonts w:ascii="Arial" w:hAnsi="Arial" w:cs="Arial"/>
          <w:b/>
          <w:bCs/>
          <w:sz w:val="22"/>
          <w:szCs w:val="22"/>
        </w:rPr>
        <w:t>HLAVA B:  Restaurační zahrádky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0"/>
        <w:gridCol w:w="1173"/>
        <w:gridCol w:w="1541"/>
        <w:gridCol w:w="1068"/>
        <w:gridCol w:w="826"/>
        <w:gridCol w:w="1991"/>
        <w:gridCol w:w="1102"/>
        <w:gridCol w:w="1482"/>
      </w:tblGrid>
      <w:tr w:rsidR="00FE1565" w:rsidRPr="005C0F58" w14:paraId="3A9AA04D" w14:textId="77777777">
        <w:trPr>
          <w:trHeight w:val="274"/>
        </w:trPr>
        <w:tc>
          <w:tcPr>
            <w:tcW w:w="1625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31B55C" w14:textId="77777777" w:rsidR="00FE1565" w:rsidRPr="0017478F" w:rsidRDefault="00FE1565" w:rsidP="00BA45C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478F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8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074385" w14:textId="77777777" w:rsidR="00FE1565" w:rsidRPr="0017478F" w:rsidRDefault="00FE1565" w:rsidP="00BA45C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478F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61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B60886" w14:textId="77777777" w:rsidR="00FE1565" w:rsidRPr="0017478F" w:rsidRDefault="00FE1565" w:rsidP="00BA45C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478F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771FA43" w14:textId="77777777" w:rsidR="00FE1565" w:rsidRPr="0017478F" w:rsidRDefault="00FE1565" w:rsidP="00BA45C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478F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08748E80" w14:textId="77777777">
        <w:tc>
          <w:tcPr>
            <w:tcW w:w="20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047A25" w14:textId="77777777" w:rsidR="00FE1565" w:rsidRPr="0017478F" w:rsidRDefault="00FE1565" w:rsidP="00D51B5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CEC4EB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66653F4A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N.</w:t>
            </w:r>
            <w:r w:rsidR="00BA68F6" w:rsidRPr="0017478F">
              <w:rPr>
                <w:rFonts w:ascii="Arial" w:hAnsi="Arial" w:cs="Arial"/>
                <w:sz w:val="16"/>
                <w:szCs w:val="16"/>
              </w:rPr>
              <w:t> </w:t>
            </w:r>
            <w:r w:rsidR="001F75B9" w:rsidRPr="0017478F">
              <w:rPr>
                <w:rFonts w:ascii="Arial" w:hAnsi="Arial" w:cs="Arial"/>
                <w:sz w:val="16"/>
                <w:szCs w:val="16"/>
              </w:rPr>
              <w:t>L</w:t>
            </w:r>
            <w:r w:rsidRPr="0017478F">
              <w:rPr>
                <w:rFonts w:ascii="Arial" w:hAnsi="Arial" w:cs="Arial"/>
                <w:sz w:val="16"/>
                <w:szCs w:val="16"/>
              </w:rPr>
              <w:t>ískovec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39E481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0014E9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032F05A4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F813A2" w14:textId="77777777" w:rsidR="00FE1565" w:rsidRPr="0017478F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1160A63" w14:textId="0E877EB1" w:rsidR="00FE1565" w:rsidRPr="0017478F" w:rsidRDefault="00FE1565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(m</w:t>
            </w:r>
            <w:r w:rsidR="0017478F" w:rsidRPr="00CF7A8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7478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997551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36A049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19AFCDBD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599B1553" w14:textId="77777777">
        <w:tc>
          <w:tcPr>
            <w:tcW w:w="20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8B78DF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12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A901F0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2120</w:t>
            </w:r>
          </w:p>
        </w:tc>
        <w:tc>
          <w:tcPr>
            <w:tcW w:w="80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BC4901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P</w:t>
            </w:r>
            <w:r w:rsidR="00E07F39" w:rsidRPr="0017478F">
              <w:rPr>
                <w:rFonts w:ascii="Arial" w:hAnsi="Arial" w:cs="Arial"/>
                <w:sz w:val="16"/>
                <w:szCs w:val="16"/>
              </w:rPr>
              <w:t>etra</w:t>
            </w:r>
            <w:r w:rsidRPr="0017478F">
              <w:rPr>
                <w:rFonts w:ascii="Arial" w:hAnsi="Arial" w:cs="Arial"/>
                <w:sz w:val="16"/>
                <w:szCs w:val="16"/>
              </w:rPr>
              <w:t xml:space="preserve"> Křivky</w:t>
            </w:r>
          </w:p>
        </w:tc>
        <w:tc>
          <w:tcPr>
            <w:tcW w:w="55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4965A8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CDC402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E562CF" w14:textId="77777777" w:rsidR="00D967C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pá-so 8-23 h.;</w:t>
            </w:r>
          </w:p>
          <w:p w14:paraId="540C701F" w14:textId="77777777" w:rsidR="001F75B9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 xml:space="preserve">den po němž následuje den pracovního klidu </w:t>
            </w:r>
          </w:p>
          <w:p w14:paraId="7C3635B1" w14:textId="77777777" w:rsidR="00D967C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8-</w:t>
            </w:r>
            <w:r w:rsidR="00D967C5" w:rsidRPr="0017478F">
              <w:rPr>
                <w:rFonts w:ascii="Arial" w:hAnsi="Arial" w:cs="Arial"/>
                <w:sz w:val="16"/>
                <w:szCs w:val="16"/>
              </w:rPr>
              <w:t>23</w:t>
            </w:r>
            <w:r w:rsidRPr="0017478F">
              <w:rPr>
                <w:rFonts w:ascii="Arial" w:hAnsi="Arial" w:cs="Arial"/>
                <w:sz w:val="16"/>
                <w:szCs w:val="16"/>
              </w:rPr>
              <w:t xml:space="preserve"> h.;</w:t>
            </w:r>
          </w:p>
          <w:p w14:paraId="46B6BEBD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ostatní dny</w:t>
            </w:r>
            <w:r w:rsidR="00D967C5" w:rsidRPr="0017478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7478F">
              <w:rPr>
                <w:rFonts w:ascii="Arial" w:hAnsi="Arial" w:cs="Arial"/>
                <w:sz w:val="16"/>
                <w:szCs w:val="16"/>
              </w:rPr>
              <w:t>8-22 h.</w:t>
            </w:r>
          </w:p>
        </w:tc>
        <w:tc>
          <w:tcPr>
            <w:tcW w:w="57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C020D0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B7C8B1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1B4F4201" w14:textId="77777777">
        <w:trPr>
          <w:trHeight w:val="343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D8E07FD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1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CD551E6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690</w:t>
            </w:r>
            <w:r w:rsidR="000606E4" w:rsidRPr="0017478F"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EB3A7FD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Kluchova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D408108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EA2EDDE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B8C2EF1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BF1D6D2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7CB3F7D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6473C3BA" w14:textId="77777777">
        <w:trPr>
          <w:trHeight w:val="339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AA3DE8E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61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B9DBE4A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413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D99C20C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Rybnická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EB623CB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C880FFE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ADA56AB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53BBE54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0017F0C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26E18BE0" w14:textId="77777777">
        <w:trPr>
          <w:trHeight w:val="348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828A4A4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61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A40FAE6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941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9E622CC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Rybnická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CD1AC65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2CF990C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12F52F4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F8E1C34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9DCCE41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191CD549" w14:textId="77777777">
        <w:trPr>
          <w:trHeight w:val="345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5BFD862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61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BDCF06F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6009B15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Úpatní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04A366A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A166CC8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957FA30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F25F2DA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DE29939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47CB82E6" w14:textId="77777777">
        <w:trPr>
          <w:trHeight w:val="327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22F0021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61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024A4B7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2380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8CFD932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Kamínky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8CC4667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FB5C558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2409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B609855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3C0ED23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B564615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0971C200" w14:textId="77777777">
        <w:trPr>
          <w:trHeight w:val="337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5698147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61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B9164D3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1543/22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3D5B8F0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Plachty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9249133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AE32C56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828E523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3EB6055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7DB7705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4011B521" w14:textId="77777777">
        <w:trPr>
          <w:trHeight w:val="347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2C42E7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61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0F8E00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1543/23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C7A064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Plachty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61090C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A500B3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18D016" w14:textId="77777777" w:rsidR="00FE1565" w:rsidRPr="0017478F" w:rsidRDefault="000606E4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F3959C" w14:textId="77777777" w:rsidR="00FE1565" w:rsidRPr="0017478F" w:rsidRDefault="000606E4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BF75AA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75B6421E" w14:textId="77777777">
        <w:trPr>
          <w:trHeight w:val="343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5E7993" w14:textId="77777777" w:rsidR="00FE1565" w:rsidRPr="0017478F" w:rsidRDefault="00FE1565" w:rsidP="001F75B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61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6AB3EC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443</w:t>
            </w:r>
          </w:p>
        </w:tc>
        <w:tc>
          <w:tcPr>
            <w:tcW w:w="8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85556F" w14:textId="77777777" w:rsidR="00FE1565" w:rsidRPr="0017478F" w:rsidRDefault="00FE1565" w:rsidP="001F75B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ul. Obecní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2B2EB4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ABB61D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764C2F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554BCA" w14:textId="77777777" w:rsidR="00FE1565" w:rsidRPr="0017478F" w:rsidRDefault="00FE1565" w:rsidP="001F75B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478F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C495E60" w14:textId="77777777" w:rsidR="00FE1565" w:rsidRPr="0017478F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07B8EA" w14:textId="77777777" w:rsidR="00BA68F6" w:rsidRPr="00CF7A8A" w:rsidRDefault="00BA68F6" w:rsidP="00CF7A8A">
      <w:pPr>
        <w:pStyle w:val="Normlnweb"/>
        <w:spacing w:before="240" w:beforeAutospacing="0" w:after="120" w:afterAutospacing="0"/>
        <w:rPr>
          <w:rFonts w:ascii="Arial" w:hAnsi="Arial" w:cs="Arial"/>
          <w:b/>
          <w:bCs/>
          <w:sz w:val="22"/>
          <w:szCs w:val="22"/>
        </w:rPr>
      </w:pPr>
      <w:r w:rsidRPr="00CF7A8A">
        <w:rPr>
          <w:rFonts w:ascii="Arial" w:hAnsi="Arial" w:cs="Arial"/>
          <w:b/>
          <w:bCs/>
          <w:sz w:val="22"/>
          <w:szCs w:val="22"/>
        </w:rPr>
        <w:t>HLAVA C: Předsunutá prodejní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1"/>
        <w:gridCol w:w="1196"/>
        <w:gridCol w:w="1840"/>
        <w:gridCol w:w="1014"/>
        <w:gridCol w:w="820"/>
        <w:gridCol w:w="1572"/>
        <w:gridCol w:w="1050"/>
        <w:gridCol w:w="1620"/>
      </w:tblGrid>
      <w:tr w:rsidR="005640A8" w:rsidRPr="005C0F58" w14:paraId="5DCFD90B" w14:textId="77777777" w:rsidTr="0095471A">
        <w:trPr>
          <w:cantSplit/>
          <w:trHeight w:val="274"/>
        </w:trPr>
        <w:tc>
          <w:tcPr>
            <w:tcW w:w="183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E4C65D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7A8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9AC03D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7A8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6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CDD7ED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7A8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4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7E16AED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7A8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B745B8" w:rsidRPr="005C0F58" w14:paraId="61407EDE" w14:textId="77777777" w:rsidTr="0095471A">
        <w:trPr>
          <w:cantSplit/>
        </w:trPr>
        <w:tc>
          <w:tcPr>
            <w:tcW w:w="246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C657C3" w14:textId="77777777" w:rsidR="005640A8" w:rsidRPr="00CF7A8A" w:rsidRDefault="005640A8" w:rsidP="00D51B5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21825F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359348A2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N. Lískovec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564BAF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A27ACC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174DD8A0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7C36FD" w14:textId="77777777" w:rsidR="005640A8" w:rsidRPr="00CF7A8A" w:rsidRDefault="005640A8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856389D" w14:textId="7FCCA561" w:rsidR="005640A8" w:rsidRPr="00CF7A8A" w:rsidRDefault="005640A8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(m</w:t>
            </w:r>
            <w:r w:rsidR="00CF7A8A" w:rsidRPr="00CF7A8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CF7A8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C6BB6B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10F6A7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0AD32509" w14:textId="77777777" w:rsidR="005640A8" w:rsidRPr="00CF7A8A" w:rsidRDefault="005640A8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45B8" w:rsidRPr="005C0F58" w14:paraId="0D83C43D" w14:textId="77777777" w:rsidTr="0095471A">
        <w:trPr>
          <w:cantSplit/>
          <w:trHeight w:val="340"/>
        </w:trPr>
        <w:tc>
          <w:tcPr>
            <w:tcW w:w="24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4FF81F" w14:textId="77777777" w:rsidR="005640A8" w:rsidRPr="00CF7A8A" w:rsidRDefault="005640A8" w:rsidP="00681A4F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24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EE7F33" w14:textId="77777777" w:rsidR="005640A8" w:rsidRPr="00CF7A8A" w:rsidRDefault="00DA362D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1867/8</w:t>
            </w:r>
          </w:p>
        </w:tc>
        <w:tc>
          <w:tcPr>
            <w:tcW w:w="96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929B5F" w14:textId="77777777" w:rsidR="005640A8" w:rsidRPr="00CF7A8A" w:rsidRDefault="00B745B8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ul. Oblá or. č. 75 (masna)</w:t>
            </w:r>
          </w:p>
        </w:tc>
        <w:tc>
          <w:tcPr>
            <w:tcW w:w="5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5F862B" w14:textId="77777777" w:rsidR="005640A8" w:rsidRPr="00CF7A8A" w:rsidRDefault="005640A8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AB06B8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2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2DBEA7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24 hodin</w:t>
            </w:r>
          </w:p>
        </w:tc>
        <w:tc>
          <w:tcPr>
            <w:tcW w:w="5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F7BF40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4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709EAA" w14:textId="77777777" w:rsidR="005640A8" w:rsidRPr="00CF7A8A" w:rsidRDefault="005640A8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45B8" w:rsidRPr="005C0F58" w14:paraId="25820F69" w14:textId="77777777" w:rsidTr="00D51B5E">
        <w:trPr>
          <w:cantSplit/>
          <w:trHeight w:val="340"/>
        </w:trPr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30C21E5" w14:textId="77777777" w:rsidR="005640A8" w:rsidRPr="00CF7A8A" w:rsidRDefault="005640A8" w:rsidP="00681A4F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24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37CF77A" w14:textId="77777777" w:rsidR="005640A8" w:rsidRPr="00CF7A8A" w:rsidRDefault="00DA362D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1865/4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C2EE061" w14:textId="77777777" w:rsidR="005640A8" w:rsidRPr="00CF7A8A" w:rsidRDefault="005640A8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B745B8" w:rsidRPr="00CF7A8A">
              <w:rPr>
                <w:rFonts w:ascii="Arial" w:hAnsi="Arial" w:cs="Arial"/>
                <w:sz w:val="16"/>
                <w:szCs w:val="16"/>
              </w:rPr>
              <w:t>Oblá or. č. 75 (lékárna)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D62DA02" w14:textId="77777777" w:rsidR="005640A8" w:rsidRPr="00CF7A8A" w:rsidRDefault="005640A8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4524070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27EEDFE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A7CF2ED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6805D25" w14:textId="77777777" w:rsidR="005640A8" w:rsidRPr="00CF7A8A" w:rsidRDefault="005640A8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45B8" w:rsidRPr="005C0F58" w14:paraId="56285134" w14:textId="77777777" w:rsidTr="00D51B5E">
        <w:trPr>
          <w:cantSplit/>
          <w:trHeight w:val="34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996071D" w14:textId="77777777" w:rsidR="005640A8" w:rsidRPr="00CF7A8A" w:rsidRDefault="005640A8" w:rsidP="00681A4F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9BA073" w14:textId="77777777" w:rsidR="005640A8" w:rsidRPr="00CF7A8A" w:rsidRDefault="00DA362D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2479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C674F77" w14:textId="77777777" w:rsidR="005640A8" w:rsidRPr="00CF7A8A" w:rsidRDefault="00B745B8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ul. Svážná or. č. 30 (pekárna)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2607374" w14:textId="77777777" w:rsidR="005640A8" w:rsidRPr="00CF7A8A" w:rsidRDefault="005640A8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3A0048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129AD82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6F24EE2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8C91B46" w14:textId="77777777" w:rsidR="005640A8" w:rsidRPr="00CF7A8A" w:rsidRDefault="005640A8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45B8" w:rsidRPr="005C0F58" w14:paraId="0F21A8C8" w14:textId="77777777" w:rsidTr="00D51B5E">
        <w:trPr>
          <w:cantSplit/>
          <w:trHeight w:val="34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C00CA2" w14:textId="77777777" w:rsidR="005640A8" w:rsidRPr="00CF7A8A" w:rsidRDefault="005640A8" w:rsidP="00681A4F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9B18D66" w14:textId="77777777" w:rsidR="005640A8" w:rsidRPr="00CF7A8A" w:rsidRDefault="00DA362D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2477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B8A6723" w14:textId="77777777" w:rsidR="005640A8" w:rsidRPr="00CF7A8A" w:rsidRDefault="005640A8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B745B8" w:rsidRPr="00CF7A8A">
              <w:rPr>
                <w:rFonts w:ascii="Arial" w:hAnsi="Arial" w:cs="Arial"/>
                <w:sz w:val="16"/>
                <w:szCs w:val="16"/>
              </w:rPr>
              <w:t xml:space="preserve">Svážná or. č. 26 (galanterie)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7A35E77" w14:textId="77777777" w:rsidR="005640A8" w:rsidRPr="00CF7A8A" w:rsidRDefault="005640A8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16BD046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021ED7E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0A0A902" w14:textId="77777777" w:rsidR="005640A8" w:rsidRPr="00CF7A8A" w:rsidRDefault="005640A8" w:rsidP="00681A4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E8067FA" w14:textId="77777777" w:rsidR="005640A8" w:rsidRPr="00CF7A8A" w:rsidRDefault="005640A8" w:rsidP="00681A4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DD4CEF" w14:textId="3EDD4EFB" w:rsidR="00D51B5E" w:rsidRDefault="00D51B5E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1"/>
        <w:gridCol w:w="1196"/>
        <w:gridCol w:w="1840"/>
        <w:gridCol w:w="1014"/>
        <w:gridCol w:w="820"/>
        <w:gridCol w:w="1572"/>
        <w:gridCol w:w="1050"/>
        <w:gridCol w:w="1620"/>
      </w:tblGrid>
      <w:tr w:rsidR="00D51B5E" w:rsidRPr="00CF7A8A" w14:paraId="37E86006" w14:textId="77777777" w:rsidTr="00112B6A">
        <w:trPr>
          <w:cantSplit/>
          <w:trHeight w:val="274"/>
        </w:trPr>
        <w:tc>
          <w:tcPr>
            <w:tcW w:w="183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56A477" w14:textId="77777777" w:rsidR="00D51B5E" w:rsidRPr="00CF7A8A" w:rsidRDefault="00D51B5E" w:rsidP="00112B6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7A8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F056A0" w14:textId="77777777" w:rsidR="00D51B5E" w:rsidRPr="00CF7A8A" w:rsidRDefault="00D51B5E" w:rsidP="00112B6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7A8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6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381974" w14:textId="77777777" w:rsidR="00D51B5E" w:rsidRPr="00CF7A8A" w:rsidRDefault="00D51B5E" w:rsidP="00112B6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7A8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4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2357578" w14:textId="77777777" w:rsidR="00D51B5E" w:rsidRPr="00CF7A8A" w:rsidRDefault="00D51B5E" w:rsidP="00112B6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7A8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D51B5E" w:rsidRPr="00CF7A8A" w14:paraId="681F4C69" w14:textId="77777777" w:rsidTr="00112B6A">
        <w:trPr>
          <w:cantSplit/>
        </w:trPr>
        <w:tc>
          <w:tcPr>
            <w:tcW w:w="246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B8A171" w14:textId="77777777" w:rsidR="00D51B5E" w:rsidRPr="00CF7A8A" w:rsidRDefault="00D51B5E" w:rsidP="00D51B5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164F09" w14:textId="77777777" w:rsidR="00D51B5E" w:rsidRPr="00CF7A8A" w:rsidRDefault="00D51B5E" w:rsidP="00112B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08E2BDBA" w14:textId="77777777" w:rsidR="00D51B5E" w:rsidRPr="00CF7A8A" w:rsidRDefault="00D51B5E" w:rsidP="00112B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N. Lískovec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95378C" w14:textId="77777777" w:rsidR="00D51B5E" w:rsidRPr="00CF7A8A" w:rsidRDefault="00D51B5E" w:rsidP="00112B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80F1CA" w14:textId="77777777" w:rsidR="00D51B5E" w:rsidRPr="00CF7A8A" w:rsidRDefault="00D51B5E" w:rsidP="00112B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4DC8BD01" w14:textId="77777777" w:rsidR="00D51B5E" w:rsidRPr="00CF7A8A" w:rsidRDefault="00D51B5E" w:rsidP="00112B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07BB69" w14:textId="77777777" w:rsidR="00D51B5E" w:rsidRPr="00CF7A8A" w:rsidRDefault="00D51B5E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8AD8223" w14:textId="77777777" w:rsidR="00D51B5E" w:rsidRPr="00CF7A8A" w:rsidRDefault="00D51B5E" w:rsidP="00716C6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(m</w:t>
            </w:r>
            <w:r w:rsidRPr="00CF7A8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CF7A8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664E23" w14:textId="77777777" w:rsidR="00D51B5E" w:rsidRPr="00CF7A8A" w:rsidRDefault="00D51B5E" w:rsidP="00112B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D04AE4" w14:textId="77777777" w:rsidR="00D51B5E" w:rsidRPr="00CF7A8A" w:rsidRDefault="00D51B5E" w:rsidP="00112B6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1FD5CCD2" w14:textId="77777777" w:rsidR="00D51B5E" w:rsidRPr="00CF7A8A" w:rsidRDefault="00D51B5E" w:rsidP="00112B6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B5E" w:rsidRPr="005C0F58" w14:paraId="416B5DA5" w14:textId="77777777" w:rsidTr="00CF7A8A">
        <w:trPr>
          <w:trHeight w:val="340"/>
        </w:trPr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954C029" w14:textId="77777777" w:rsidR="00D51B5E" w:rsidRPr="00CF7A8A" w:rsidRDefault="00D51B5E" w:rsidP="00D51B5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62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35CA944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2489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4D67905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ul. Svážná or. č. 16 (potraviny)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2ED98C5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00AA365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32B2DC3" w14:textId="3D6A4449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24 hodin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A876409" w14:textId="30CA7F09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7159112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B5E" w:rsidRPr="005C0F58" w14:paraId="34A83E61" w14:textId="77777777" w:rsidTr="00CF7A8A">
        <w:trPr>
          <w:trHeight w:val="340"/>
        </w:trPr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EF45151" w14:textId="77777777" w:rsidR="00D51B5E" w:rsidRPr="00CF7A8A" w:rsidRDefault="00D51B5E" w:rsidP="00D51B5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62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DE06A1E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1989/11, 1988/3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553C4A1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ul. Oblá or. č. 53 (zelenina)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9AB5C7C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E07CE99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C8D9D58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FDA2A09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F8B78DB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B5E" w:rsidRPr="005C0F58" w14:paraId="6E341D8F" w14:textId="77777777" w:rsidTr="00CF7A8A">
        <w:trPr>
          <w:trHeight w:val="340"/>
        </w:trPr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56DDA64" w14:textId="77777777" w:rsidR="00D51B5E" w:rsidRPr="00CF7A8A" w:rsidRDefault="00D51B5E" w:rsidP="00D51B5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62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2600F49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2690/3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A373F02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ul. Oblá or. č. 65 (kniha)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4790140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131BFB3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C9432DC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C6FED12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CE6D2DB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B5E" w:rsidRPr="005C0F58" w14:paraId="23582043" w14:textId="77777777" w:rsidTr="00CF7A8A">
        <w:trPr>
          <w:trHeight w:val="340"/>
        </w:trPr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5ED67B" w14:textId="77777777" w:rsidR="00D51B5E" w:rsidRPr="00CF7A8A" w:rsidRDefault="00D51B5E" w:rsidP="00D51B5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6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571D4D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2676/21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0BED09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ul. Oblá or. č. 40 (potraviny)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9158D9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0A49EF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C32C24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814482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2E0A91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B5E" w:rsidRPr="005C0F58" w14:paraId="553B30EF" w14:textId="77777777" w:rsidTr="00CF7A8A">
        <w:trPr>
          <w:trHeight w:val="340"/>
        </w:trPr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DA7E0A" w14:textId="77777777" w:rsidR="00D51B5E" w:rsidRPr="00CF7A8A" w:rsidRDefault="00D51B5E" w:rsidP="00D51B5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6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21F4FE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2676/65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C05FF5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ul. Oblá or. č. 69 (zelenina)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2E0FDF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23BDFE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3CAD44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CFC412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A1D37D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B5E" w:rsidRPr="005C0F58" w14:paraId="57EB2423" w14:textId="77777777" w:rsidTr="00CF7A8A">
        <w:trPr>
          <w:trHeight w:val="340"/>
        </w:trPr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D12873" w14:textId="77777777" w:rsidR="00D51B5E" w:rsidRPr="00CF7A8A" w:rsidRDefault="00D51B5E" w:rsidP="00D51B5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6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09A5A3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2380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241A3B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ul. Kamínky or. č. 3 (Ice Shop)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0F363B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A04562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92932C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24DF45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961D33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B5E" w:rsidRPr="005C0F58" w14:paraId="3292344A" w14:textId="77777777" w:rsidTr="00CF7A8A">
        <w:trPr>
          <w:trHeight w:val="340"/>
        </w:trPr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D64128" w14:textId="77777777" w:rsidR="00D51B5E" w:rsidRPr="00CF7A8A" w:rsidRDefault="00D51B5E" w:rsidP="00D51B5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6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8E91B2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1946/3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781E60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ul. Oblá or. č. 51 (L.P.ADVANCE)</w:t>
            </w:r>
          </w:p>
        </w:tc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321201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E994FE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05ABF1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A203F4" w14:textId="77777777" w:rsidR="00D51B5E" w:rsidRPr="00CF7A8A" w:rsidRDefault="00D51B5E" w:rsidP="00D51B5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A8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C7EABD0" w14:textId="77777777" w:rsidR="00D51B5E" w:rsidRPr="00CF7A8A" w:rsidRDefault="00D51B5E" w:rsidP="00D51B5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ECB9AD" w14:textId="77777777" w:rsidR="00BA68F6" w:rsidRPr="005C0F58" w:rsidRDefault="00BA68F6">
      <w:pPr>
        <w:pStyle w:val="Zkladntext"/>
        <w:rPr>
          <w:rFonts w:ascii="Arial" w:hAnsi="Arial" w:cs="Arial"/>
          <w:sz w:val="20"/>
          <w:szCs w:val="20"/>
        </w:rPr>
      </w:pPr>
    </w:p>
    <w:p w14:paraId="6D9BDD90" w14:textId="77777777" w:rsidR="00BA68F6" w:rsidRPr="005C0F58" w:rsidRDefault="00BA68F6">
      <w:pPr>
        <w:pStyle w:val="Zkladntext"/>
        <w:rPr>
          <w:rFonts w:ascii="Arial" w:hAnsi="Arial" w:cs="Arial"/>
          <w:sz w:val="20"/>
          <w:szCs w:val="20"/>
        </w:rPr>
      </w:pPr>
    </w:p>
    <w:p w14:paraId="0F8FD49A" w14:textId="77777777" w:rsidR="00FE1565" w:rsidRPr="00CF7A8A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CF7A8A">
        <w:rPr>
          <w:rFonts w:ascii="Arial" w:hAnsi="Arial" w:cs="Arial"/>
          <w:b/>
          <w:bCs/>
          <w:sz w:val="22"/>
          <w:szCs w:val="22"/>
        </w:rPr>
        <w:t xml:space="preserve">HLAVA </w:t>
      </w:r>
      <w:r w:rsidR="00BA68F6" w:rsidRPr="00CF7A8A">
        <w:rPr>
          <w:rFonts w:ascii="Arial" w:hAnsi="Arial" w:cs="Arial"/>
          <w:b/>
          <w:bCs/>
          <w:sz w:val="22"/>
          <w:szCs w:val="22"/>
        </w:rPr>
        <w:t>D</w:t>
      </w:r>
      <w:r w:rsidRPr="00CF7A8A">
        <w:rPr>
          <w:rFonts w:ascii="Arial" w:hAnsi="Arial" w:cs="Arial"/>
          <w:b/>
          <w:bCs/>
          <w:sz w:val="22"/>
          <w:szCs w:val="22"/>
        </w:rPr>
        <w:t>: Pojízdný prodej, pochůzkový prodej a prodej bez prodejního zařízení</w:t>
      </w:r>
    </w:p>
    <w:p w14:paraId="1BDBD204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5B14B486" w14:textId="107E24C3" w:rsidR="00FE1565" w:rsidRPr="005C0F58" w:rsidRDefault="00FE1565" w:rsidP="00F71FC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Pojízdný prodej, pochůzkový prodej a prodej bez prodejního zařízení je možno provozovat při splnění požadavků právních předpisů na celém území MČ Brno</w:t>
      </w:r>
      <w:r w:rsidR="001F5FA0">
        <w:rPr>
          <w:rFonts w:ascii="Arial" w:hAnsi="Arial" w:cs="Arial"/>
          <w:sz w:val="20"/>
          <w:szCs w:val="20"/>
        </w:rPr>
        <w:t xml:space="preserve"> - </w:t>
      </w:r>
      <w:r w:rsidRPr="005C0F58">
        <w:rPr>
          <w:rFonts w:ascii="Arial" w:hAnsi="Arial" w:cs="Arial"/>
          <w:sz w:val="20"/>
          <w:szCs w:val="20"/>
        </w:rPr>
        <w:t>Nový Lískovec.</w:t>
      </w:r>
    </w:p>
    <w:p w14:paraId="445E670D" w14:textId="77777777" w:rsidR="00BA68F6" w:rsidRPr="005C0F58" w:rsidRDefault="00BA68F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4A4268D" w14:textId="77777777" w:rsidR="00BA68F6" w:rsidRPr="005C0F58" w:rsidRDefault="00BA68F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867DE57" w14:textId="77777777" w:rsidR="00BA68F6" w:rsidRPr="005C0F58" w:rsidRDefault="00BA68F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3C997D5" w14:textId="77777777" w:rsidR="00BA68F6" w:rsidRPr="005C0F58" w:rsidRDefault="00BA68F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7D29342" w14:textId="77777777" w:rsidR="00BA68F6" w:rsidRPr="005C0F58" w:rsidRDefault="00BA68F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4680C64" w14:textId="77777777" w:rsidR="00BA68F6" w:rsidRPr="005C0F58" w:rsidRDefault="00BA68F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6B021C3" w14:textId="77777777" w:rsidR="00BA68F6" w:rsidRPr="005C0F58" w:rsidRDefault="00BA68F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E0BE99D" w14:textId="77777777" w:rsidR="00BA68F6" w:rsidRPr="005C0F58" w:rsidRDefault="00BA68F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A0E1995" w14:textId="77777777" w:rsidR="00BA68F6" w:rsidRPr="005C0F58" w:rsidRDefault="00BA68F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9F8322E" w14:textId="77777777" w:rsidR="00BA68F6" w:rsidRPr="005C0F58" w:rsidRDefault="00BA68F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1AA12BC" w14:textId="77777777" w:rsidR="00BA68F6" w:rsidRPr="005C0F58" w:rsidRDefault="00BA68F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49D923C" w14:textId="77777777" w:rsidR="00B745B8" w:rsidRPr="005C0F58" w:rsidRDefault="00B745B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BFFDCC5" w14:textId="77777777" w:rsidR="00B745B8" w:rsidRPr="005C0F58" w:rsidRDefault="00B745B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1C5244B" w14:textId="77777777" w:rsidR="00B745B8" w:rsidRPr="005C0F58" w:rsidRDefault="00B745B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30E29F6" w14:textId="77777777" w:rsidR="00B745B8" w:rsidRPr="005C0F58" w:rsidRDefault="00B745B8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16C9E9B" w14:textId="42BEFDCA" w:rsidR="00BA68F6" w:rsidRDefault="00BA68F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41B0F6A" w14:textId="0D2B37F8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E0ECC22" w14:textId="28BA002E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2A5B7A9" w14:textId="2A8384CB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28A34A5" w14:textId="5B1260B4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B14AD28" w14:textId="1343DA95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D255421" w14:textId="0C195334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299A3DE" w14:textId="1B305B69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92F83DE" w14:textId="1EE2A262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77C4F0F" w14:textId="76F1DAE5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7678B7D" w14:textId="1A5EFD79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92ED43D" w14:textId="2490F45D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7FB6335" w14:textId="3219D6C6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45140B3" w14:textId="5C2BD38A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85F3E09" w14:textId="18DB9E23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C4E6767" w14:textId="26E1A739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9D8F027" w14:textId="5281D5B8" w:rsidR="00CF7A8A" w:rsidRDefault="00CF7A8A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F0D6ACA" w14:textId="4F8549A6" w:rsidR="00FE1565" w:rsidRPr="00D51B5E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D51B5E">
        <w:rPr>
          <w:rFonts w:ascii="Arial" w:hAnsi="Arial" w:cs="Arial"/>
          <w:b/>
          <w:bCs/>
          <w:sz w:val="22"/>
          <w:szCs w:val="22"/>
        </w:rPr>
        <w:lastRenderedPageBreak/>
        <w:t>ČÁST XVIII</w:t>
      </w:r>
      <w:r w:rsidR="00C46DE9" w:rsidRPr="00D51B5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C68FFE" w14:textId="77777777" w:rsidR="00FE1565" w:rsidRPr="00D51B5E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D51B5E">
        <w:rPr>
          <w:rFonts w:ascii="Arial" w:hAnsi="Arial" w:cs="Arial"/>
          <w:b/>
          <w:bCs/>
          <w:sz w:val="22"/>
          <w:szCs w:val="22"/>
        </w:rPr>
        <w:t>MČ BRNO-OŘEŠÍN</w:t>
      </w:r>
    </w:p>
    <w:p w14:paraId="2C8EB720" w14:textId="77777777" w:rsidR="00FE1565" w:rsidRPr="00D51B5E" w:rsidRDefault="00FE1565">
      <w:pPr>
        <w:pStyle w:val="Zkladntext"/>
        <w:rPr>
          <w:rFonts w:ascii="Arial" w:hAnsi="Arial" w:cs="Arial"/>
          <w:sz w:val="22"/>
          <w:szCs w:val="22"/>
        </w:rPr>
      </w:pPr>
    </w:p>
    <w:p w14:paraId="7A1414C6" w14:textId="77777777" w:rsidR="00FE1565" w:rsidRPr="00D51B5E" w:rsidRDefault="00FE1565">
      <w:pPr>
        <w:pStyle w:val="Zkladntext"/>
        <w:rPr>
          <w:rFonts w:ascii="Arial" w:hAnsi="Arial" w:cs="Arial"/>
          <w:sz w:val="22"/>
          <w:szCs w:val="22"/>
        </w:rPr>
      </w:pPr>
    </w:p>
    <w:p w14:paraId="6F6DDB13" w14:textId="77777777" w:rsidR="00FE1565" w:rsidRPr="00D51B5E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D51B5E">
        <w:rPr>
          <w:rFonts w:ascii="Arial" w:hAnsi="Arial" w:cs="Arial"/>
          <w:b/>
          <w:bCs/>
          <w:sz w:val="22"/>
          <w:szCs w:val="22"/>
        </w:rPr>
        <w:t>HLAVA A: Restaurační zahrádky</w:t>
      </w:r>
    </w:p>
    <w:p w14:paraId="647A5E83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588B61C" w14:textId="77777777" w:rsidR="00FE1565" w:rsidRPr="005C0F58" w:rsidRDefault="00FE1565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Restaurační zahrádky je možno provozovat při splnění požadavků právních předpisů na celém území MČ Brno-Ořešín. </w:t>
      </w:r>
    </w:p>
    <w:p w14:paraId="28BF26F1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845AC10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33E6CAB7" w14:textId="77777777" w:rsidR="00FE1565" w:rsidRPr="00CF7A8A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CF7A8A">
        <w:rPr>
          <w:rFonts w:ascii="Arial" w:hAnsi="Arial" w:cs="Arial"/>
          <w:b/>
          <w:bCs/>
          <w:sz w:val="22"/>
          <w:szCs w:val="22"/>
        </w:rPr>
        <w:t>HLAVA B: Pojízdný prodej, pochůzkový prodej a prodej bez prodejního zařízení</w:t>
      </w:r>
    </w:p>
    <w:p w14:paraId="37FB8D59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86A5205" w14:textId="77777777" w:rsidR="00FE1565" w:rsidRPr="005C0F58" w:rsidRDefault="00FE1565" w:rsidP="00BA45C5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Pojízdný prodej, pochůzkový prodej a prodej bez prodejního zařízení je možno provozovat při splnění požadavků právních předpisů na celém území MČ Brno-Ořešín. </w:t>
      </w:r>
    </w:p>
    <w:p w14:paraId="31D9569E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79DCCC34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692DACE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6AE0EAAC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5197C085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5C187DB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C85B8B9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10C54B8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711AE391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F9931E1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31B567D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6AD1B367" w14:textId="77777777" w:rsidR="00BA45C5" w:rsidRPr="005C0F58" w:rsidRDefault="00BA45C5">
      <w:pPr>
        <w:pStyle w:val="Zkladntext"/>
        <w:rPr>
          <w:rFonts w:ascii="Arial" w:hAnsi="Arial" w:cs="Arial"/>
          <w:sz w:val="20"/>
          <w:szCs w:val="20"/>
        </w:rPr>
      </w:pPr>
    </w:p>
    <w:p w14:paraId="09DC66E4" w14:textId="77777777" w:rsidR="00BA45C5" w:rsidRPr="005C0F58" w:rsidRDefault="00BA45C5">
      <w:pPr>
        <w:pStyle w:val="Zkladntext"/>
        <w:rPr>
          <w:rFonts w:ascii="Arial" w:hAnsi="Arial" w:cs="Arial"/>
          <w:sz w:val="20"/>
          <w:szCs w:val="20"/>
        </w:rPr>
      </w:pPr>
    </w:p>
    <w:p w14:paraId="6763DEAA" w14:textId="77777777" w:rsidR="00BA45C5" w:rsidRPr="005C0F58" w:rsidRDefault="00BA45C5">
      <w:pPr>
        <w:pStyle w:val="Zkladntext"/>
        <w:rPr>
          <w:rFonts w:ascii="Arial" w:hAnsi="Arial" w:cs="Arial"/>
          <w:sz w:val="20"/>
          <w:szCs w:val="20"/>
        </w:rPr>
      </w:pPr>
    </w:p>
    <w:p w14:paraId="7D62158B" w14:textId="77777777" w:rsidR="00BA45C5" w:rsidRPr="005C0F58" w:rsidRDefault="00BA45C5">
      <w:pPr>
        <w:pStyle w:val="Zkladntext"/>
        <w:rPr>
          <w:rFonts w:ascii="Arial" w:hAnsi="Arial" w:cs="Arial"/>
          <w:sz w:val="20"/>
          <w:szCs w:val="20"/>
        </w:rPr>
      </w:pPr>
    </w:p>
    <w:p w14:paraId="36E16404" w14:textId="77777777" w:rsidR="00BA45C5" w:rsidRPr="005C0F58" w:rsidRDefault="00BA45C5">
      <w:pPr>
        <w:pStyle w:val="Zkladntext"/>
        <w:rPr>
          <w:rFonts w:ascii="Arial" w:hAnsi="Arial" w:cs="Arial"/>
          <w:sz w:val="20"/>
          <w:szCs w:val="20"/>
        </w:rPr>
      </w:pPr>
    </w:p>
    <w:p w14:paraId="7FC6C44B" w14:textId="77777777" w:rsidR="00BA45C5" w:rsidRPr="005C0F58" w:rsidRDefault="00BA45C5">
      <w:pPr>
        <w:pStyle w:val="Zkladntext"/>
        <w:rPr>
          <w:rFonts w:ascii="Arial" w:hAnsi="Arial" w:cs="Arial"/>
          <w:sz w:val="20"/>
          <w:szCs w:val="20"/>
        </w:rPr>
      </w:pPr>
    </w:p>
    <w:p w14:paraId="07655F18" w14:textId="77777777" w:rsidR="00BA45C5" w:rsidRPr="005C0F58" w:rsidRDefault="00BA45C5">
      <w:pPr>
        <w:pStyle w:val="Zkladntext"/>
        <w:rPr>
          <w:rFonts w:ascii="Arial" w:hAnsi="Arial" w:cs="Arial"/>
          <w:sz w:val="20"/>
          <w:szCs w:val="20"/>
        </w:rPr>
      </w:pPr>
    </w:p>
    <w:p w14:paraId="56FDDA48" w14:textId="77777777" w:rsidR="00BA45C5" w:rsidRPr="005C0F58" w:rsidRDefault="00BA45C5">
      <w:pPr>
        <w:pStyle w:val="Zkladntext"/>
        <w:rPr>
          <w:rFonts w:ascii="Arial" w:hAnsi="Arial" w:cs="Arial"/>
          <w:sz w:val="20"/>
          <w:szCs w:val="20"/>
        </w:rPr>
      </w:pPr>
    </w:p>
    <w:p w14:paraId="63ABEFB2" w14:textId="77777777" w:rsidR="00BA45C5" w:rsidRPr="005C0F58" w:rsidRDefault="00BA45C5">
      <w:pPr>
        <w:pStyle w:val="Zkladntext"/>
        <w:rPr>
          <w:rFonts w:ascii="Arial" w:hAnsi="Arial" w:cs="Arial"/>
          <w:sz w:val="20"/>
          <w:szCs w:val="20"/>
        </w:rPr>
      </w:pPr>
    </w:p>
    <w:p w14:paraId="56175CF3" w14:textId="77777777" w:rsidR="00BA45C5" w:rsidRPr="005C0F58" w:rsidRDefault="00BA45C5">
      <w:pPr>
        <w:pStyle w:val="Zkladntext"/>
        <w:rPr>
          <w:rFonts w:ascii="Arial" w:hAnsi="Arial" w:cs="Arial"/>
          <w:sz w:val="20"/>
          <w:szCs w:val="20"/>
        </w:rPr>
      </w:pPr>
    </w:p>
    <w:p w14:paraId="5955B596" w14:textId="77777777" w:rsidR="00BA45C5" w:rsidRPr="005C0F58" w:rsidRDefault="00BA45C5">
      <w:pPr>
        <w:pStyle w:val="Zkladntext"/>
        <w:rPr>
          <w:rFonts w:ascii="Arial" w:hAnsi="Arial" w:cs="Arial"/>
          <w:sz w:val="20"/>
          <w:szCs w:val="20"/>
        </w:rPr>
      </w:pPr>
    </w:p>
    <w:p w14:paraId="48241721" w14:textId="77777777" w:rsidR="00BA45C5" w:rsidRPr="005C0F58" w:rsidRDefault="00BA45C5">
      <w:pPr>
        <w:pStyle w:val="Zkladntext"/>
        <w:rPr>
          <w:rFonts w:ascii="Arial" w:hAnsi="Arial" w:cs="Arial"/>
          <w:sz w:val="20"/>
          <w:szCs w:val="20"/>
        </w:rPr>
      </w:pPr>
    </w:p>
    <w:p w14:paraId="2B982C73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07EDFAFE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FC29320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76931CF2" w14:textId="38FEDFDE" w:rsidR="00FE1565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4DF0F6F" w14:textId="1C5FC941" w:rsidR="00D51B5E" w:rsidRDefault="00D51B5E">
      <w:pPr>
        <w:pStyle w:val="Zkladntext"/>
        <w:rPr>
          <w:rFonts w:ascii="Arial" w:hAnsi="Arial" w:cs="Arial"/>
          <w:sz w:val="20"/>
          <w:szCs w:val="20"/>
        </w:rPr>
      </w:pPr>
    </w:p>
    <w:p w14:paraId="21B8715F" w14:textId="3BE20A2D" w:rsidR="00D51B5E" w:rsidRDefault="00D51B5E">
      <w:pPr>
        <w:pStyle w:val="Zkladntext"/>
        <w:rPr>
          <w:rFonts w:ascii="Arial" w:hAnsi="Arial" w:cs="Arial"/>
          <w:sz w:val="20"/>
          <w:szCs w:val="20"/>
        </w:rPr>
      </w:pPr>
    </w:p>
    <w:p w14:paraId="69AD30D2" w14:textId="3436C547" w:rsidR="00D51B5E" w:rsidRDefault="00D51B5E">
      <w:pPr>
        <w:pStyle w:val="Zkladntext"/>
        <w:rPr>
          <w:rFonts w:ascii="Arial" w:hAnsi="Arial" w:cs="Arial"/>
          <w:sz w:val="20"/>
          <w:szCs w:val="20"/>
        </w:rPr>
      </w:pPr>
    </w:p>
    <w:p w14:paraId="343AF83B" w14:textId="5551B531" w:rsidR="00D51B5E" w:rsidRDefault="00D51B5E">
      <w:pPr>
        <w:pStyle w:val="Zkladntext"/>
        <w:rPr>
          <w:rFonts w:ascii="Arial" w:hAnsi="Arial" w:cs="Arial"/>
          <w:sz w:val="20"/>
          <w:szCs w:val="20"/>
        </w:rPr>
      </w:pPr>
    </w:p>
    <w:p w14:paraId="3AA0F6C3" w14:textId="4C276823" w:rsidR="00D51B5E" w:rsidRDefault="00D51B5E">
      <w:pPr>
        <w:pStyle w:val="Zkladntext"/>
        <w:rPr>
          <w:rFonts w:ascii="Arial" w:hAnsi="Arial" w:cs="Arial"/>
          <w:sz w:val="20"/>
          <w:szCs w:val="20"/>
        </w:rPr>
      </w:pPr>
    </w:p>
    <w:p w14:paraId="1ED2E3A1" w14:textId="1B7353F5" w:rsidR="00D51B5E" w:rsidRDefault="00D51B5E">
      <w:pPr>
        <w:pStyle w:val="Zkladntext"/>
        <w:rPr>
          <w:rFonts w:ascii="Arial" w:hAnsi="Arial" w:cs="Arial"/>
          <w:sz w:val="20"/>
          <w:szCs w:val="20"/>
        </w:rPr>
      </w:pPr>
    </w:p>
    <w:p w14:paraId="3268A7E2" w14:textId="73FD66AF" w:rsidR="00D51B5E" w:rsidRDefault="00D51B5E">
      <w:pPr>
        <w:pStyle w:val="Zkladntext"/>
        <w:rPr>
          <w:rFonts w:ascii="Arial" w:hAnsi="Arial" w:cs="Arial"/>
          <w:sz w:val="20"/>
          <w:szCs w:val="20"/>
        </w:rPr>
      </w:pPr>
    </w:p>
    <w:p w14:paraId="5B5942C1" w14:textId="77777777" w:rsidR="00D51B5E" w:rsidRPr="005C0F58" w:rsidRDefault="00D51B5E">
      <w:pPr>
        <w:pStyle w:val="Zkladntext"/>
        <w:rPr>
          <w:rFonts w:ascii="Arial" w:hAnsi="Arial" w:cs="Arial"/>
          <w:sz w:val="20"/>
          <w:szCs w:val="20"/>
        </w:rPr>
      </w:pPr>
    </w:p>
    <w:p w14:paraId="2B75A660" w14:textId="77777777" w:rsidR="00DC0776" w:rsidRDefault="00DC0776" w:rsidP="00DD0228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63C93167" w14:textId="6BEAD837" w:rsidR="00DD0228" w:rsidRPr="008E2FB5" w:rsidRDefault="00DD0228" w:rsidP="00DD0228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8E2FB5">
        <w:rPr>
          <w:rFonts w:ascii="Arial" w:hAnsi="Arial" w:cs="Arial"/>
          <w:b/>
          <w:bCs/>
          <w:sz w:val="22"/>
          <w:szCs w:val="22"/>
        </w:rPr>
        <w:lastRenderedPageBreak/>
        <w:t>ČÁST XIX</w:t>
      </w:r>
    </w:p>
    <w:p w14:paraId="38791E46" w14:textId="6C4A7D53" w:rsidR="00DD0228" w:rsidRPr="008E2FB5" w:rsidRDefault="00DD0228" w:rsidP="00DD0228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8E2FB5">
        <w:rPr>
          <w:rFonts w:ascii="Arial" w:hAnsi="Arial" w:cs="Arial"/>
          <w:b/>
          <w:bCs/>
          <w:sz w:val="22"/>
          <w:szCs w:val="22"/>
        </w:rPr>
        <w:t>MČ BRNO</w:t>
      </w:r>
      <w:r w:rsidR="008E2FB5" w:rsidRPr="008E2FB5"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8E2FB5">
        <w:rPr>
          <w:rFonts w:ascii="Arial" w:hAnsi="Arial" w:cs="Arial"/>
          <w:b/>
          <w:bCs/>
          <w:sz w:val="22"/>
          <w:szCs w:val="22"/>
        </w:rPr>
        <w:t>ŘEČKOVICE A MOKRÁ HORA</w:t>
      </w:r>
    </w:p>
    <w:p w14:paraId="411F7BF1" w14:textId="77777777" w:rsidR="00A72610" w:rsidRPr="008E2FB5" w:rsidRDefault="00A72610" w:rsidP="00A72610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8E2FB5">
        <w:rPr>
          <w:rFonts w:ascii="Arial" w:hAnsi="Arial" w:cs="Arial"/>
          <w:b/>
          <w:bCs/>
          <w:sz w:val="22"/>
          <w:szCs w:val="22"/>
        </w:rPr>
        <w:t>HLAVA A: Tržní místa</w:t>
      </w:r>
    </w:p>
    <w:p w14:paraId="6FE29AA0" w14:textId="77777777" w:rsidR="00A72610" w:rsidRPr="008E2FB5" w:rsidRDefault="00A72610" w:rsidP="00A72610">
      <w:pPr>
        <w:pStyle w:val="Zkladntext2"/>
        <w:spacing w:before="80" w:line="240" w:lineRule="auto"/>
        <w:rPr>
          <w:rFonts w:ascii="Arial" w:hAnsi="Arial" w:cs="Arial"/>
          <w:sz w:val="22"/>
          <w:szCs w:val="22"/>
        </w:rPr>
      </w:pPr>
      <w:proofErr w:type="spellStart"/>
      <w:r w:rsidRPr="008E2FB5">
        <w:rPr>
          <w:rFonts w:ascii="Arial" w:hAnsi="Arial" w:cs="Arial"/>
          <w:b/>
          <w:bCs/>
          <w:sz w:val="22"/>
          <w:szCs w:val="22"/>
        </w:rPr>
        <w:t>A1</w:t>
      </w:r>
      <w:proofErr w:type="spellEnd"/>
      <w:r w:rsidRPr="008E2FB5">
        <w:rPr>
          <w:rFonts w:ascii="Arial" w:hAnsi="Arial" w:cs="Arial"/>
          <w:b/>
          <w:bCs/>
          <w:sz w:val="22"/>
          <w:szCs w:val="22"/>
        </w:rPr>
        <w:t xml:space="preserve">) Tržní místa – k. </w:t>
      </w:r>
      <w:proofErr w:type="spellStart"/>
      <w:r w:rsidRPr="008E2FB5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Pr="008E2FB5">
        <w:rPr>
          <w:rFonts w:ascii="Arial" w:hAnsi="Arial" w:cs="Arial"/>
          <w:b/>
          <w:bCs/>
          <w:sz w:val="22"/>
          <w:szCs w:val="22"/>
        </w:rPr>
        <w:t xml:space="preserve"> Řečkovice: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56"/>
        <w:gridCol w:w="1045"/>
        <w:gridCol w:w="2229"/>
        <w:gridCol w:w="832"/>
        <w:gridCol w:w="749"/>
        <w:gridCol w:w="958"/>
        <w:gridCol w:w="1397"/>
        <w:gridCol w:w="1917"/>
      </w:tblGrid>
      <w:tr w:rsidR="00A72610" w:rsidRPr="008E2FB5" w14:paraId="7CEEB779" w14:textId="77777777" w:rsidTr="008C55C2">
        <w:trPr>
          <w:trHeight w:val="274"/>
        </w:trPr>
        <w:tc>
          <w:tcPr>
            <w:tcW w:w="1945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52D04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2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0E14A1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3A4B96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00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72B74B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72610" w:rsidRPr="008E2FB5" w14:paraId="4DD2C8AC" w14:textId="77777777" w:rsidTr="008C55C2"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018721" w14:textId="77777777" w:rsidR="00A72610" w:rsidRPr="008E2FB5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A9E5A9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DC7B29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6D839F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5F5FA7" w14:textId="77777777" w:rsidR="00A72610" w:rsidRPr="008E2FB5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4E54AEF" w14:textId="77777777" w:rsidR="00A72610" w:rsidRPr="008E2FB5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(m</w:t>
            </w:r>
            <w:r w:rsidRPr="008E2FB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E2FB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786E51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2CFBCF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C4FAB6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72610" w:rsidRPr="008E2FB5" w14:paraId="2D4627A2" w14:textId="77777777" w:rsidTr="008C55C2">
        <w:trPr>
          <w:trHeight w:val="211"/>
        </w:trPr>
        <w:tc>
          <w:tcPr>
            <w:tcW w:w="238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693CF0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537D7C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3636/3</w:t>
            </w:r>
          </w:p>
        </w:tc>
        <w:tc>
          <w:tcPr>
            <w:tcW w:w="1163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01BDA8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u hřbitova</w:t>
            </w:r>
          </w:p>
        </w:tc>
        <w:tc>
          <w:tcPr>
            <w:tcW w:w="434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D5DE66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C1DF60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A32424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8-18 h.</w:t>
            </w:r>
          </w:p>
        </w:tc>
        <w:tc>
          <w:tcPr>
            <w:tcW w:w="729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AE50BE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5C76CC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svíčky, květiny</w:t>
            </w:r>
          </w:p>
        </w:tc>
      </w:tr>
      <w:tr w:rsidR="00A72610" w:rsidRPr="008E2FB5" w14:paraId="61A7E6DD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76B3C2D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7F091BE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2354/1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314088F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 xml:space="preserve">Palackého nám. </w:t>
            </w:r>
          </w:p>
          <w:p w14:paraId="029903F6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– u zastávky MHD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33995B6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3313A71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29BCAEE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6–22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DC4EA0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653A32D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bookmarkStart w:id="23" w:name="_Hlk41564909"/>
            <w:r w:rsidRPr="008E2FB5">
              <w:rPr>
                <w:rFonts w:ascii="Arial" w:hAnsi="Arial" w:cs="Arial"/>
                <w:spacing w:val="-4"/>
                <w:sz w:val="16"/>
                <w:szCs w:val="16"/>
              </w:rPr>
              <w:t>tisk, tabákové výrobky, doplňkový sortiment, potraviny, občerstvení a nápoje vč. alkoholických s obsahem alkoholu do 30 % objemových</w:t>
            </w:r>
            <w:bookmarkEnd w:id="23"/>
          </w:p>
        </w:tc>
      </w:tr>
      <w:tr w:rsidR="00A72610" w:rsidRPr="008E2FB5" w14:paraId="31B8A67B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1508D3F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A475F04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3125/396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F14C79C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U obchodního centra Vysočina Kolaříkova 3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B3AA8FE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471D723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E5742C3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4–20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4A92600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823D540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tisk, tabákové výrobky, doplňkový sortiment, ovoce, zelenina</w:t>
            </w:r>
          </w:p>
        </w:tc>
      </w:tr>
      <w:tr w:rsidR="00A72610" w:rsidRPr="008E2FB5" w14:paraId="6D91DCDD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3D7994C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120BF91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815/24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061F809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ul. Banskobystrická – u prodejny Billa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97573B7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9E53CD3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A5B428B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4-20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A14AACE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5E998A6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tisk, tabák. výrobky, doplňkový sortiment</w:t>
            </w:r>
          </w:p>
        </w:tc>
      </w:tr>
      <w:tr w:rsidR="00A72610" w:rsidRPr="008E2FB5" w14:paraId="64C70B92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FD2EBD8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9AE8421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2385/1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70FA47B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Palackého nám. – mezi sýpkou a tanečním parketem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E25C8E5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A98B43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F4740BB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B8B2518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41AD76C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občerstvení, upomínkové předměty</w:t>
            </w:r>
          </w:p>
        </w:tc>
      </w:tr>
      <w:tr w:rsidR="00A72610" w:rsidRPr="008E2FB5" w14:paraId="2917EA5E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313C8DD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90DA48B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2388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B6E55AB" w14:textId="77777777" w:rsidR="00A72610" w:rsidRPr="00884D6A" w:rsidRDefault="00A72610" w:rsidP="008C55C2">
            <w:pPr>
              <w:pStyle w:val="Styltabulky"/>
              <w:spacing w:line="240" w:lineRule="auto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884D6A">
              <w:rPr>
                <w:rFonts w:ascii="Arial" w:hAnsi="Arial" w:cs="Arial"/>
                <w:spacing w:val="-2"/>
                <w:sz w:val="16"/>
                <w:szCs w:val="16"/>
              </w:rPr>
              <w:t>Palackého nám. – areál býv. pivovaru u budovy ÚMČ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2D94D8C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580D830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AF28B97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5E21E1C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EA9F490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občerstvení, upomínkové předměty</w:t>
            </w:r>
          </w:p>
        </w:tc>
      </w:tr>
      <w:tr w:rsidR="00A72610" w:rsidRPr="008E2FB5" w14:paraId="05107C30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586D884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12CF48D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2053/1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4AEB2B1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vedle budovy nákupního střediska na ul. Kolaříkova or. č. 3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D0A18AE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7617FAA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26B55E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ACC55A4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BFE47AD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prodej zemědělských produktů z automobilu, přívěsu či jiného silničního vozidla</w:t>
            </w:r>
          </w:p>
        </w:tc>
      </w:tr>
      <w:tr w:rsidR="00A72610" w:rsidRPr="008E2FB5" w14:paraId="7B9BF7AF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478E3B9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CC52972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2414/1, 2413/1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2D3A9D9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 xml:space="preserve">Palackého nám. u domu or. č. 18a 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D279C7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3AB12CC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4FCED1A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10-19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620B033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F145F61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cukrářské zboží</w:t>
            </w:r>
          </w:p>
        </w:tc>
      </w:tr>
      <w:tr w:rsidR="00A72610" w:rsidRPr="008E2FB5" w14:paraId="5E19F6E0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979E0B3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3ADEAB3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2384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211AD4C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Palackého nám. – prostranství před Vavřineckou vinárnou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B31EF08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5AC0F7A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4DA98C1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7-20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123115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95DC9F8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vánoční stromky a vazba</w:t>
            </w:r>
          </w:p>
        </w:tc>
      </w:tr>
      <w:tr w:rsidR="00A72610" w:rsidRPr="008E2FB5" w14:paraId="304188E0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520D521" w14:textId="77777777" w:rsidR="00A72610" w:rsidRPr="008E2FB5" w:rsidRDefault="00A72610" w:rsidP="008C55C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79D2016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1E4E8AC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5BEF1EB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9537946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2602F0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EF9B72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CF50EB2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vánoční kapři</w:t>
            </w:r>
          </w:p>
        </w:tc>
      </w:tr>
      <w:tr w:rsidR="00A72610" w:rsidRPr="008E2FB5" w14:paraId="536C131B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D2CB46B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7124BCF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2384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3F2FCFF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Palackého nám. – prostranství před Vavřineckou vinárnou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BE09057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10E1AF1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52C7860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7-20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612D923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C20DA86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dárkové předměty, produkty tradičních řemesel</w:t>
            </w:r>
          </w:p>
        </w:tc>
      </w:tr>
      <w:tr w:rsidR="00A72610" w:rsidRPr="008E2FB5" w14:paraId="6729B4D3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425D722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ABB3BDE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BF4B20E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55F86F8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CC9C7AA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3FD89FF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0A3A8D2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1904813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občerstvení, nealkohol. nápoje</w:t>
            </w:r>
          </w:p>
        </w:tc>
      </w:tr>
      <w:tr w:rsidR="00A72610" w:rsidRPr="008E2FB5" w14:paraId="37ED34C8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60AFE22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EC44561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2069/2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AA66AB6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areál centra "Vysočina", ul. Kolaříkova u or. č. 1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D58A51B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CC2C03E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655F6A6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7-20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AE3F5FA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6605017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vánoční stromky a vazba</w:t>
            </w:r>
          </w:p>
        </w:tc>
      </w:tr>
      <w:tr w:rsidR="00A72610" w:rsidRPr="008E2FB5" w14:paraId="05B70EAD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20EBFDD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AE347A5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2101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C404DEB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84D6A">
              <w:rPr>
                <w:rFonts w:ascii="Arial" w:hAnsi="Arial" w:cs="Arial"/>
                <w:spacing w:val="-4"/>
                <w:sz w:val="16"/>
                <w:szCs w:val="16"/>
              </w:rPr>
              <w:t>ul. Vážného vedle or. č. 16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9FA2D6C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DAD8E96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643B7D4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7-20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EF027B6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E30804E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</w:tr>
      <w:tr w:rsidR="00A72610" w:rsidRPr="008E2FB5" w14:paraId="24BBF12D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ABAAA42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62294A5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2393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7AD62A5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Palackého nám. – hřiště u budovy ÚMČ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1AE3294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2D71B0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1359FE8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8-20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1446D7C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928FE99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lunapark</w:t>
            </w:r>
          </w:p>
        </w:tc>
      </w:tr>
      <w:tr w:rsidR="00A72610" w:rsidRPr="008E2FB5" w14:paraId="60043CD1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200AA9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45E1E4" w14:textId="77777777" w:rsidR="00A72610" w:rsidRPr="008E2FB5" w:rsidRDefault="00A72610" w:rsidP="008C55C2">
            <w:pPr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3125/390,</w:t>
            </w:r>
          </w:p>
          <w:p w14:paraId="3CF7C244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3125/329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E48DC3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u objektu na ul. Novoměstské or. č. 2 v blízkosti zastávky MHD na ploše parkoviště vymezené vnitřním obrubníkem zelených ploch lemujících parkoviště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1F2A42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A51D90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6BF341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color w:val="000000"/>
                <w:sz w:val="16"/>
                <w:szCs w:val="16"/>
              </w:rPr>
              <w:t>10–20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5FEB91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DCE32F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lunapark</w:t>
            </w:r>
          </w:p>
        </w:tc>
      </w:tr>
      <w:tr w:rsidR="00A72610" w:rsidRPr="008E2FB5" w14:paraId="5E9C806B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9E075A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8CD0F9" w14:textId="77777777" w:rsidR="00A72610" w:rsidRPr="008E2FB5" w:rsidRDefault="00A72610" w:rsidP="008C55C2">
            <w:pPr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941/3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39D305" w14:textId="77777777" w:rsidR="00A72610" w:rsidRPr="008D1272" w:rsidRDefault="00A72610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D1272">
              <w:rPr>
                <w:rFonts w:ascii="Arial" w:hAnsi="Arial" w:cs="Arial"/>
                <w:spacing w:val="-4"/>
                <w:sz w:val="16"/>
                <w:szCs w:val="16"/>
              </w:rPr>
              <w:t>ul. Banskobystrická – na prostranství při prodejně Billa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615C9A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2A6E76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DCA1FF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3F9AAA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1.12.-1.12.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1D3C3B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vánoční kapři</w:t>
            </w:r>
          </w:p>
        </w:tc>
      </w:tr>
      <w:tr w:rsidR="00A72610" w:rsidRPr="008E2FB5" w14:paraId="197A9BD3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F772AC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F6F63F" w14:textId="77777777" w:rsidR="00A72610" w:rsidRPr="008E2FB5" w:rsidRDefault="00A72610" w:rsidP="008C55C2">
            <w:pPr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941/3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51867D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color w:val="000000"/>
                <w:sz w:val="16"/>
                <w:szCs w:val="16"/>
              </w:rPr>
              <w:t>ul. Banskobystrická – u prodejny Billa v prostoru pod lávkou spojující sousední objekty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A11458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9650E2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A9AA92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8-18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016CEC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BC50F4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</w:tr>
      <w:tr w:rsidR="00A72610" w:rsidRPr="008E2FB5" w14:paraId="2F409A4B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B8B8CF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9697CB" w14:textId="77777777" w:rsidR="00A72610" w:rsidRPr="008E2FB5" w:rsidRDefault="00A72610" w:rsidP="008C55C2">
            <w:pPr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5/1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4A223B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color w:val="000000"/>
                <w:sz w:val="16"/>
                <w:szCs w:val="16"/>
              </w:rPr>
              <w:t>prostor mezi ul. Družstevní a Medlánecká u smyčky tramvají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102951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0DFA3E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45F2FE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5–19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87C547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A807D1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prodej pečiva a občerstvení</w:t>
            </w:r>
          </w:p>
        </w:tc>
      </w:tr>
      <w:tr w:rsidR="00A72610" w:rsidRPr="008E2FB5" w14:paraId="239B7C02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6C0004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499250" w14:textId="77777777" w:rsidR="00A72610" w:rsidRPr="008E2FB5" w:rsidRDefault="00A72610" w:rsidP="008C55C2">
            <w:pPr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2069/2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7EE061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ul. Kolaříkova – u areálu OC Vysočina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72B080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E9C803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AAE6B1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7–20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610436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40687">
              <w:rPr>
                <w:rFonts w:ascii="Arial" w:hAnsi="Arial" w:cs="Arial"/>
                <w:spacing w:val="-8"/>
                <w:sz w:val="16"/>
                <w:szCs w:val="16"/>
              </w:rPr>
              <w:t>pouze pro akce pořádané statutárním městem Brnem, MČ Brno –Řečkovice a Mokrá Hora nebo pořádané se souhlasem statutárního města Brna, MČ Brno – Řečkovice a Mokrá Hora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EB36A0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občerstvení vč. alkoholických nápojů, dárkové předměty a produkty tradičních řemesel</w:t>
            </w:r>
          </w:p>
        </w:tc>
      </w:tr>
      <w:tr w:rsidR="00A72610" w:rsidRPr="008E2FB5" w14:paraId="0E5EE024" w14:textId="77777777" w:rsidTr="008C55C2">
        <w:trPr>
          <w:trHeight w:val="274"/>
        </w:trPr>
        <w:tc>
          <w:tcPr>
            <w:tcW w:w="1945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F11113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82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8D029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C66899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00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A775CC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72610" w:rsidRPr="008E2FB5" w14:paraId="191986D3" w14:textId="77777777" w:rsidTr="008C55C2"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C96E10" w14:textId="77777777" w:rsidR="00A72610" w:rsidRPr="008E2FB5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90435E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7521AC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99A9FC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1B14F8" w14:textId="77777777" w:rsidR="00A72610" w:rsidRPr="008E2FB5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B0041A4" w14:textId="77777777" w:rsidR="00A72610" w:rsidRPr="008E2FB5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(m</w:t>
            </w:r>
            <w:r w:rsidRPr="008E2FB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E2FB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E2F85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5EBBB7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00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540A3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72610" w:rsidRPr="008E2FB5" w14:paraId="762514EF" w14:textId="77777777" w:rsidTr="008C55C2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561D21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5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A8319D" w14:textId="77777777" w:rsidR="00A72610" w:rsidRPr="008E2FB5" w:rsidRDefault="00A72610" w:rsidP="008C55C2">
            <w:pPr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2349/2, 2350, 2351</w:t>
            </w:r>
          </w:p>
        </w:tc>
        <w:tc>
          <w:tcPr>
            <w:tcW w:w="1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841778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color w:val="000000"/>
                <w:sz w:val="16"/>
                <w:szCs w:val="16"/>
              </w:rPr>
              <w:t>Palackého nám. – komunikace přiléhající k parku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8542B7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5D4471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17745A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7–22 h.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D7573E" w14:textId="77777777" w:rsidR="00A72610" w:rsidRPr="008E2FB5" w:rsidRDefault="00A72610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40687">
              <w:rPr>
                <w:rFonts w:ascii="Arial" w:hAnsi="Arial" w:cs="Arial"/>
                <w:spacing w:val="-8"/>
                <w:sz w:val="16"/>
                <w:szCs w:val="16"/>
              </w:rPr>
              <w:t>pouze pro akce pořádané statutárním městem Brnem, MČ Brno – Řečkovice a Mokrá Hora nebo pořádané se souhlasem statutárního města Brna, MČ Brno – Řečkovice a Mokrá Hora</w:t>
            </w:r>
          </w:p>
        </w:tc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3AC85A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 xml:space="preserve">potraviny, občerstvení vč. alkoholických nápojů, dárkové předměty a produkty tradičních řemesel </w:t>
            </w:r>
          </w:p>
        </w:tc>
      </w:tr>
    </w:tbl>
    <w:p w14:paraId="07A118ED" w14:textId="77777777" w:rsidR="00A72610" w:rsidRPr="005C0F58" w:rsidRDefault="00A72610" w:rsidP="00A72610">
      <w:pPr>
        <w:pStyle w:val="Zkladntext2"/>
        <w:spacing w:before="60" w:after="0" w:line="240" w:lineRule="auto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* – pouze v době pořádání veřejně přístupných podniků ohlášených </w:t>
      </w:r>
      <w:proofErr w:type="spellStart"/>
      <w:r w:rsidRPr="005C0F58">
        <w:rPr>
          <w:rFonts w:ascii="Arial" w:hAnsi="Arial" w:cs="Arial"/>
          <w:sz w:val="20"/>
          <w:szCs w:val="20"/>
        </w:rPr>
        <w:t>ÚMČ</w:t>
      </w:r>
      <w:proofErr w:type="spellEnd"/>
    </w:p>
    <w:p w14:paraId="4A45F891" w14:textId="77777777" w:rsidR="00A72610" w:rsidRPr="008E2FB5" w:rsidRDefault="00A72610" w:rsidP="00A72610">
      <w:pPr>
        <w:pStyle w:val="Zkladntext2"/>
        <w:spacing w:before="240" w:line="240" w:lineRule="auto"/>
        <w:rPr>
          <w:rFonts w:ascii="Arial" w:hAnsi="Arial" w:cs="Arial"/>
          <w:sz w:val="22"/>
          <w:szCs w:val="22"/>
        </w:rPr>
      </w:pPr>
      <w:proofErr w:type="spellStart"/>
      <w:r w:rsidRPr="008E2FB5">
        <w:rPr>
          <w:rFonts w:ascii="Arial" w:hAnsi="Arial" w:cs="Arial"/>
          <w:b/>
          <w:bCs/>
          <w:sz w:val="22"/>
          <w:szCs w:val="22"/>
        </w:rPr>
        <w:t>A2</w:t>
      </w:r>
      <w:proofErr w:type="spellEnd"/>
      <w:r w:rsidRPr="008E2FB5">
        <w:rPr>
          <w:rFonts w:ascii="Arial" w:hAnsi="Arial" w:cs="Arial"/>
          <w:b/>
          <w:bCs/>
          <w:sz w:val="22"/>
          <w:szCs w:val="22"/>
        </w:rPr>
        <w:t xml:space="preserve">) Tržní místa – k. </w:t>
      </w:r>
      <w:proofErr w:type="spellStart"/>
      <w:r w:rsidRPr="008E2FB5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Pr="008E2FB5">
        <w:rPr>
          <w:rFonts w:ascii="Arial" w:hAnsi="Arial" w:cs="Arial"/>
          <w:b/>
          <w:bCs/>
          <w:sz w:val="22"/>
          <w:szCs w:val="22"/>
        </w:rPr>
        <w:t xml:space="preserve"> Mokrá Hora: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3"/>
        <w:gridCol w:w="1069"/>
        <w:gridCol w:w="2607"/>
        <w:gridCol w:w="832"/>
        <w:gridCol w:w="824"/>
        <w:gridCol w:w="970"/>
        <w:gridCol w:w="1012"/>
        <w:gridCol w:w="1796"/>
      </w:tblGrid>
      <w:tr w:rsidR="00A72610" w:rsidRPr="005C0F58" w14:paraId="032A7AC3" w14:textId="77777777" w:rsidTr="008C55C2">
        <w:trPr>
          <w:trHeight w:val="274"/>
        </w:trPr>
        <w:tc>
          <w:tcPr>
            <w:tcW w:w="2165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5D9C8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6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4BD12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03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A459E1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9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18DED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72610" w:rsidRPr="005C0F58" w14:paraId="381077D7" w14:textId="77777777" w:rsidTr="008C55C2">
        <w:tc>
          <w:tcPr>
            <w:tcW w:w="24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B44058" w14:textId="77777777" w:rsidR="00A72610" w:rsidRPr="008E2FB5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15179D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378985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A3A8F3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95795F" w14:textId="77777777" w:rsidR="00A72610" w:rsidRPr="008E2FB5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85E1E88" w14:textId="77777777" w:rsidR="00A72610" w:rsidRPr="008E2FB5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(m</w:t>
            </w:r>
            <w:r w:rsidRPr="008E2FB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E2FB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C62C55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9FAC6C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A66229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72610" w:rsidRPr="005C0F58" w14:paraId="677C12D0" w14:textId="77777777" w:rsidTr="008C55C2">
        <w:trPr>
          <w:trHeight w:val="333"/>
        </w:trPr>
        <w:tc>
          <w:tcPr>
            <w:tcW w:w="247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D24EBE" w14:textId="77777777" w:rsidR="00A72610" w:rsidRPr="008E2FB5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58" w:type="pct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23AE7C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317/1</w:t>
            </w:r>
          </w:p>
        </w:tc>
        <w:tc>
          <w:tcPr>
            <w:tcW w:w="1360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E98E68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sportovistě při ul. Pod Zahradami</w:t>
            </w:r>
          </w:p>
        </w:tc>
        <w:tc>
          <w:tcPr>
            <w:tcW w:w="434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0910EF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0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DB830E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06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3F8EF2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5BB21B" w14:textId="77777777" w:rsidR="00A72610" w:rsidRPr="008E2FB5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1.4.–30.9.</w:t>
            </w:r>
          </w:p>
        </w:tc>
        <w:tc>
          <w:tcPr>
            <w:tcW w:w="937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CC87A1" w14:textId="77777777" w:rsidR="00A72610" w:rsidRPr="008E2FB5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</w:tbl>
    <w:p w14:paraId="1DEAA1E9" w14:textId="77777777" w:rsidR="00A72610" w:rsidRPr="008E2FB5" w:rsidRDefault="00A72610" w:rsidP="00A72610">
      <w:pPr>
        <w:pStyle w:val="Zkladntext"/>
        <w:spacing w:before="48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8E2FB5">
        <w:rPr>
          <w:rFonts w:ascii="Arial" w:hAnsi="Arial" w:cs="Arial"/>
          <w:b/>
          <w:bCs/>
          <w:sz w:val="22"/>
          <w:szCs w:val="22"/>
        </w:rPr>
        <w:t>HLAVA B: Předsunutá prodejní místa</w:t>
      </w:r>
    </w:p>
    <w:p w14:paraId="4D523425" w14:textId="77777777" w:rsidR="00A72610" w:rsidRPr="008E2FB5" w:rsidRDefault="00A72610" w:rsidP="00A72610">
      <w:pPr>
        <w:pStyle w:val="Zkladntext2"/>
        <w:spacing w:line="240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8E2FB5">
        <w:rPr>
          <w:rFonts w:ascii="Arial" w:hAnsi="Arial" w:cs="Arial"/>
          <w:b/>
          <w:bCs/>
          <w:sz w:val="22"/>
          <w:szCs w:val="22"/>
        </w:rPr>
        <w:t>B1</w:t>
      </w:r>
      <w:proofErr w:type="spellEnd"/>
      <w:r w:rsidRPr="008E2FB5">
        <w:rPr>
          <w:rFonts w:ascii="Arial" w:hAnsi="Arial" w:cs="Arial"/>
          <w:b/>
          <w:bCs/>
          <w:sz w:val="22"/>
          <w:szCs w:val="22"/>
        </w:rPr>
        <w:t>) Předsunutá prodejní místa, na nichž se uskutečňuje prodej zboží: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1024"/>
        <w:gridCol w:w="2046"/>
        <w:gridCol w:w="878"/>
        <w:gridCol w:w="878"/>
        <w:gridCol w:w="1463"/>
        <w:gridCol w:w="1317"/>
        <w:gridCol w:w="1383"/>
      </w:tblGrid>
      <w:tr w:rsidR="00A72610" w:rsidRPr="005C0F58" w14:paraId="01C71F76" w14:textId="77777777" w:rsidTr="008C55C2">
        <w:trPr>
          <w:cantSplit/>
        </w:trPr>
        <w:tc>
          <w:tcPr>
            <w:tcW w:w="1884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A75ABD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50E2B2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6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59EEF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7EE940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2FB5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72610" w:rsidRPr="005C0F58" w14:paraId="2C18D245" w14:textId="77777777" w:rsidTr="008C55C2">
        <w:trPr>
          <w:cantSplit/>
        </w:trPr>
        <w:tc>
          <w:tcPr>
            <w:tcW w:w="2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E91DC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FE9444" w14:textId="77777777" w:rsidR="00A72610" w:rsidRPr="008E2FB5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p. č. k. ú. Řečkovice</w:t>
            </w:r>
          </w:p>
        </w:tc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8AE266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C39E5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počet</w:t>
            </w:r>
          </w:p>
          <w:p w14:paraId="29E5F40A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prodej. míst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CFE20C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31FCBF6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8E2FB5">
              <w:rPr>
                <w:rFonts w:ascii="Arial" w:hAnsi="Arial" w:cs="Arial"/>
                <w:sz w:val="16"/>
                <w:szCs w:val="16"/>
              </w:rPr>
              <w:t>m</w:t>
            </w:r>
            <w:r w:rsidRPr="008E2FB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proofErr w:type="spellEnd"/>
            <w:r w:rsidRPr="008E2FB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E081E5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E40CC1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CA046E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72610" w:rsidRPr="005C0F58" w14:paraId="6F0954B6" w14:textId="77777777" w:rsidTr="008C55C2">
        <w:trPr>
          <w:cantSplit/>
        </w:trPr>
        <w:tc>
          <w:tcPr>
            <w:tcW w:w="268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F476BFE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206E1B1" w14:textId="77777777" w:rsidR="00A72610" w:rsidRPr="008E2FB5" w:rsidRDefault="00A72610" w:rsidP="008C55C2">
            <w:pPr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2069/2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D0D04C9" w14:textId="77777777" w:rsidR="00A72610" w:rsidRPr="008E2FB5" w:rsidRDefault="00A72610" w:rsidP="008C55C2">
            <w:pPr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E2FB5">
              <w:rPr>
                <w:rFonts w:ascii="Arial" w:hAnsi="Arial" w:cs="Arial"/>
                <w:spacing w:val="-4"/>
                <w:sz w:val="16"/>
                <w:szCs w:val="16"/>
              </w:rPr>
              <w:t xml:space="preserve">areál centra „Vysočina“, ul. Kolaříkova u </w:t>
            </w:r>
            <w:proofErr w:type="spellStart"/>
            <w:r w:rsidRPr="008E2FB5">
              <w:rPr>
                <w:rFonts w:ascii="Arial" w:hAnsi="Arial" w:cs="Arial"/>
                <w:spacing w:val="-4"/>
                <w:sz w:val="16"/>
                <w:szCs w:val="16"/>
              </w:rPr>
              <w:t>or</w:t>
            </w:r>
            <w:proofErr w:type="spellEnd"/>
            <w:r w:rsidRPr="008E2FB5">
              <w:rPr>
                <w:rFonts w:ascii="Arial" w:hAnsi="Arial" w:cs="Arial"/>
                <w:spacing w:val="-4"/>
                <w:sz w:val="16"/>
                <w:szCs w:val="16"/>
              </w:rPr>
              <w:t>. č. 1 (snížený úsek dlážděné plochy před prodejnou potravin)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77D89C8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1BAAAE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70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E6F93B3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7-20 h.</w:t>
            </w:r>
          </w:p>
        </w:tc>
        <w:tc>
          <w:tcPr>
            <w:tcW w:w="693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9822699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728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10F9D11" w14:textId="77777777" w:rsidR="00A72610" w:rsidRPr="008E2FB5" w:rsidRDefault="00A72610" w:rsidP="008C55C2">
            <w:pPr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vánoční kapři</w:t>
            </w:r>
          </w:p>
        </w:tc>
      </w:tr>
      <w:tr w:rsidR="00A72610" w:rsidRPr="005C0F58" w14:paraId="0C823BB0" w14:textId="77777777" w:rsidTr="008C55C2">
        <w:trPr>
          <w:cantSplit/>
        </w:trPr>
        <w:tc>
          <w:tcPr>
            <w:tcW w:w="26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03CB84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37B78" w14:textId="77777777" w:rsidR="00A72610" w:rsidRPr="008E2FB5" w:rsidRDefault="00A72610" w:rsidP="008C55C2">
            <w:pPr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2414/3</w:t>
            </w:r>
          </w:p>
        </w:tc>
        <w:tc>
          <w:tcPr>
            <w:tcW w:w="1077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46F62" w14:textId="77777777" w:rsidR="00A72610" w:rsidRPr="008E2FB5" w:rsidRDefault="00A72610" w:rsidP="008C55C2">
            <w:pPr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 xml:space="preserve">Palackého nám. u domu </w:t>
            </w:r>
            <w:proofErr w:type="spellStart"/>
            <w:r w:rsidRPr="008E2FB5">
              <w:rPr>
                <w:rFonts w:ascii="Arial" w:hAnsi="Arial" w:cs="Arial"/>
                <w:sz w:val="16"/>
                <w:szCs w:val="16"/>
              </w:rPr>
              <w:t>or</w:t>
            </w:r>
            <w:proofErr w:type="spellEnd"/>
            <w:r w:rsidRPr="008E2FB5">
              <w:rPr>
                <w:rFonts w:ascii="Arial" w:hAnsi="Arial" w:cs="Arial"/>
                <w:sz w:val="16"/>
                <w:szCs w:val="16"/>
              </w:rPr>
              <w:t xml:space="preserve">. č. </w:t>
            </w:r>
            <w:proofErr w:type="spellStart"/>
            <w:r w:rsidRPr="008E2FB5">
              <w:rPr>
                <w:rFonts w:ascii="Arial" w:hAnsi="Arial" w:cs="Arial"/>
                <w:sz w:val="16"/>
                <w:szCs w:val="16"/>
              </w:rPr>
              <w:t>18a</w:t>
            </w:r>
            <w:proofErr w:type="spellEnd"/>
          </w:p>
        </w:tc>
        <w:tc>
          <w:tcPr>
            <w:tcW w:w="46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F1AC57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6D3FC0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380CA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2FB5">
              <w:rPr>
                <w:rFonts w:ascii="Arial" w:hAnsi="Arial" w:cs="Arial"/>
                <w:sz w:val="16"/>
                <w:szCs w:val="16"/>
              </w:rPr>
              <w:t>10-20 h.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0AFA1" w14:textId="77777777" w:rsidR="00A72610" w:rsidRPr="008E2FB5" w:rsidRDefault="00A72610" w:rsidP="008C5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EA30E" w14:textId="77777777" w:rsidR="00A72610" w:rsidRPr="008E2FB5" w:rsidRDefault="00A72610" w:rsidP="008C55C2">
            <w:pPr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8E2FB5">
              <w:rPr>
                <w:rFonts w:ascii="Arial" w:hAnsi="Arial" w:cs="Arial"/>
                <w:spacing w:val="-6"/>
                <w:sz w:val="16"/>
                <w:szCs w:val="16"/>
              </w:rPr>
              <w:t>cukrářské zboží</w:t>
            </w:r>
          </w:p>
        </w:tc>
      </w:tr>
    </w:tbl>
    <w:p w14:paraId="7B387C1E" w14:textId="77777777" w:rsidR="00A72610" w:rsidRPr="008E2FB5" w:rsidRDefault="00A72610" w:rsidP="00A72610">
      <w:pPr>
        <w:pStyle w:val="Zkladntext2"/>
        <w:spacing w:before="360" w:line="240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8E2FB5">
        <w:rPr>
          <w:rFonts w:ascii="Arial" w:hAnsi="Arial" w:cs="Arial"/>
          <w:b/>
          <w:bCs/>
          <w:sz w:val="22"/>
          <w:szCs w:val="22"/>
        </w:rPr>
        <w:t>B2</w:t>
      </w:r>
      <w:proofErr w:type="spellEnd"/>
      <w:r w:rsidRPr="008E2FB5">
        <w:rPr>
          <w:rFonts w:ascii="Arial" w:hAnsi="Arial" w:cs="Arial"/>
          <w:b/>
          <w:bCs/>
          <w:sz w:val="22"/>
          <w:szCs w:val="22"/>
        </w:rPr>
        <w:t>) Předsunutá prodejní místa, na nichž se uskutečňuje pouze nabídka zboží:</w:t>
      </w:r>
    </w:p>
    <w:p w14:paraId="40FE790B" w14:textId="77777777" w:rsidR="00A72610" w:rsidRPr="005C0F58" w:rsidRDefault="00A72610" w:rsidP="00A72610">
      <w:pPr>
        <w:pStyle w:val="Zkladntext2"/>
        <w:spacing w:before="80" w:after="0" w:line="240" w:lineRule="auto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Předsunutá prodejní místa, na nichž se uskutečňuje pouze nabídka zboží, nikoli však prodej tohoto zboží (zejména tím způsobem, že na daném místě je vystaveno zboží, k jehož prodeji dochází výhradně v provozovně určené k prodeji kolaudačním rozhodnutím podle stavebního zákona, s níž předsunuté prodejní místo přímo funkčně souvisí ve smyslu čl. 2 písm. e) tohoto nařízení), je možno provozovat při splnění požadavků právních předpisů na celém území MČ Brno</w:t>
      </w:r>
      <w:r>
        <w:rPr>
          <w:rFonts w:ascii="Arial" w:hAnsi="Arial" w:cs="Arial"/>
          <w:sz w:val="20"/>
          <w:szCs w:val="20"/>
        </w:rPr>
        <w:t xml:space="preserve"> – </w:t>
      </w:r>
      <w:r w:rsidRPr="005C0F58">
        <w:rPr>
          <w:rFonts w:ascii="Arial" w:hAnsi="Arial" w:cs="Arial"/>
          <w:sz w:val="20"/>
          <w:szCs w:val="20"/>
        </w:rPr>
        <w:t xml:space="preserve">Řečkovice a Mokrá Hora. </w:t>
      </w:r>
    </w:p>
    <w:p w14:paraId="7D76756E" w14:textId="77777777" w:rsidR="00A72610" w:rsidRDefault="00A72610" w:rsidP="00A72610">
      <w:pPr>
        <w:pStyle w:val="Zkladntext"/>
        <w:spacing w:before="12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4840661" w14:textId="77777777" w:rsidR="00A72610" w:rsidRPr="008E2FB5" w:rsidRDefault="00A72610" w:rsidP="00A72610">
      <w:pPr>
        <w:pStyle w:val="Zkladntext"/>
        <w:spacing w:before="120" w:line="240" w:lineRule="auto"/>
        <w:rPr>
          <w:rFonts w:ascii="Arial" w:hAnsi="Arial" w:cs="Arial"/>
          <w:b/>
          <w:bCs/>
          <w:sz w:val="22"/>
          <w:szCs w:val="22"/>
        </w:rPr>
      </w:pPr>
      <w:r w:rsidRPr="008E2FB5">
        <w:rPr>
          <w:rFonts w:ascii="Arial" w:hAnsi="Arial" w:cs="Arial"/>
          <w:b/>
          <w:bCs/>
          <w:sz w:val="22"/>
          <w:szCs w:val="22"/>
        </w:rPr>
        <w:t>HLAVA C: Restaurační zahrádky</w:t>
      </w:r>
    </w:p>
    <w:p w14:paraId="17F5962D" w14:textId="77777777" w:rsidR="00A72610" w:rsidRPr="008E2FB5" w:rsidRDefault="00A72610" w:rsidP="00A72610">
      <w:pPr>
        <w:pStyle w:val="Zkladntext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8E2FB5">
        <w:rPr>
          <w:rFonts w:ascii="Arial" w:hAnsi="Arial" w:cs="Arial"/>
          <w:b/>
          <w:bCs/>
          <w:sz w:val="22"/>
          <w:szCs w:val="22"/>
        </w:rPr>
        <w:t>C1) Restaurační zahrádky – k. ú. Řečkovice:</w:t>
      </w:r>
    </w:p>
    <w:tbl>
      <w:tblPr>
        <w:tblW w:w="4966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66"/>
        <w:gridCol w:w="1104"/>
        <w:gridCol w:w="2119"/>
        <w:gridCol w:w="1283"/>
        <w:gridCol w:w="879"/>
        <w:gridCol w:w="1070"/>
        <w:gridCol w:w="1106"/>
        <w:gridCol w:w="1491"/>
      </w:tblGrid>
      <w:tr w:rsidR="00A72610" w:rsidRPr="00884D6A" w14:paraId="4CFFBA28" w14:textId="77777777" w:rsidTr="008C55C2">
        <w:trPr>
          <w:trHeight w:val="274"/>
        </w:trPr>
        <w:tc>
          <w:tcPr>
            <w:tcW w:w="193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8EF525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13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5F5A24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14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11FEC8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8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C68011E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72610" w:rsidRPr="00884D6A" w14:paraId="320BCC63" w14:textId="77777777" w:rsidTr="008C55C2">
        <w:tc>
          <w:tcPr>
            <w:tcW w:w="24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957DB5" w14:textId="77777777" w:rsidR="00A72610" w:rsidRPr="00884D6A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042ED1" w14:textId="77777777" w:rsidR="00A72610" w:rsidRPr="00884D6A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84EC42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685BC5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22956C76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6EA0D0" w14:textId="77777777" w:rsidR="00A72610" w:rsidRPr="00116D45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6D45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41C4360" w14:textId="77777777" w:rsidR="00A72610" w:rsidRPr="00884D6A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6D45">
              <w:rPr>
                <w:rFonts w:ascii="Arial" w:hAnsi="Arial" w:cs="Arial"/>
                <w:sz w:val="16"/>
                <w:szCs w:val="16"/>
              </w:rPr>
              <w:t>(m</w:t>
            </w:r>
            <w:r w:rsidRPr="00116D4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16D4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517E5C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696A03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714BFB8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72610" w:rsidRPr="00884D6A" w14:paraId="1E308036" w14:textId="77777777" w:rsidTr="008C55C2">
        <w:trPr>
          <w:trHeight w:val="250"/>
        </w:trPr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9ACC3F1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3E59D16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 xml:space="preserve">2349/3 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AC83918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Palackého nám. – u Vavřinecké vinárny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E434155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 rest. zahr.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52E3E23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A12798A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10–22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1CD7F26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3938A62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</w:tc>
      </w:tr>
      <w:tr w:rsidR="00A72610" w:rsidRPr="00884D6A" w14:paraId="1AE044B1" w14:textId="77777777" w:rsidTr="008C55C2">
        <w:trPr>
          <w:trHeight w:val="250"/>
        </w:trPr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5B34A58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A37EAB0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 xml:space="preserve">2414/3, 2423 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E3317D0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Palackého nám. – u cukrárny Větrník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925510B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 rest. zahr.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7A2DB9B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DCF7D28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10–18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C015C0B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B34FD24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</w:tc>
      </w:tr>
      <w:tr w:rsidR="00A72610" w:rsidRPr="00884D6A" w14:paraId="295110FB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8B80262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6403967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 xml:space="preserve">2218 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8E6E90D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ul. Terezy Novákové – u rest. Na špici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D878040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 rest. zahr.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24FD9A3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C5D1983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11–22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AA85B27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7BDD995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</w:tc>
      </w:tr>
      <w:tr w:rsidR="00A72610" w:rsidRPr="00884D6A" w14:paraId="38A664AC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053D95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185326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3AA05C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ul. Žilkova – u rest. Chaloupka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26D52B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 rest. zahr.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CCB419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262F5A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11–22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F3445F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92BE97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</w:tc>
      </w:tr>
      <w:tr w:rsidR="00A72610" w:rsidRPr="00884D6A" w14:paraId="7B9A12C8" w14:textId="77777777" w:rsidTr="008C55C2">
        <w:trPr>
          <w:trHeight w:val="274"/>
        </w:trPr>
        <w:tc>
          <w:tcPr>
            <w:tcW w:w="193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70EEB4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113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824F87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14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31A33F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8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E505A03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72610" w:rsidRPr="00884D6A" w14:paraId="056CAF4E" w14:textId="77777777" w:rsidTr="008C55C2">
        <w:tc>
          <w:tcPr>
            <w:tcW w:w="24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CF7FDC" w14:textId="77777777" w:rsidR="00A72610" w:rsidRPr="00884D6A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6908D8" w14:textId="77777777" w:rsidR="00A72610" w:rsidRPr="00884D6A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850BDA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248BAD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0B0F51C1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C00DC9" w14:textId="77777777" w:rsidR="00A72610" w:rsidRPr="00116D45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6D45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3DDCC76" w14:textId="77777777" w:rsidR="00A72610" w:rsidRPr="00884D6A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6D45">
              <w:rPr>
                <w:rFonts w:ascii="Arial" w:hAnsi="Arial" w:cs="Arial"/>
                <w:sz w:val="16"/>
                <w:szCs w:val="16"/>
              </w:rPr>
              <w:t>(m</w:t>
            </w:r>
            <w:r w:rsidRPr="00116D4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16D4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F988AF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FD75CC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79CCCE1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72610" w:rsidRPr="00884D6A" w14:paraId="2C5A54E1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8DF577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0E9D90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225/45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BF7428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u objektu na Renčově ul. or. č. 32a, terasa do ul. Kremličkovy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D7EA03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3959DE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397F41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11.00–21,45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D39FC8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A573D9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</w:tr>
      <w:tr w:rsidR="00A72610" w:rsidRPr="00884D6A" w14:paraId="5F2AF2F7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76F7C2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0B93EA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4506/1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362198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u objektu na Novoměstské ul. or. č. 43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B396CB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ACA3AB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0F9A43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10–22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9DA639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FEC728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</w:tr>
      <w:tr w:rsidR="00A72610" w:rsidRPr="00884D6A" w14:paraId="79DE1DF2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B7D8BB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024018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4555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61C178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ul. Boskovická or. č. 1 – plocha u provozovny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47EFE2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CAA265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C4C8BF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12–20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5608DF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duben–říjen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9F49C8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občerstvení vč. alkoholických nápojů</w:t>
            </w:r>
          </w:p>
        </w:tc>
      </w:tr>
      <w:tr w:rsidR="00A72610" w:rsidRPr="00884D6A" w14:paraId="5EA678C5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2FD821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83621A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2069/1, 2069/2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573971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před provozovnou v budově na ul. Kolaříkova or. č. 1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436E28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 rest. zahr.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E5C0A8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1CDBDA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8–22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2B068C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A70638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610" w:rsidRPr="00884D6A" w14:paraId="167D254B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740318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A78E48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2077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0A1C7A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areál obchodního centra „Vysočina“, ul. Vážného or. č. 21 na ploše ohraničené kromě této budovy též objekty Vránova or. č. 172 a Kolaříkova or. č. 1, a to na jižní straně budovy Vážného or. č. 21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F33043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 rest. zahr.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8F602B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6925B1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8–22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4D7C97F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59F0F0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</w:tc>
      </w:tr>
      <w:tr w:rsidR="00A72610" w:rsidRPr="00884D6A" w14:paraId="253C78FE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0C7CB2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189953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3125/337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BEC4C4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areál SK Řečkovice, ul. Novoměstská or. č. 2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8F7536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906292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225F99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8–22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CBA1AEB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A774E7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</w:tr>
      <w:tr w:rsidR="00A72610" w:rsidRPr="00884D6A" w14:paraId="164355F7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FA6F28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8724EC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4862/1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A0784E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areál TAK HELLAS, Horácké nám. or. č. 13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342ADD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5D5B05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7996AB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8–22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29625BF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32BB2B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</w:tr>
      <w:tr w:rsidR="00A72610" w:rsidRPr="00884D6A" w14:paraId="50290F59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459A15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34D7B0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3209/1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4386C0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oplocená nezpevněná plocha vedle provozovny v Podhájí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9571DA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 rest. zahr.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3DAD02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230663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8–22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B8C394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33E6C6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</w:tc>
      </w:tr>
      <w:tr w:rsidR="00A72610" w:rsidRPr="00884D6A" w14:paraId="00D3DEB6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3EA5DE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6E1C00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3125/328</w:t>
            </w:r>
          </w:p>
          <w:p w14:paraId="43350A7C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3125/329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E012C2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před rest. zařízením v objektu v ul. Novoměstské or. č. 2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3C82E8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76BD5F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4BBD1B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11–22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A28C41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EB4C1D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</w:tr>
      <w:tr w:rsidR="00A72610" w:rsidRPr="00884D6A" w14:paraId="0F22F6A0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13AE6D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17824A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2069/1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EE0509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před provozovnou na ul. Vážného u or. č. 21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43EDEE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0B9E1F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BE0339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4" w:name="OLE_LINK7"/>
            <w:bookmarkStart w:id="25" w:name="OLE_LINK8"/>
            <w:r w:rsidRPr="00884D6A">
              <w:rPr>
                <w:rFonts w:ascii="Arial" w:hAnsi="Arial" w:cs="Arial"/>
                <w:sz w:val="16"/>
                <w:szCs w:val="16"/>
              </w:rPr>
              <w:t>8–22 h.</w:t>
            </w:r>
            <w:bookmarkEnd w:id="24"/>
            <w:bookmarkEnd w:id="25"/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48E7421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09E855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610" w:rsidRPr="00884D6A" w14:paraId="092E202E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5C0143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A93677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2077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9B45E1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areál obchodního centra „Vysočina“, ul. Vážného or. č. 21 na ploše v šíři 1,5 m ode zdi budovy u přístupového chodníku od Sokolovny funkčně související s provozovnou v objektu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D489A0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B0A481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A3B97D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9–21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0FB4F8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9E6FA6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bez alkoholických nápojů</w:t>
            </w:r>
          </w:p>
        </w:tc>
      </w:tr>
      <w:tr w:rsidR="00A72610" w:rsidRPr="00884D6A" w14:paraId="2630619C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953557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2C2005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 xml:space="preserve">4415/1, 4415/6, 4415/7 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D562B7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ul. Měřičkova or. č. 18 – před provozovnou restaurace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38ECE8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E565BC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7CB50A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3A0F02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5E996A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610" w:rsidRPr="00884D6A" w14:paraId="18730C3B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1D58F1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E9E306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3966/1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B75656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 xml:space="preserve">před provozovnou v ul. </w:t>
            </w:r>
            <w:r w:rsidRPr="00884D6A">
              <w:rPr>
                <w:rFonts w:ascii="Arial" w:hAnsi="Arial" w:cs="Arial"/>
                <w:spacing w:val="-4"/>
                <w:sz w:val="16"/>
                <w:szCs w:val="16"/>
              </w:rPr>
              <w:t>Medlánecká u or. č. 24c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78166F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015718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772B75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8–22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CAE52B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C68F44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610" w:rsidRPr="00884D6A" w14:paraId="74FF2C77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A8F5E6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EE3074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1974/3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C598F3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 xml:space="preserve">ul. </w:t>
            </w:r>
            <w:r>
              <w:rPr>
                <w:rFonts w:ascii="Arial" w:hAnsi="Arial" w:cs="Arial"/>
                <w:sz w:val="16"/>
                <w:szCs w:val="16"/>
              </w:rPr>
              <w:t>Kolaříkova</w:t>
            </w:r>
            <w:r w:rsidRPr="00884D6A">
              <w:rPr>
                <w:rFonts w:ascii="Arial" w:hAnsi="Arial" w:cs="Arial"/>
                <w:sz w:val="16"/>
                <w:szCs w:val="16"/>
              </w:rPr>
              <w:t xml:space="preserve"> or. č.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884D6A">
              <w:rPr>
                <w:rFonts w:ascii="Arial" w:hAnsi="Arial" w:cs="Arial"/>
                <w:sz w:val="16"/>
                <w:szCs w:val="16"/>
              </w:rPr>
              <w:t xml:space="preserve"> – plocha </w:t>
            </w:r>
            <w:r>
              <w:rPr>
                <w:rFonts w:ascii="Arial" w:hAnsi="Arial" w:cs="Arial"/>
                <w:sz w:val="16"/>
                <w:szCs w:val="16"/>
              </w:rPr>
              <w:t>před</w:t>
            </w:r>
            <w:r w:rsidRPr="00884D6A">
              <w:rPr>
                <w:rFonts w:ascii="Arial" w:hAnsi="Arial" w:cs="Arial"/>
                <w:sz w:val="16"/>
                <w:szCs w:val="16"/>
              </w:rPr>
              <w:t xml:space="preserve"> provozovn</w:t>
            </w:r>
            <w:r>
              <w:rPr>
                <w:rFonts w:ascii="Arial" w:hAnsi="Arial" w:cs="Arial"/>
                <w:sz w:val="16"/>
                <w:szCs w:val="16"/>
              </w:rPr>
              <w:t>ou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896EB4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68D3B9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8F1C12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34E3C3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12882F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občerstvení vč. alkoholických nápojů</w:t>
            </w:r>
          </w:p>
        </w:tc>
      </w:tr>
      <w:tr w:rsidR="00A72610" w:rsidRPr="00884D6A" w14:paraId="1B5F6629" w14:textId="77777777" w:rsidTr="008C55C2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59D6AD" w14:textId="77777777" w:rsidR="00A72610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8D9805" w14:textId="77777777" w:rsidR="00A72610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2354/1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0DC451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Palackého náměstí – u provozovny v parku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3142BA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D9913E" w14:textId="77777777" w:rsidR="00A72610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A5CFCA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884D6A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884D6A">
              <w:rPr>
                <w:rFonts w:ascii="Arial" w:hAnsi="Arial" w:cs="Arial"/>
                <w:sz w:val="16"/>
                <w:szCs w:val="16"/>
              </w:rPr>
              <w:t>0–21</w:t>
            </w:r>
            <w:r>
              <w:rPr>
                <w:rFonts w:ascii="Arial" w:hAnsi="Arial" w:cs="Arial"/>
                <w:sz w:val="16"/>
                <w:szCs w:val="16"/>
              </w:rPr>
              <w:t>.30</w:t>
            </w:r>
            <w:r w:rsidRPr="00884D6A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21512D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33E831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</w:tbl>
    <w:p w14:paraId="35DEFBE0" w14:textId="77777777" w:rsidR="00A72610" w:rsidRPr="00884D6A" w:rsidRDefault="00A72610" w:rsidP="00A72610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884D6A">
        <w:rPr>
          <w:rFonts w:ascii="Arial" w:hAnsi="Arial" w:cs="Arial"/>
          <w:b/>
          <w:bCs/>
          <w:sz w:val="22"/>
          <w:szCs w:val="22"/>
        </w:rPr>
        <w:t>C2) Restaurační zahrádky – k. ú. Mokrá Hora: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9"/>
        <w:gridCol w:w="1265"/>
        <w:gridCol w:w="1869"/>
        <w:gridCol w:w="1301"/>
        <w:gridCol w:w="1194"/>
        <w:gridCol w:w="912"/>
        <w:gridCol w:w="1123"/>
        <w:gridCol w:w="1510"/>
      </w:tblGrid>
      <w:tr w:rsidR="00A72610" w:rsidRPr="005C0F58" w14:paraId="4C1C011A" w14:textId="77777777" w:rsidTr="008C55C2">
        <w:trPr>
          <w:trHeight w:val="274"/>
        </w:trPr>
        <w:tc>
          <w:tcPr>
            <w:tcW w:w="184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719711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30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BD4716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06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5CDDA7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8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BB00E29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72610" w:rsidRPr="005C0F58" w14:paraId="1BBD4D67" w14:textId="77777777" w:rsidTr="008C55C2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6323DA" w14:textId="77777777" w:rsidR="00A72610" w:rsidRPr="00884D6A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634122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C66E26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7C7581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2DB4BD91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D92624" w14:textId="77777777" w:rsidR="00A72610" w:rsidRPr="00884D6A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A98EAF9" w14:textId="77777777" w:rsidR="00A72610" w:rsidRPr="00884D6A" w:rsidRDefault="00A72610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(m</w:t>
            </w:r>
            <w:r w:rsidRPr="00884D6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84D6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7B3FA2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44CFEB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0E92856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72610" w:rsidRPr="005C0F58" w14:paraId="1ECE80FB" w14:textId="77777777" w:rsidTr="008C55C2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4F19F2" w14:textId="77777777" w:rsidR="00A72610" w:rsidRPr="00884D6A" w:rsidRDefault="00A72610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60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A3353A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9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3DC385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oplocená zpevněná i nezpevněná plocha vedle provozovny v ul. Tumaňanově or. č. 1</w:t>
            </w:r>
          </w:p>
        </w:tc>
        <w:tc>
          <w:tcPr>
            <w:tcW w:w="67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8289CC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1 rest. zahr.</w:t>
            </w:r>
          </w:p>
        </w:tc>
        <w:tc>
          <w:tcPr>
            <w:tcW w:w="6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ED5810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4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582885" w14:textId="77777777" w:rsidR="00A72610" w:rsidRPr="00884D6A" w:rsidRDefault="00A72610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8–22 h.</w:t>
            </w:r>
          </w:p>
        </w:tc>
        <w:tc>
          <w:tcPr>
            <w:tcW w:w="5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C172D76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37FC15" w14:textId="77777777" w:rsidR="00A72610" w:rsidRPr="00884D6A" w:rsidRDefault="00A72610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občerstvení, nápoje</w:t>
            </w:r>
          </w:p>
        </w:tc>
      </w:tr>
    </w:tbl>
    <w:p w14:paraId="7336DE5E" w14:textId="77777777" w:rsidR="00A72610" w:rsidRPr="00884D6A" w:rsidRDefault="00A72610" w:rsidP="00A72610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884D6A">
        <w:rPr>
          <w:rFonts w:ascii="Arial" w:hAnsi="Arial" w:cs="Arial"/>
          <w:b/>
          <w:bCs/>
          <w:sz w:val="22"/>
          <w:szCs w:val="22"/>
        </w:rPr>
        <w:t xml:space="preserve">HLAVA D: Pojízdný prodej, pochůzkový prodej a prodej bez prodejního zařízení   </w:t>
      </w:r>
    </w:p>
    <w:p w14:paraId="1AFDBD67" w14:textId="77777777" w:rsidR="00A72610" w:rsidRPr="005C0F58" w:rsidRDefault="00A72610" w:rsidP="00A72610">
      <w:pPr>
        <w:pStyle w:val="Zkladntext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Pojízdný prodej, pochůzkový prodej a prodej bez prodejního zařízení je možno provozovat při splnění požadavků právních předpisů na celém území MČ Brno</w:t>
      </w:r>
      <w:r>
        <w:rPr>
          <w:rFonts w:ascii="Arial" w:hAnsi="Arial" w:cs="Arial"/>
          <w:sz w:val="20"/>
          <w:szCs w:val="20"/>
        </w:rPr>
        <w:t xml:space="preserve"> – </w:t>
      </w:r>
      <w:r w:rsidRPr="005C0F58">
        <w:rPr>
          <w:rFonts w:ascii="Arial" w:hAnsi="Arial" w:cs="Arial"/>
          <w:sz w:val="20"/>
          <w:szCs w:val="20"/>
        </w:rPr>
        <w:t>Řečkovice a Mokrá Hora.</w:t>
      </w:r>
    </w:p>
    <w:p w14:paraId="1357D8A2" w14:textId="77777777" w:rsidR="00A72610" w:rsidRDefault="00A72610" w:rsidP="00A72610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C1E8BE1" w14:textId="77777777" w:rsidR="00A72610" w:rsidRDefault="00A72610" w:rsidP="00A72610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AE90617" w14:textId="77777777" w:rsidR="00A72610" w:rsidRPr="00263A4F" w:rsidRDefault="00A72610" w:rsidP="00A72610"/>
    <w:p w14:paraId="25EC92FE" w14:textId="77777777" w:rsidR="008D1272" w:rsidRDefault="008D1272" w:rsidP="00D87E99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05AD65E3" w14:textId="77777777" w:rsidR="00637540" w:rsidRPr="001A55E7" w:rsidRDefault="00637540" w:rsidP="00637540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1A55E7">
        <w:rPr>
          <w:rFonts w:ascii="Arial" w:hAnsi="Arial" w:cs="Arial"/>
          <w:b/>
          <w:bCs/>
          <w:sz w:val="22"/>
          <w:szCs w:val="22"/>
        </w:rPr>
        <w:lastRenderedPageBreak/>
        <w:t>ČÁST XX</w:t>
      </w:r>
    </w:p>
    <w:p w14:paraId="682A61BF" w14:textId="77777777" w:rsidR="00637540" w:rsidRPr="001A55E7" w:rsidRDefault="00637540" w:rsidP="00637540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1A55E7">
        <w:rPr>
          <w:rFonts w:ascii="Arial" w:hAnsi="Arial" w:cs="Arial"/>
          <w:b/>
          <w:bCs/>
          <w:sz w:val="22"/>
          <w:szCs w:val="22"/>
        </w:rPr>
        <w:t>MČ BRNO-SEVER</w:t>
      </w:r>
    </w:p>
    <w:p w14:paraId="260CBD54" w14:textId="77777777" w:rsidR="00063B67" w:rsidRPr="001A55E7" w:rsidRDefault="00063B67" w:rsidP="00063B67">
      <w:pPr>
        <w:pStyle w:val="Zkladntext"/>
        <w:spacing w:before="240" w:after="120" w:line="240" w:lineRule="auto"/>
        <w:rPr>
          <w:rFonts w:ascii="Arial" w:hAnsi="Arial" w:cs="Arial"/>
          <w:sz w:val="22"/>
          <w:szCs w:val="22"/>
        </w:rPr>
      </w:pPr>
      <w:r w:rsidRPr="001A55E7">
        <w:rPr>
          <w:rFonts w:ascii="Arial" w:hAnsi="Arial" w:cs="Arial"/>
          <w:b/>
          <w:bCs/>
          <w:sz w:val="22"/>
          <w:szCs w:val="22"/>
        </w:rPr>
        <w:t>HLAVA A: Tržnice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08"/>
        <w:gridCol w:w="1089"/>
        <w:gridCol w:w="1796"/>
        <w:gridCol w:w="841"/>
        <w:gridCol w:w="841"/>
        <w:gridCol w:w="1372"/>
        <w:gridCol w:w="1551"/>
        <w:gridCol w:w="1685"/>
      </w:tblGrid>
      <w:tr w:rsidR="00063B67" w:rsidRPr="005C0F58" w14:paraId="5AC5A54C" w14:textId="77777777" w:rsidTr="008C55C2">
        <w:trPr>
          <w:trHeight w:val="274"/>
        </w:trPr>
        <w:tc>
          <w:tcPr>
            <w:tcW w:w="171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C810E3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7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3CB859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2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78E6AE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8366B77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5C0F58" w14:paraId="7EB7E34F" w14:textId="77777777" w:rsidTr="008C55C2">
        <w:trPr>
          <w:trHeight w:val="710"/>
        </w:trPr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B633231" w14:textId="77777777" w:rsidR="00063B67" w:rsidRPr="00B36052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7897CFB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08C9AB3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Lesná</w:t>
            </w:r>
          </w:p>
        </w:tc>
        <w:tc>
          <w:tcPr>
            <w:tcW w:w="9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D17A5FC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F479009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6D7ACC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E0C8934" w14:textId="77777777" w:rsidR="00063B67" w:rsidRPr="00B36052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(m</w:t>
            </w:r>
            <w:r w:rsidRPr="00B3605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B3605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1F83FFF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BBBE4A3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723F3A99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0AC2B052" w14:textId="77777777" w:rsidTr="008C55C2">
        <w:trPr>
          <w:trHeight w:val="197"/>
        </w:trPr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9844E8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8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98782F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477F4F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4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BEA8A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19F1A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182BC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13B6A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13888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F2F774" w14:textId="77777777" w:rsidR="00063B67" w:rsidRPr="001A55E7" w:rsidRDefault="00063B67" w:rsidP="00063B67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1A55E7">
        <w:rPr>
          <w:rFonts w:ascii="Arial" w:hAnsi="Arial" w:cs="Arial"/>
          <w:b/>
          <w:bCs/>
          <w:sz w:val="22"/>
          <w:szCs w:val="22"/>
        </w:rPr>
        <w:t>HLAVA B: Tržiště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00"/>
        <w:gridCol w:w="1062"/>
        <w:gridCol w:w="1968"/>
        <w:gridCol w:w="822"/>
        <w:gridCol w:w="824"/>
        <w:gridCol w:w="1230"/>
        <w:gridCol w:w="1631"/>
        <w:gridCol w:w="1646"/>
      </w:tblGrid>
      <w:tr w:rsidR="00063B67" w:rsidRPr="005C0F58" w14:paraId="580B183C" w14:textId="77777777" w:rsidTr="008C55C2">
        <w:trPr>
          <w:trHeight w:val="274"/>
        </w:trPr>
        <w:tc>
          <w:tcPr>
            <w:tcW w:w="178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0C09CA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E04C65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9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DF9981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D10C96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5C0F58" w14:paraId="4D4BE60C" w14:textId="77777777" w:rsidTr="008C55C2">
        <w:trPr>
          <w:trHeight w:val="710"/>
        </w:trPr>
        <w:tc>
          <w:tcPr>
            <w:tcW w:w="20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CAD88E5" w14:textId="77777777" w:rsidR="00063B67" w:rsidRPr="00B36052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8697D8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320170B2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Husovice</w:t>
            </w:r>
          </w:p>
        </w:tc>
        <w:tc>
          <w:tcPr>
            <w:tcW w:w="10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C4D2F88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8257090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F5C1D68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BE0D122" w14:textId="77777777" w:rsidR="00063B67" w:rsidRPr="00B36052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(m</w:t>
            </w:r>
            <w:r w:rsidRPr="00B3605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B3605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AC3E19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7B2285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78C233D8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59CA5B40" w14:textId="77777777" w:rsidTr="008C55C2">
        <w:trPr>
          <w:cantSplit/>
          <w:trHeight w:hRule="exact" w:val="284"/>
        </w:trPr>
        <w:tc>
          <w:tcPr>
            <w:tcW w:w="20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C52882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54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AFEE5F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1596</w:t>
            </w:r>
          </w:p>
        </w:tc>
        <w:tc>
          <w:tcPr>
            <w:tcW w:w="10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58A920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Dukelská tř. or. č. 58</w:t>
            </w:r>
          </w:p>
        </w:tc>
        <w:tc>
          <w:tcPr>
            <w:tcW w:w="4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CF8C9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C0E76D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6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B011D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67813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92FC4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3BDEA513" w14:textId="77777777" w:rsidTr="008C55C2">
        <w:trPr>
          <w:cantSplit/>
          <w:trHeight w:hRule="exact" w:val="284"/>
        </w:trPr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1B996A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5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D95851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1619/1</w:t>
            </w:r>
          </w:p>
        </w:tc>
        <w:tc>
          <w:tcPr>
            <w:tcW w:w="1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1DE8F9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nám. Republiky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7F989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D7D58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E846B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AC2A1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897873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676FA6D0" w14:textId="77777777" w:rsidR="00063B67" w:rsidRPr="001A55E7" w:rsidRDefault="00063B67" w:rsidP="00063B67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1A55E7">
        <w:rPr>
          <w:rFonts w:ascii="Arial" w:hAnsi="Arial" w:cs="Arial"/>
          <w:b/>
          <w:bCs/>
          <w:sz w:val="22"/>
          <w:szCs w:val="22"/>
        </w:rPr>
        <w:t>HLAVA C: Tržní místa</w:t>
      </w:r>
    </w:p>
    <w:p w14:paraId="415F5C65" w14:textId="77777777" w:rsidR="00063B67" w:rsidRPr="001A55E7" w:rsidRDefault="00063B67" w:rsidP="00063B67">
      <w:pPr>
        <w:pStyle w:val="Zkladntext"/>
        <w:spacing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1A55E7">
        <w:rPr>
          <w:rFonts w:ascii="Arial" w:hAnsi="Arial" w:cs="Arial"/>
          <w:b/>
          <w:bCs/>
          <w:sz w:val="22"/>
          <w:szCs w:val="22"/>
        </w:rPr>
        <w:t>C1) Tržní místa – k. ú. Husovice: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53"/>
        <w:gridCol w:w="1091"/>
        <w:gridCol w:w="2150"/>
        <w:gridCol w:w="846"/>
        <w:gridCol w:w="846"/>
        <w:gridCol w:w="822"/>
        <w:gridCol w:w="1572"/>
        <w:gridCol w:w="1803"/>
      </w:tblGrid>
      <w:tr w:rsidR="00063B67" w:rsidRPr="005C0F58" w14:paraId="2E42844D" w14:textId="77777777" w:rsidTr="008C55C2">
        <w:trPr>
          <w:trHeight w:val="274"/>
        </w:trPr>
        <w:tc>
          <w:tcPr>
            <w:tcW w:w="3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685893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6" w:name="_Hlk41569451"/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6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1AB69F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239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DCECF2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D7AE225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5C0F58" w14:paraId="3D02C2CE" w14:textId="77777777" w:rsidTr="008C55C2">
        <w:trPr>
          <w:trHeight w:val="710"/>
        </w:trPr>
        <w:tc>
          <w:tcPr>
            <w:tcW w:w="4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8DA562A" w14:textId="77777777" w:rsidR="00063B67" w:rsidRPr="00B36052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B285B14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63AF597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EEC8E47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41B0D43" w14:textId="77777777" w:rsidR="00063B67" w:rsidRPr="00B36052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CD8AA84" w14:textId="77777777" w:rsidR="00063B67" w:rsidRPr="00B36052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(m</w:t>
            </w:r>
            <w:r w:rsidRPr="005C309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B3605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F12685C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03A8C89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12E01AA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tr w:rsidR="00063B67" w:rsidRPr="005C0F58" w14:paraId="2FBB4319" w14:textId="77777777" w:rsidTr="008C55C2">
        <w:tc>
          <w:tcPr>
            <w:tcW w:w="45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F83E37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7949B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1669</w:t>
            </w:r>
          </w:p>
        </w:tc>
        <w:tc>
          <w:tcPr>
            <w:tcW w:w="215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CC2DF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park Marie Restituty (husovický park) přiléhající k ul. Hálkova a Elgartova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CA03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AD7C2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9076</w:t>
            </w:r>
          </w:p>
        </w:tc>
        <w:tc>
          <w:tcPr>
            <w:tcW w:w="8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42AC3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93151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5A5EC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prodej občerstvení pouze pro akce pořádané SMB, MČ Brno-sever nebo pořádané se souhlasem SMB, MČ Brno-sever</w:t>
            </w:r>
          </w:p>
        </w:tc>
      </w:tr>
      <w:bookmarkEnd w:id="26"/>
      <w:tr w:rsidR="00063B67" w:rsidRPr="005C0F58" w14:paraId="3277128C" w14:textId="77777777" w:rsidTr="008C55C2">
        <w:trPr>
          <w:cantSplit/>
          <w:trHeight w:hRule="exact" w:val="2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9F35E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A3C76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E3024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9B48A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FD559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86830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1BD6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BC23A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403F60AD" w14:textId="77777777" w:rsidTr="008C55C2">
        <w:trPr>
          <w:cantSplit/>
          <w:trHeight w:hRule="exact" w:val="22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0F58C8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DB4EA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2610F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22D3A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DED6C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A42E4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50C01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A60C5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3B54AD8A" w14:textId="77777777" w:rsidTr="008C55C2"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A6C9108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204C4FD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2618/55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C05D2A9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ul. Kohoutova – parkoviště firmy Stavebniny Šťastný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66F7270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C8612BF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E89FDFC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EE162CC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1797F312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farmářské a vánoční trhy</w:t>
            </w:r>
          </w:p>
        </w:tc>
      </w:tr>
      <w:tr w:rsidR="00063B67" w:rsidRPr="005C0F58" w14:paraId="7E5FC6F4" w14:textId="77777777" w:rsidTr="008C55C2">
        <w:trPr>
          <w:trHeight w:val="361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926338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F53E40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61EE1A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 xml:space="preserve">nám. Republiky - travnatá plocha kolem kostela   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80E8C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52E60E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06EB8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B45533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pouze ve dnech vinobraní v k. ú. Brno-Husovice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53C85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096F73AF" w14:textId="77777777" w:rsidTr="008C55C2">
        <w:trPr>
          <w:trHeight w:val="361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607C98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98BA17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495/1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28139F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 xml:space="preserve">Nováčkova or. č. 13 </w:t>
            </w:r>
          </w:p>
          <w:p w14:paraId="198579A1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– plocha před domem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7D82D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4D032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EA99D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DB996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58941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39201A52" w14:textId="77777777" w:rsidTr="008C55C2">
        <w:trPr>
          <w:trHeight w:val="361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5B7B9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56020F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495/2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9C8BA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 xml:space="preserve">Nováčkova or. č. 13 </w:t>
            </w:r>
          </w:p>
          <w:p w14:paraId="51B641CA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– plocha před domem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6C164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5FF75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5F51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80EB5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8F4B1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</w:tr>
    </w:tbl>
    <w:p w14:paraId="1F9E848C" w14:textId="77777777" w:rsidR="00063B67" w:rsidRPr="001A55E7" w:rsidRDefault="00063B67" w:rsidP="00063B67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1A55E7">
        <w:rPr>
          <w:rFonts w:ascii="Arial" w:hAnsi="Arial" w:cs="Arial"/>
          <w:b/>
          <w:bCs/>
          <w:sz w:val="22"/>
          <w:szCs w:val="22"/>
        </w:rPr>
        <w:t xml:space="preserve">C2) Tržní místa – k. ú. Lesná: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96"/>
        <w:gridCol w:w="1037"/>
        <w:gridCol w:w="2127"/>
        <w:gridCol w:w="836"/>
        <w:gridCol w:w="880"/>
        <w:gridCol w:w="1213"/>
        <w:gridCol w:w="1428"/>
        <w:gridCol w:w="1566"/>
      </w:tblGrid>
      <w:tr w:rsidR="00063B67" w:rsidRPr="005C0F58" w14:paraId="32692063" w14:textId="77777777" w:rsidTr="008C55C2">
        <w:trPr>
          <w:trHeight w:val="274"/>
        </w:trPr>
        <w:tc>
          <w:tcPr>
            <w:tcW w:w="191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4FB0A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7" w:name="_Hlk41569515"/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38963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E78184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1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4606E01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5C0F58" w14:paraId="78C703DE" w14:textId="77777777" w:rsidTr="008C55C2">
        <w:trPr>
          <w:trHeight w:val="710"/>
        </w:trPr>
        <w:tc>
          <w:tcPr>
            <w:tcW w:w="25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60C51E8" w14:textId="77777777" w:rsidR="00063B67" w:rsidRPr="00B36052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1AEDFE4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CCFE08E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DE6804D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ED4E635" w14:textId="77777777" w:rsidR="00063B67" w:rsidRPr="00B36052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8907018" w14:textId="77777777" w:rsidR="00063B67" w:rsidRPr="00B36052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(m</w:t>
            </w:r>
            <w:r w:rsidRPr="005C309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B3605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82937D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04FF4F8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6759AF8" w14:textId="77777777" w:rsidR="00063B67" w:rsidRPr="00B36052" w:rsidRDefault="00063B67" w:rsidP="008C55C2">
            <w:pPr>
              <w:pStyle w:val="Styltabulky"/>
              <w:ind w:left="119" w:hanging="11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bookmarkEnd w:id="27"/>
      <w:tr w:rsidR="00063B67" w:rsidRPr="005C0F58" w14:paraId="1922BA2C" w14:textId="77777777" w:rsidTr="008C55C2"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C4B72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 xml:space="preserve"> 1.</w:t>
            </w:r>
          </w:p>
        </w:tc>
        <w:tc>
          <w:tcPr>
            <w:tcW w:w="5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170830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255/5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206FB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Fillova ul.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2BA74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7C3F1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4B92F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5.00-20.00 h.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12899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F5E54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pacing w:val="-6"/>
                <w:sz w:val="16"/>
                <w:szCs w:val="16"/>
              </w:rPr>
            </w:pPr>
          </w:p>
        </w:tc>
      </w:tr>
      <w:tr w:rsidR="00063B67" w:rsidRPr="005C0F58" w14:paraId="063DB894" w14:textId="77777777" w:rsidTr="008C55C2"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CF4E9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 xml:space="preserve"> 2.</w:t>
            </w:r>
          </w:p>
        </w:tc>
        <w:tc>
          <w:tcPr>
            <w:tcW w:w="5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5C810F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202/26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0044D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Halasovo nám. – u prodejny Albert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1CE85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CA84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044E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FD944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EB18A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pacing w:val="-6"/>
                <w:sz w:val="16"/>
                <w:szCs w:val="16"/>
              </w:rPr>
            </w:pPr>
          </w:p>
        </w:tc>
      </w:tr>
      <w:tr w:rsidR="00063B67" w:rsidRPr="005C0F58" w14:paraId="2CCE7214" w14:textId="77777777" w:rsidTr="008C55C2"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8DEB726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 xml:space="preserve"> 3.</w:t>
            </w:r>
          </w:p>
        </w:tc>
        <w:tc>
          <w:tcPr>
            <w:tcW w:w="541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24D4D1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202/68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052F9E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Halasovo nám.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D008422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7D9EDFB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E8BAA05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5.00-20.00 h.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2F067AFA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14:paraId="26A897A6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B36052">
              <w:rPr>
                <w:rFonts w:ascii="Arial" w:hAnsi="Arial" w:cs="Arial"/>
                <w:spacing w:val="-6"/>
                <w:sz w:val="16"/>
                <w:szCs w:val="16"/>
              </w:rPr>
              <w:t>1 novinový stánek + 1 lednice</w:t>
            </w:r>
          </w:p>
        </w:tc>
      </w:tr>
      <w:tr w:rsidR="00063B67" w:rsidRPr="005C0F58" w14:paraId="1956BB25" w14:textId="77777777" w:rsidTr="008C55C2"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B3AA4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 xml:space="preserve">  4.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56317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202/36</w:t>
            </w:r>
          </w:p>
        </w:tc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76E6E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B36052">
              <w:rPr>
                <w:rFonts w:ascii="Arial" w:hAnsi="Arial" w:cs="Arial"/>
                <w:iCs/>
                <w:sz w:val="16"/>
                <w:szCs w:val="16"/>
              </w:rPr>
              <w:t>Halasovo nám. – areál TJ TESLA Brno</w:t>
            </w:r>
          </w:p>
        </w:tc>
        <w:tc>
          <w:tcPr>
            <w:tcW w:w="4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143C37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6E40B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776092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0B482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98F2F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2493FB61" w14:textId="77777777" w:rsidTr="008C55C2">
        <w:trPr>
          <w:cantSplit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562F58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2FF97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902/1</w:t>
            </w:r>
          </w:p>
        </w:tc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3F54F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B36052">
              <w:rPr>
                <w:rFonts w:ascii="Arial" w:hAnsi="Arial" w:cs="Arial"/>
                <w:iCs/>
                <w:sz w:val="16"/>
                <w:szCs w:val="16"/>
              </w:rPr>
              <w:t>ul. Majdalenky za penzionem</w:t>
            </w:r>
          </w:p>
        </w:tc>
        <w:tc>
          <w:tcPr>
            <w:tcW w:w="4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16AD0B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95491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2E02C9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DB722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D74C38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 xml:space="preserve">pouze pro občerstvení při sportovních akcích </w:t>
            </w:r>
          </w:p>
        </w:tc>
      </w:tr>
      <w:tr w:rsidR="00063B67" w:rsidRPr="005C0F58" w14:paraId="0C3567D5" w14:textId="77777777" w:rsidTr="008C55C2">
        <w:trPr>
          <w:cantSplit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1F759A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F8C15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319/6</w:t>
            </w:r>
          </w:p>
        </w:tc>
        <w:tc>
          <w:tcPr>
            <w:tcW w:w="1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DD420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Okružní ul. – Halasovo nám.</w:t>
            </w:r>
          </w:p>
        </w:tc>
        <w:tc>
          <w:tcPr>
            <w:tcW w:w="4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1FA8F1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A0ECCE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A99113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5.00-20.00 h.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F5181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6A644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77DD03DB" w14:textId="77777777" w:rsidR="00063B67" w:rsidRPr="004C3F30" w:rsidRDefault="00063B67" w:rsidP="00063B67">
      <w:pPr>
        <w:rPr>
          <w:sz w:val="6"/>
          <w:szCs w:val="6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96"/>
        <w:gridCol w:w="1037"/>
        <w:gridCol w:w="2127"/>
        <w:gridCol w:w="836"/>
        <w:gridCol w:w="880"/>
        <w:gridCol w:w="1213"/>
        <w:gridCol w:w="1428"/>
        <w:gridCol w:w="1566"/>
      </w:tblGrid>
      <w:tr w:rsidR="00063B67" w:rsidRPr="00B36052" w14:paraId="4AFF0A88" w14:textId="77777777" w:rsidTr="008C55C2">
        <w:trPr>
          <w:trHeight w:val="274"/>
        </w:trPr>
        <w:tc>
          <w:tcPr>
            <w:tcW w:w="1910" w:type="pct"/>
            <w:gridSpan w:val="3"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E9F293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8" w:name="_Hlk181621448"/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895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0BE1B8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8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DF3479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17" w:type="pc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5ECDD9F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B36052" w14:paraId="636169D6" w14:textId="77777777" w:rsidTr="008C55C2">
        <w:trPr>
          <w:trHeight w:val="710"/>
        </w:trPr>
        <w:tc>
          <w:tcPr>
            <w:tcW w:w="25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543E138" w14:textId="77777777" w:rsidR="00063B67" w:rsidRPr="00B36052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823E4B5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409B28B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3136093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96CDEAF" w14:textId="77777777" w:rsidR="00063B67" w:rsidRPr="00B36052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0A7E65E" w14:textId="77777777" w:rsidR="00063B67" w:rsidRPr="00B36052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(m</w:t>
            </w:r>
            <w:r w:rsidRPr="005C309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B3605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43D9BA9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A89715E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5CF0E39" w14:textId="77777777" w:rsidR="00063B67" w:rsidRPr="00B36052" w:rsidRDefault="00063B67" w:rsidP="008C55C2">
            <w:pPr>
              <w:pStyle w:val="Styltabulky"/>
              <w:ind w:left="119" w:hanging="11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bookmarkEnd w:id="28"/>
      <w:tr w:rsidR="00063B67" w:rsidRPr="005C0F58" w14:paraId="7A6D6FEC" w14:textId="77777777" w:rsidTr="008C55C2">
        <w:tc>
          <w:tcPr>
            <w:tcW w:w="259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261B5F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14:paraId="6FF4E32D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79/5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BC231F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iCs/>
                <w:sz w:val="16"/>
                <w:szCs w:val="16"/>
              </w:rPr>
              <w:t xml:space="preserve">Halasovo nám. – chodník před budovou polikliniky Lesná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9C13C8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AFD059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5D8C75E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68651D3D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0A1FA0EE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farmářské a vánoční trhy</w:t>
            </w:r>
          </w:p>
        </w:tc>
      </w:tr>
      <w:tr w:rsidR="00063B67" w:rsidRPr="005C0F58" w14:paraId="5F2CA2E2" w14:textId="77777777" w:rsidTr="008C55C2"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36BAA0B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41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46744D5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902/2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8C87B3D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Okružní ul. – kon. stanice BUS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E2CC785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6EF3CE4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2FFCF2B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BB8462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6D25C52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21E19761" w14:textId="77777777" w:rsidTr="008C55C2"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E71A3EC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6052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541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78AA7D2E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9155DB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amfiteátr v Čertově rokli při ul. Blažkova a Nejedlého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978E0C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23133E1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4A0308F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738E0D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1D7A17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prodej občerstvení pouze při akcích Plug&amp;Play a pro akce pořádané SMB, MČ Brno-sever nebo pořádané se souhlasem SMB, MČ Brno-sever</w:t>
            </w:r>
          </w:p>
        </w:tc>
      </w:tr>
      <w:tr w:rsidR="00063B67" w:rsidRPr="005C0F58" w14:paraId="03BA93D5" w14:textId="77777777" w:rsidTr="008C55C2"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679219A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41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00B0815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6052">
              <w:rPr>
                <w:rFonts w:ascii="Arial" w:hAnsi="Arial" w:cs="Arial"/>
                <w:color w:val="000000"/>
                <w:sz w:val="16"/>
                <w:szCs w:val="16"/>
              </w:rPr>
              <w:t>202/18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241E020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6052">
              <w:rPr>
                <w:rFonts w:ascii="Arial" w:hAnsi="Arial" w:cs="Arial"/>
                <w:color w:val="000000"/>
                <w:sz w:val="16"/>
                <w:szCs w:val="16"/>
              </w:rPr>
              <w:t>Slavíčkova ul. – výletní louka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44004F1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0A58CE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6052">
              <w:rPr>
                <w:rFonts w:ascii="Arial" w:hAnsi="Arial" w:cs="Arial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FDCD13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2DB11D82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pouze pro akce pořádané statutárním městem Brnem, MČ Brno-sever nebo pořádané se souhlasem statutárního města Brna, MČ Brno-sever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C5C244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46A793FD" w14:textId="77777777" w:rsidTr="008C55C2"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7C5FFDD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41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F57E93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902/133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205BD91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ul. Majdalenky – při prodejně Big Billa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14660BB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F9C5EA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02A9600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7CC9385E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příležitostně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E845B18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2B70FC74" w14:textId="77777777" w:rsidTr="008C55C2"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E53CCF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5A9A41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1347/23, 1347/25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DC8D46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ul. Okružní – při prodejně Lidl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49237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0A3560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E8535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391A39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příležitostně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FB99F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3EF4393A" w14:textId="77777777" w:rsidTr="008C55C2"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91B300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8CDE10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1347/26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00E90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ul. Okružní – pozemek firmy Automedia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B82CF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5E02B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5A877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CBBB7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A3731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pouze vánoční prodej kaprů</w:t>
            </w:r>
          </w:p>
        </w:tc>
      </w:tr>
      <w:tr w:rsidR="00063B67" w:rsidRPr="005C0F58" w14:paraId="39F9A55E" w14:textId="77777777" w:rsidTr="008C55C2"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44B86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122B45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202/27, 202/28,</w:t>
            </w:r>
          </w:p>
          <w:p w14:paraId="7912DCDD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202/67,</w:t>
            </w:r>
          </w:p>
          <w:p w14:paraId="63B01294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202/68,</w:t>
            </w:r>
          </w:p>
          <w:p w14:paraId="74C5A130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202/71,</w:t>
            </w:r>
          </w:p>
          <w:p w14:paraId="5CC59E14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202/77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E57FC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Halasovo nám. – parkoviště před prodejnou Albert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2158B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15BC6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A9285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3DF1E" w14:textId="77777777" w:rsidR="00063B67" w:rsidRPr="00B36052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pacing w:val="-10"/>
                <w:sz w:val="16"/>
                <w:szCs w:val="16"/>
              </w:rPr>
            </w:pPr>
            <w:r w:rsidRPr="00B36052">
              <w:rPr>
                <w:rFonts w:ascii="Arial" w:hAnsi="Arial" w:cs="Arial"/>
                <w:spacing w:val="-10"/>
                <w:sz w:val="16"/>
                <w:szCs w:val="16"/>
              </w:rPr>
              <w:t>pouze pro akce pořádané statutárním městem Brnem, MČ Brno-sever a KS Omega, p.o.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363D5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4EC9F5A7" w14:textId="77777777" w:rsidTr="008C55C2"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9C977" w14:textId="77777777" w:rsidR="00063B67" w:rsidRPr="00B36052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C29B31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902/5, 902/6, 902/112, 902/114, 902/115, 902/116, 902/117, 902/118, 902/227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89325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Dusíkova – pumptracková dráha (za průmyslovými objekty vedle psího hřiště)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1E54F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6CCB5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820C1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D86A0" w14:textId="77777777" w:rsidR="00063B67" w:rsidRPr="00B36052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pacing w:val="-10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25B00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7E4622D2" w14:textId="77777777" w:rsidTr="008C55C2"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1DBAA" w14:textId="77777777" w:rsidR="00063B67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B4D3FC" w14:textId="77777777" w:rsidR="00063B67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912/7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55279" w14:textId="77777777" w:rsidR="00063B67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Seifertova or. č. 80 – před domem za plotem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9C353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7190C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8CFA7" w14:textId="77777777" w:rsidR="00063B67" w:rsidRPr="00B36052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321E5" w14:textId="77777777" w:rsidR="00063B67" w:rsidRPr="00B36052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pacing w:val="-10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81B25" w14:textId="77777777" w:rsidR="00063B67" w:rsidRPr="00B36052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prodej grilovaných kuřat</w:t>
            </w:r>
          </w:p>
        </w:tc>
      </w:tr>
    </w:tbl>
    <w:p w14:paraId="63B2BDF6" w14:textId="77777777" w:rsidR="00063B67" w:rsidRPr="001A55E7" w:rsidRDefault="00063B67" w:rsidP="00063B67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1A55E7">
        <w:rPr>
          <w:rFonts w:ascii="Arial" w:hAnsi="Arial" w:cs="Arial"/>
          <w:b/>
          <w:bCs/>
          <w:sz w:val="22"/>
          <w:szCs w:val="22"/>
        </w:rPr>
        <w:t xml:space="preserve">C3) Tržní místa – k. ú. Černá Pole: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64"/>
        <w:gridCol w:w="1002"/>
        <w:gridCol w:w="2373"/>
        <w:gridCol w:w="763"/>
        <w:gridCol w:w="801"/>
        <w:gridCol w:w="1184"/>
        <w:gridCol w:w="1629"/>
        <w:gridCol w:w="1367"/>
      </w:tblGrid>
      <w:tr w:rsidR="00063B67" w:rsidRPr="005C0F58" w14:paraId="154E96A9" w14:textId="77777777" w:rsidTr="008C55C2">
        <w:trPr>
          <w:trHeight w:val="274"/>
        </w:trPr>
        <w:tc>
          <w:tcPr>
            <w:tcW w:w="200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2E60F4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9" w:name="_Hlk69376487"/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1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4A61A3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6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905A65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1E8A6AA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5C0F58" w14:paraId="4DB97A30" w14:textId="77777777" w:rsidTr="008C55C2">
        <w:trPr>
          <w:trHeight w:val="710"/>
        </w:trPr>
        <w:tc>
          <w:tcPr>
            <w:tcW w:w="242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2F68F24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7DDFEF7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2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A8B2DFD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8700EBD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DF23B9B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0E58613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(m</w:t>
            </w:r>
            <w:r w:rsidRPr="005C309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C309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055356F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FEFB571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A10B340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tr w:rsidR="00063B67" w:rsidRPr="005C0F58" w14:paraId="0642FD39" w14:textId="77777777" w:rsidTr="008C55C2">
        <w:trPr>
          <w:trHeight w:val="247"/>
        </w:trPr>
        <w:tc>
          <w:tcPr>
            <w:tcW w:w="242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F915868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1.</w:t>
            </w:r>
          </w:p>
        </w:tc>
        <w:tc>
          <w:tcPr>
            <w:tcW w:w="523" w:type="pct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5F966DE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2655/1</w:t>
            </w:r>
          </w:p>
        </w:tc>
        <w:tc>
          <w:tcPr>
            <w:tcW w:w="1238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BEC51BA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Schreberovy zahrádky – celá plocha parku</w:t>
            </w:r>
          </w:p>
        </w:tc>
        <w:tc>
          <w:tcPr>
            <w:tcW w:w="398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0828CF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81257AD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25115</w:t>
            </w:r>
          </w:p>
        </w:tc>
        <w:tc>
          <w:tcPr>
            <w:tcW w:w="618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2BA76D2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66D0A23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pouze pro akce pořádané statutárním městem Brnem, MČ Brno-sever nebo pořádané se souhlasem statutárního města Brna, MČ Brno-sever</w:t>
            </w:r>
          </w:p>
        </w:tc>
        <w:tc>
          <w:tcPr>
            <w:tcW w:w="713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02AD53C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727E3425" w14:textId="77777777" w:rsidTr="008C55C2"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2F91D71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2.</w:t>
            </w:r>
          </w:p>
        </w:tc>
        <w:tc>
          <w:tcPr>
            <w:tcW w:w="52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39EB66EE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6D89B38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ul. Zemědělská or. č. 1 – při  budově Mendelovy univerzity v Brně</w:t>
            </w:r>
          </w:p>
        </w:tc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EC77642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5107D53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A4873C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6E4D779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2B0C28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prodejní stánek s občerstvením</w:t>
            </w:r>
          </w:p>
        </w:tc>
      </w:tr>
      <w:bookmarkEnd w:id="29"/>
      <w:tr w:rsidR="00063B67" w:rsidRPr="005C0F58" w14:paraId="0DBC56B8" w14:textId="77777777" w:rsidTr="008C55C2"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35292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3.</w:t>
            </w:r>
          </w:p>
        </w:tc>
        <w:tc>
          <w:tcPr>
            <w:tcW w:w="5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A390DF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3343</w:t>
            </w:r>
          </w:p>
        </w:tc>
        <w:tc>
          <w:tcPr>
            <w:tcW w:w="1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968CB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ul. Drobného u or. č. 32 – předzahrádka</w:t>
            </w:r>
          </w:p>
        </w:tc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60CE9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A2654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D3CA1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BDDB5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52DD7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317F1A4B" w14:textId="77777777" w:rsidTr="008C55C2"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7A82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4.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38066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1847/1</w:t>
            </w:r>
          </w:p>
        </w:tc>
        <w:tc>
          <w:tcPr>
            <w:tcW w:w="1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1CB94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Merhautova ul. u or. č. 154</w:t>
            </w:r>
          </w:p>
        </w:tc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BD6CA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BDE0C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8243F6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5E06D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F87F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207EBE" w14:textId="77777777" w:rsidR="00063B67" w:rsidRDefault="00063B67" w:rsidP="00063B67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64"/>
        <w:gridCol w:w="1002"/>
        <w:gridCol w:w="2373"/>
        <w:gridCol w:w="763"/>
        <w:gridCol w:w="801"/>
        <w:gridCol w:w="1184"/>
        <w:gridCol w:w="1629"/>
        <w:gridCol w:w="1367"/>
      </w:tblGrid>
      <w:tr w:rsidR="00063B67" w:rsidRPr="005C3093" w14:paraId="7FFAF548" w14:textId="77777777" w:rsidTr="008C55C2">
        <w:trPr>
          <w:trHeight w:val="274"/>
        </w:trPr>
        <w:tc>
          <w:tcPr>
            <w:tcW w:w="200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AB3483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81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0A583C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6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E7DD0C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117FABD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5C3093" w14:paraId="78DA4F60" w14:textId="77777777" w:rsidTr="008C55C2">
        <w:trPr>
          <w:trHeight w:val="710"/>
        </w:trPr>
        <w:tc>
          <w:tcPr>
            <w:tcW w:w="242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9A0B614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575FEE7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2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AC08B08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7A284B3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0C9BC37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646671E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(m</w:t>
            </w:r>
            <w:r w:rsidRPr="005C309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C309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5EEBB45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29329F1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2BD07A0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tr w:rsidR="00063B67" w:rsidRPr="005C0F58" w14:paraId="2028699D" w14:textId="77777777" w:rsidTr="008C55C2">
        <w:trPr>
          <w:cantSplit/>
        </w:trPr>
        <w:tc>
          <w:tcPr>
            <w:tcW w:w="2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4164D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5.</w:t>
            </w:r>
          </w:p>
        </w:tc>
        <w:tc>
          <w:tcPr>
            <w:tcW w:w="5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86EB4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1847/1</w:t>
            </w:r>
          </w:p>
        </w:tc>
        <w:tc>
          <w:tcPr>
            <w:tcW w:w="12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BA3FD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Merhautova ul. u or. č. 154</w:t>
            </w:r>
          </w:p>
        </w:tc>
        <w:tc>
          <w:tcPr>
            <w:tcW w:w="3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F0E62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7879E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1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A6CDA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EA05E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B0054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vánoční prodej ryb</w:t>
            </w:r>
          </w:p>
        </w:tc>
      </w:tr>
      <w:tr w:rsidR="00063B67" w:rsidRPr="005C0F58" w14:paraId="24765653" w14:textId="77777777" w:rsidTr="008C55C2"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968705F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6.</w:t>
            </w:r>
          </w:p>
        </w:tc>
        <w:tc>
          <w:tcPr>
            <w:tcW w:w="52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ABB92A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1469/9</w:t>
            </w:r>
          </w:p>
        </w:tc>
        <w:tc>
          <w:tcPr>
            <w:tcW w:w="1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4EB532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Merhautova ul. u or. č. 216</w:t>
            </w:r>
          </w:p>
        </w:tc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E0EEC9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A3547AB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0B633B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4EAAECA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A406BDA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vánoční prodej ryb</w:t>
            </w:r>
          </w:p>
        </w:tc>
      </w:tr>
      <w:tr w:rsidR="00063B67" w:rsidRPr="005C0F58" w14:paraId="6F7FDA60" w14:textId="77777777" w:rsidTr="008C55C2"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ADA769B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7.</w:t>
            </w:r>
          </w:p>
        </w:tc>
        <w:tc>
          <w:tcPr>
            <w:tcW w:w="52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5A050AF3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1626</w:t>
            </w:r>
          </w:p>
        </w:tc>
        <w:tc>
          <w:tcPr>
            <w:tcW w:w="12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E81E2D3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Merhautova ul. u or. č. 1</w:t>
            </w:r>
            <w:r>
              <w:rPr>
                <w:rFonts w:ascii="Arial" w:hAnsi="Arial" w:cs="Arial"/>
                <w:sz w:val="16"/>
                <w:szCs w:val="16"/>
              </w:rPr>
              <w:t xml:space="preserve">98 na nároží s ul. Provazníkova </w:t>
            </w:r>
          </w:p>
        </w:tc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7E76443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2FE2D3D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1A6144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B123AF4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6C86E5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prodejní automat na zeleninu</w:t>
            </w:r>
          </w:p>
        </w:tc>
      </w:tr>
      <w:tr w:rsidR="00063B67" w:rsidRPr="005C0F58" w14:paraId="6F346E23" w14:textId="77777777" w:rsidTr="008C55C2">
        <w:trPr>
          <w:trHeight w:val="357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E99741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23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5C4E3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1469/6</w:t>
            </w:r>
          </w:p>
        </w:tc>
        <w:tc>
          <w:tcPr>
            <w:tcW w:w="1238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305C68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Merhautova ul. u or. č. 200 při prodejně Albert</w:t>
            </w:r>
          </w:p>
        </w:tc>
        <w:tc>
          <w:tcPr>
            <w:tcW w:w="398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455DADE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CBA75BB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38433CCF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6809BAF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E12AD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poštomat</w:t>
            </w:r>
          </w:p>
        </w:tc>
      </w:tr>
      <w:tr w:rsidR="00063B67" w:rsidRPr="005C0F58" w14:paraId="48AAF8AE" w14:textId="77777777" w:rsidTr="008C55C2">
        <w:trPr>
          <w:cantSplit/>
          <w:trHeight w:val="141"/>
        </w:trPr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72293A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4814B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12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F150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nám. SNP u or. č. 32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66674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52232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FD9887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D14E02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A69D5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ryby</w:t>
            </w:r>
          </w:p>
        </w:tc>
      </w:tr>
      <w:tr w:rsidR="00063B67" w:rsidRPr="005C0F58" w14:paraId="5FC119C6" w14:textId="77777777" w:rsidTr="008C55C2">
        <w:trPr>
          <w:cantSplit/>
          <w:trHeight w:val="131"/>
        </w:trPr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2FF0E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F9FBE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12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05D3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nám. SNP 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5C6CA2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05BCB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8E4586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0E0A29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8909F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063B67" w:rsidRPr="005C0F58" w14:paraId="13DFEBB4" w14:textId="77777777" w:rsidTr="008C55C2"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69DFE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7E3AE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12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64BDA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nám. SNP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8A22B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21966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35265D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0D7C1F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FB643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56B11683" w14:textId="77777777" w:rsidTr="008C55C2">
        <w:trPr>
          <w:trHeight w:val="275"/>
        </w:trPr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2172F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021CB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1481/1</w:t>
            </w:r>
          </w:p>
        </w:tc>
        <w:tc>
          <w:tcPr>
            <w:tcW w:w="12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D39AB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roh ulic Provazníkova – Kotěrova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A358D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559A9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0D7067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5.00-0.00 h.</w:t>
            </w: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9DE840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3A80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 novinový stánek + 1 lednice</w:t>
            </w:r>
          </w:p>
        </w:tc>
      </w:tr>
      <w:tr w:rsidR="00063B67" w:rsidRPr="005C0F58" w14:paraId="6F2AE285" w14:textId="77777777" w:rsidTr="008C55C2">
        <w:trPr>
          <w:trHeight w:val="219"/>
        </w:trPr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98BDC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762D3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D6DB57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A99CA2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EABF5A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BBCAFF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67504F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80BEF8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6DEEF44F" w14:textId="77777777" w:rsidTr="008C55C2">
        <w:trPr>
          <w:trHeight w:val="203"/>
        </w:trPr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0EB85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83A09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1666</w:t>
            </w:r>
          </w:p>
        </w:tc>
        <w:tc>
          <w:tcPr>
            <w:tcW w:w="12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75A9D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ul. Provazníkova u or. č. 44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C0FBA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4327B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A15F58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D37175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4821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046C52AC" w14:textId="77777777" w:rsidTr="008C55C2">
        <w:trPr>
          <w:trHeight w:val="250"/>
        </w:trPr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F59A3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E7B15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3187</w:t>
            </w:r>
          </w:p>
        </w:tc>
        <w:tc>
          <w:tcPr>
            <w:tcW w:w="12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4CFA9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ul. Durďákova or. č. 5 – zeleň před budovou z ulice Černopolní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1F80FA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3D6F4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7A2A34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B1E562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9A7F0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pouze prodej dětských knih a hraček</w:t>
            </w:r>
          </w:p>
        </w:tc>
      </w:tr>
      <w:tr w:rsidR="00063B67" w:rsidRPr="005C0F58" w14:paraId="575725BE" w14:textId="77777777" w:rsidTr="008C55C2"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C319A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7C5B9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1962/1, 1963/1</w:t>
            </w:r>
          </w:p>
        </w:tc>
        <w:tc>
          <w:tcPr>
            <w:tcW w:w="12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92FD0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 xml:space="preserve">park </w:t>
            </w:r>
            <w:r>
              <w:rPr>
                <w:rFonts w:ascii="Arial" w:hAnsi="Arial" w:cs="Arial"/>
                <w:sz w:val="16"/>
                <w:szCs w:val="16"/>
              </w:rPr>
              <w:t>Tišnovka</w:t>
            </w:r>
            <w:r w:rsidRPr="00B36052">
              <w:rPr>
                <w:rFonts w:ascii="Arial" w:hAnsi="Arial" w:cs="Arial"/>
                <w:sz w:val="16"/>
                <w:szCs w:val="16"/>
              </w:rPr>
              <w:t xml:space="preserve"> přiléhající k ul. </w:t>
            </w:r>
            <w:r>
              <w:rPr>
                <w:rFonts w:ascii="Arial" w:hAnsi="Arial" w:cs="Arial"/>
                <w:sz w:val="16"/>
                <w:szCs w:val="16"/>
              </w:rPr>
              <w:t>Rotal</w:t>
            </w:r>
            <w:r w:rsidRPr="00B36052">
              <w:rPr>
                <w:rFonts w:ascii="Arial" w:hAnsi="Arial" w:cs="Arial"/>
                <w:sz w:val="16"/>
                <w:szCs w:val="16"/>
              </w:rPr>
              <w:t xml:space="preserve">ova a </w:t>
            </w:r>
            <w:r>
              <w:rPr>
                <w:rFonts w:ascii="Arial" w:hAnsi="Arial" w:cs="Arial"/>
                <w:sz w:val="16"/>
                <w:szCs w:val="16"/>
              </w:rPr>
              <w:t>Svitavská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BFDBA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21A722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výměra parce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57FAB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CFA56C" w14:textId="77777777" w:rsidR="00063B67" w:rsidRPr="003A3F19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3A3F19">
              <w:rPr>
                <w:rFonts w:ascii="Arial" w:hAnsi="Arial" w:cs="Arial"/>
                <w:spacing w:val="-4"/>
                <w:sz w:val="16"/>
                <w:szCs w:val="16"/>
              </w:rPr>
              <w:t>pouze pro akce pořádané statutárním městem Brnem, MČ Brno-sever nebo pořádané se souhlasem statutárního města Brna, MČ Brno-sever, v souladu s návštěvním řádem parku Tišnovka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A2C6D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4FC330" w14:textId="77777777" w:rsidR="00063B67" w:rsidRPr="001A55E7" w:rsidRDefault="00063B67" w:rsidP="00063B67">
      <w:pPr>
        <w:pStyle w:val="Zkladntext"/>
        <w:spacing w:before="28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1A55E7">
        <w:rPr>
          <w:rFonts w:ascii="Arial" w:hAnsi="Arial" w:cs="Arial"/>
          <w:b/>
          <w:bCs/>
          <w:sz w:val="22"/>
          <w:szCs w:val="22"/>
        </w:rPr>
        <w:t>C4) Tržní místa – k. ú. Soběšice: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00"/>
        <w:gridCol w:w="1075"/>
        <w:gridCol w:w="1779"/>
        <w:gridCol w:w="715"/>
        <w:gridCol w:w="822"/>
        <w:gridCol w:w="1275"/>
        <w:gridCol w:w="1418"/>
        <w:gridCol w:w="2099"/>
      </w:tblGrid>
      <w:tr w:rsidR="00063B67" w:rsidRPr="005C0F58" w14:paraId="4DA83A72" w14:textId="77777777" w:rsidTr="008C55C2">
        <w:trPr>
          <w:trHeight w:val="274"/>
        </w:trPr>
        <w:tc>
          <w:tcPr>
            <w:tcW w:w="169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FE820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0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78C561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8E518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09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4B98ECE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5C0F58" w14:paraId="7DA416EB" w14:textId="77777777" w:rsidTr="008C55C2">
        <w:trPr>
          <w:trHeight w:val="603"/>
        </w:trPr>
        <w:tc>
          <w:tcPr>
            <w:tcW w:w="20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9D6F770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6DF5D3A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208563B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4E0FF4F" w14:textId="77777777" w:rsidR="00063B67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počet</w:t>
            </w:r>
          </w:p>
          <w:p w14:paraId="66AF466C" w14:textId="77777777" w:rsidR="00063B67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prodej.</w:t>
            </w:r>
          </w:p>
          <w:p w14:paraId="6D2D9D6F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míst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9FDA35D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270D9F6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(m</w:t>
            </w:r>
            <w:r w:rsidRPr="005C309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C309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E668E88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F76BAEA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09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8ED9618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typ prodejního zařízení</w:t>
            </w:r>
          </w:p>
        </w:tc>
      </w:tr>
      <w:tr w:rsidR="00063B67" w:rsidRPr="005C0F58" w14:paraId="4ABDD720" w14:textId="77777777" w:rsidTr="008C55C2">
        <w:tc>
          <w:tcPr>
            <w:tcW w:w="20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102D69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1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AAC85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958/2</w:t>
            </w:r>
          </w:p>
        </w:tc>
        <w:tc>
          <w:tcPr>
            <w:tcW w:w="92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D3CDF3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Zeiberlichova – konečná st. MHD</w:t>
            </w:r>
          </w:p>
        </w:tc>
        <w:tc>
          <w:tcPr>
            <w:tcW w:w="3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90CD28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B1DF8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5993E7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5.00-20.00 h.</w:t>
            </w:r>
          </w:p>
        </w:tc>
        <w:tc>
          <w:tcPr>
            <w:tcW w:w="7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8BD279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9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161F5B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 novinový stánek + 1 lednice</w:t>
            </w:r>
          </w:p>
        </w:tc>
      </w:tr>
    </w:tbl>
    <w:p w14:paraId="6FF2C435" w14:textId="77777777" w:rsidR="00063B67" w:rsidRPr="00B36052" w:rsidRDefault="00063B67" w:rsidP="00063B67">
      <w:pPr>
        <w:pStyle w:val="Zkladntext"/>
        <w:spacing w:before="2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36052">
        <w:rPr>
          <w:rFonts w:ascii="Arial" w:hAnsi="Arial" w:cs="Arial"/>
          <w:b/>
          <w:bCs/>
          <w:sz w:val="22"/>
          <w:szCs w:val="22"/>
        </w:rPr>
        <w:t xml:space="preserve">C5) Tržní místa – k. ú. Zábrdovice: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05"/>
        <w:gridCol w:w="1042"/>
        <w:gridCol w:w="1777"/>
        <w:gridCol w:w="714"/>
        <w:gridCol w:w="822"/>
        <w:gridCol w:w="1309"/>
        <w:gridCol w:w="1412"/>
        <w:gridCol w:w="2102"/>
      </w:tblGrid>
      <w:tr w:rsidR="00063B67" w:rsidRPr="005C0F58" w14:paraId="724A987E" w14:textId="77777777" w:rsidTr="008C55C2">
        <w:trPr>
          <w:cantSplit/>
          <w:trHeight w:val="274"/>
        </w:trPr>
        <w:tc>
          <w:tcPr>
            <w:tcW w:w="168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5E206F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30" w:name="_Hlk41569642"/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79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0F33D7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2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44A011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109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EBD614C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5C0F58" w14:paraId="350AD20C" w14:textId="77777777" w:rsidTr="008C55C2">
        <w:trPr>
          <w:trHeight w:val="710"/>
        </w:trPr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2C90B97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5CE7665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CA0F907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67E5072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6E0E328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C7742C8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(m</w:t>
            </w:r>
            <w:r w:rsidRPr="005C309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C309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649D6E9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9C683FB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09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FC21E21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tr w:rsidR="00063B67" w:rsidRPr="005C0F58" w14:paraId="23B580C1" w14:textId="77777777" w:rsidTr="008C55C2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28EC13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4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58D4F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889/1, 929</w:t>
            </w:r>
          </w:p>
        </w:tc>
        <w:tc>
          <w:tcPr>
            <w:tcW w:w="92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B0C0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park při ul. Tkalcovská mezi řekou a parkovištěm OC</w:t>
            </w:r>
          </w:p>
        </w:tc>
        <w:tc>
          <w:tcPr>
            <w:tcW w:w="36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86963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FFF1CE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68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C2276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2CC4D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949219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prodej propagačních materiálů festivalů a prodej občerstvení při kulturních akcích bez alkoholických nápojů</w:t>
            </w:r>
          </w:p>
        </w:tc>
      </w:tr>
      <w:bookmarkEnd w:id="30"/>
      <w:tr w:rsidR="00063B67" w:rsidRPr="005C0F58" w14:paraId="6FF0CF01" w14:textId="77777777" w:rsidTr="008C55C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194462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611607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931/5, 931/6, 931/7, 931/42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96EDBF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ul. Tkalcovská or. č. 1 – plochy u prodejny Interspar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BA51D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69EC28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56ADD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16554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92C2E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381E3B6B" w14:textId="77777777" w:rsidTr="008C55C2">
        <w:trPr>
          <w:trHeight w:val="223"/>
        </w:trPr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424198" w14:textId="77777777" w:rsidR="00063B67" w:rsidRPr="005C3093" w:rsidRDefault="00063B67" w:rsidP="008C55C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DB0ACE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3A6F94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Černopolní 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76C97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D9F05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7A4535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DB32E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8FDD00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stánek</w:t>
            </w:r>
            <w:r>
              <w:rPr>
                <w:rFonts w:ascii="Arial" w:hAnsi="Arial" w:cs="Arial"/>
                <w:sz w:val="16"/>
                <w:szCs w:val="16"/>
              </w:rPr>
              <w:t xml:space="preserve"> s občerstvením</w:t>
            </w:r>
          </w:p>
        </w:tc>
      </w:tr>
      <w:tr w:rsidR="00063B67" w:rsidRPr="005C0F58" w14:paraId="69010BF2" w14:textId="77777777" w:rsidTr="008C55C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DA395B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D74ED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1035/2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F7A46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Jugoslávská – Přadlácká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6A121F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63D40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A8A22E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5.00-20.00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2A80F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D63020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 novinový stánek + 1 lednice</w:t>
            </w:r>
          </w:p>
        </w:tc>
      </w:tr>
      <w:tr w:rsidR="00063B67" w:rsidRPr="005C0F58" w14:paraId="52B70767" w14:textId="77777777" w:rsidTr="008C55C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43853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1BA3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1114/1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0D52C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hřiště a travnatá plocha u objektu Husovická or. č. 2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EDDFE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7070E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67D40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8.00–21.00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FDFEF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příležitostně</w:t>
            </w:r>
          </w:p>
        </w:tc>
        <w:tc>
          <w:tcPr>
            <w:tcW w:w="10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EABF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bez prodeje alkoholických nápojů</w:t>
            </w:r>
          </w:p>
        </w:tc>
      </w:tr>
      <w:tr w:rsidR="00063B67" w:rsidRPr="005C0F58" w14:paraId="06D4E0DC" w14:textId="77777777" w:rsidTr="008C55C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A3E5DD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63B4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C230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Černopolní ul. – u zastávky tramvaje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7908B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0DA4B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A35920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EDDFE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72A0C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grilovaná kuřata</w:t>
            </w:r>
          </w:p>
        </w:tc>
      </w:tr>
      <w:tr w:rsidR="00063B67" w:rsidRPr="005C0F58" w14:paraId="2F4476BB" w14:textId="77777777" w:rsidTr="008C55C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30AE0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4FAA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FE8B9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FF32C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0C364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49616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8EC421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6DC75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8BB215" w14:textId="77777777" w:rsidR="00063B67" w:rsidRPr="00B36052" w:rsidRDefault="00063B67" w:rsidP="00063B67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36052">
        <w:rPr>
          <w:rFonts w:ascii="Arial" w:hAnsi="Arial" w:cs="Arial"/>
          <w:b/>
          <w:bCs/>
          <w:sz w:val="22"/>
          <w:szCs w:val="22"/>
        </w:rPr>
        <w:lastRenderedPageBreak/>
        <w:t>HLAVA D: Předsunutá prodejní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74"/>
        <w:gridCol w:w="1482"/>
        <w:gridCol w:w="1828"/>
        <w:gridCol w:w="907"/>
        <w:gridCol w:w="930"/>
        <w:gridCol w:w="1179"/>
        <w:gridCol w:w="1338"/>
        <w:gridCol w:w="1445"/>
      </w:tblGrid>
      <w:tr w:rsidR="00063B67" w:rsidRPr="005C0F58" w14:paraId="58F3E84F" w14:textId="77777777" w:rsidTr="008C55C2">
        <w:trPr>
          <w:trHeight w:val="272"/>
        </w:trPr>
        <w:tc>
          <w:tcPr>
            <w:tcW w:w="197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3BBAC7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79348B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1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E18093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5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A0E7D91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09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5C0F58" w14:paraId="6EDBAED8" w14:textId="77777777" w:rsidTr="008C55C2">
        <w:trPr>
          <w:trHeight w:val="710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024073A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135FE76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2F6FA5CC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(příp. jen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3093">
              <w:rPr>
                <w:rFonts w:ascii="Arial" w:hAnsi="Arial" w:cs="Arial"/>
                <w:sz w:val="16"/>
                <w:szCs w:val="16"/>
              </w:rPr>
              <w:t>k. ú.)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9384E09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016A1B0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F459E6C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CDB8BFF" w14:textId="77777777" w:rsidR="00063B67" w:rsidRPr="005C3093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(m</w:t>
            </w:r>
            <w:r w:rsidRPr="00C53AF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C309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D968BBA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37B5375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D3D972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2C4559BC" w14:textId="77777777" w:rsidTr="008C55C2"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CF76FF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1.</w:t>
            </w:r>
          </w:p>
        </w:tc>
        <w:tc>
          <w:tcPr>
            <w:tcW w:w="773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150F72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k. ú.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3093">
              <w:rPr>
                <w:rFonts w:ascii="Arial" w:hAnsi="Arial" w:cs="Arial"/>
                <w:sz w:val="16"/>
                <w:szCs w:val="16"/>
              </w:rPr>
              <w:t>Zábrdovice</w:t>
            </w:r>
          </w:p>
        </w:tc>
        <w:tc>
          <w:tcPr>
            <w:tcW w:w="95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FE572A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ulice Cejl</w:t>
            </w:r>
          </w:p>
        </w:tc>
        <w:tc>
          <w:tcPr>
            <w:tcW w:w="4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2BC6C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E37717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C90DD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E2A27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3F907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5FD1FE05" w14:textId="77777777" w:rsidTr="008C55C2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90531E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2.</w:t>
            </w: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18D39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1596 k. ú.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3093">
              <w:rPr>
                <w:rFonts w:ascii="Arial" w:hAnsi="Arial" w:cs="Arial"/>
                <w:sz w:val="16"/>
                <w:szCs w:val="16"/>
              </w:rPr>
              <w:t>Husovice</w:t>
            </w:r>
          </w:p>
        </w:tc>
        <w:tc>
          <w:tcPr>
            <w:tcW w:w="9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3B02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Dukelská tř. or. č. 58</w:t>
            </w:r>
          </w:p>
        </w:tc>
        <w:tc>
          <w:tcPr>
            <w:tcW w:w="4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8B588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C9108C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CCB83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835C8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427A7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0A0D5D95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0AE32E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3.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BA1BA0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C2A0A5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9936A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B90932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2AC24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2A6E9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A1D94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6ED0089A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CBD40D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4.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92D608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29CC8B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8CFF5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EAD37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7EE3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9DE7D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93195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63071117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E6F64E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5.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83D9A3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41311C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5D26C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62525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BC0DA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23ED0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0A6AC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14BB2DC4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277BE5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6.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C8C02F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k. ú. Černá Pole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1833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ulice Helfertova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2F0E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2FBECD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7C139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C803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EEBDC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68D6B907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D77FAF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7.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A415A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k. ú. Černá Pole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B9FF5F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ulice Jugoslávská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6CC03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4D432A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68550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52CD9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6520D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43CBA97A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852893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8.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723983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k. ú. Černá Pole 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153394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ulice Merhautova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87834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D828A7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C4644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07000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58CE9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13E00EBA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317732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  9.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6BD1D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203/3 k. ú. Lesná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81D66D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Okružní ul. </w:t>
            </w:r>
          </w:p>
          <w:p w14:paraId="700C0C14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– u Benziny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85E78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8CD72B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76198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7B6F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23AA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738735A2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A1C00D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517B53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1344/2 k. ú. Lesná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F51FBB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Okružní ul. </w:t>
            </w:r>
          </w:p>
          <w:p w14:paraId="67CF1715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– u Schnellu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56BC8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F48164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4B9D7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A1EC8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C8E7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75FC18FF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218163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D7E6C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2405 k. ú. Černá Pole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97A557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Ryšánkova ul. </w:t>
            </w:r>
          </w:p>
          <w:p w14:paraId="44AEC59C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u or.č. 10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FC4B0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99E08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069C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5EA93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504F6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55603AC5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57E15A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6D1722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D3A3C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FE33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BAF02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5C24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A3258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A4831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76B265E2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BB6F88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B297B0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k. ú. Černá Pole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720844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ulice Zemědělská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3DD90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47B461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FC99F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6D78A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7AFDC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459EF805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B7C93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E6D56A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2887 k. ú. Černá Pole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961E5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 xml:space="preserve">plocha před prodejnou na ul. Lesnická or. č. 40  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60F52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56AD56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468FA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C0327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1E22F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5CA347A1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9DB493" w14:textId="77777777" w:rsidR="00063B67" w:rsidRPr="005C3093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2566AA" w14:textId="77777777" w:rsidR="00063B67" w:rsidRPr="005C3093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E03397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C3093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80BA9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44124" w14:textId="77777777" w:rsidR="00063B67" w:rsidRPr="005C3093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3C763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4FB7A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06158" w14:textId="77777777" w:rsidR="00063B67" w:rsidRPr="005C3093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FFE372" w14:textId="77777777" w:rsidR="00063B67" w:rsidRPr="005C0F58" w:rsidRDefault="00063B67" w:rsidP="00063B67">
      <w:pPr>
        <w:pStyle w:val="Zkladntext"/>
        <w:spacing w:before="240" w:line="240" w:lineRule="auto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Prodej zboží na předsunutých prodejních místech na území městské části Brno-sever může být provozován při splnění požadavků právních předpisů tím způsobem, že umístěním zboží určeného k prodeji dochází k užívání pozemní komunikace nebo jiného prostranství navazujícího na provozovnu. Pro prodej zboží na předsunutých prodejních místech na celém území městské části Brno-sever je zakázáno používat taková pomocná prodejní zařízení, jako jsou markýzy, konzoly, věšáky, figuríny, stříšky apod., na kterých je zavěšeno zboží určené k prodeji nebo zboží či jiné předměty sloužící podpoře prodeje zboží tak, že se toto zboží či jiné předměty nedotýkají země, ale omezují průchod po celém profilu nebo části komunikace. </w:t>
      </w:r>
      <w:r w:rsidRPr="005C0F58">
        <w:rPr>
          <w:rFonts w:ascii="Arial" w:hAnsi="Arial" w:cs="Arial"/>
          <w:color w:val="000000"/>
          <w:sz w:val="20"/>
          <w:szCs w:val="20"/>
        </w:rPr>
        <w:t>Žádná pomocná prodejní nebo obdobná zařízení či nabízené zboží nesmí být umísťovány</w:t>
      </w:r>
      <w:r w:rsidRPr="005C0F58">
        <w:rPr>
          <w:rFonts w:ascii="Arial" w:hAnsi="Arial" w:cs="Arial"/>
          <w:sz w:val="20"/>
          <w:szCs w:val="20"/>
        </w:rPr>
        <w:t xml:space="preserve"> ani na vnějších obvodových stěnách provozovny, zábradlích, ani na vstupních dveřích a</w:t>
      </w:r>
      <w:r>
        <w:rPr>
          <w:rFonts w:ascii="Arial" w:hAnsi="Arial" w:cs="Arial"/>
          <w:sz w:val="20"/>
          <w:szCs w:val="20"/>
        </w:rPr>
        <w:t> </w:t>
      </w:r>
      <w:r w:rsidRPr="005C0F58">
        <w:rPr>
          <w:rFonts w:ascii="Arial" w:hAnsi="Arial" w:cs="Arial"/>
          <w:sz w:val="20"/>
          <w:szCs w:val="20"/>
        </w:rPr>
        <w:t>ve vstupním prostoru do provozovny.</w:t>
      </w:r>
    </w:p>
    <w:p w14:paraId="39C58533" w14:textId="77777777" w:rsidR="00063B67" w:rsidRPr="00B36052" w:rsidRDefault="00063B67" w:rsidP="00063B67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36052">
        <w:rPr>
          <w:rFonts w:ascii="Arial" w:hAnsi="Arial" w:cs="Arial"/>
          <w:b/>
          <w:bCs/>
          <w:sz w:val="22"/>
          <w:szCs w:val="22"/>
        </w:rPr>
        <w:t>HLAVA E: Restaurační zahrádky</w:t>
      </w:r>
    </w:p>
    <w:p w14:paraId="6993C7DF" w14:textId="77777777" w:rsidR="00063B67" w:rsidRPr="00B36052" w:rsidRDefault="00063B67" w:rsidP="00063B67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36052">
        <w:rPr>
          <w:rFonts w:ascii="Arial" w:hAnsi="Arial" w:cs="Arial"/>
          <w:b/>
          <w:bCs/>
          <w:sz w:val="22"/>
          <w:szCs w:val="22"/>
        </w:rPr>
        <w:t>E1) Restaurační zahrádky – k. ú. Černá Pole: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3"/>
        <w:gridCol w:w="974"/>
        <w:gridCol w:w="2009"/>
        <w:gridCol w:w="786"/>
        <w:gridCol w:w="824"/>
        <w:gridCol w:w="1345"/>
        <w:gridCol w:w="1520"/>
        <w:gridCol w:w="1652"/>
      </w:tblGrid>
      <w:tr w:rsidR="00063B67" w:rsidRPr="00813E44" w14:paraId="2F6DD463" w14:textId="77777777" w:rsidTr="008C55C2">
        <w:trPr>
          <w:trHeight w:val="274"/>
        </w:trPr>
        <w:tc>
          <w:tcPr>
            <w:tcW w:w="180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67A7C0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4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9B669C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BC6428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E5B4B8B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813E44" w14:paraId="08EEC4BB" w14:textId="77777777" w:rsidTr="008C55C2">
        <w:trPr>
          <w:trHeight w:val="710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7998FB" w14:textId="77777777" w:rsidR="00063B67" w:rsidRPr="00813E44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EEA5CF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5BBAC3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188608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DACDC6" w14:textId="77777777" w:rsidR="00063B67" w:rsidRPr="00813E44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A153098" w14:textId="77777777" w:rsidR="00063B67" w:rsidRPr="00813E44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(m</w:t>
            </w:r>
            <w:r w:rsidRPr="00813E4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13E4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F6273C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4C17D6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493B747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7007412E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FDFDD1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 xml:space="preserve"> 1.</w:t>
            </w:r>
          </w:p>
        </w:tc>
        <w:tc>
          <w:tcPr>
            <w:tcW w:w="508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FF2A7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163/3</w:t>
            </w:r>
          </w:p>
        </w:tc>
        <w:tc>
          <w:tcPr>
            <w:tcW w:w="10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0E0F5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Babičkova  17</w:t>
            </w:r>
          </w:p>
        </w:tc>
        <w:tc>
          <w:tcPr>
            <w:tcW w:w="41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A70830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609E3A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A317B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D1E95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8F0FC2E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017D4906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5C850F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 xml:space="preserve"> 2.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697A5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868EE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Břenkova  1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24279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0F2A71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DBE41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7C9A17E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452A8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3746A51E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6725B3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 xml:space="preserve"> 3.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1E188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3188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A093F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Černopolní  10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59542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FE4BCF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9AF36E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DA8C5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47D86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3B3B07F7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39405F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67598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3281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E146F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Černopolní  33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6B2AF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5B63DF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21359D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69B82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C9F14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308438F1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AD6546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 xml:space="preserve"> 5.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13176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2957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75B69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Černopolní  54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EB89F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1895E8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3BC2B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A9D3B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02C59F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63BEEA93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8931B8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 xml:space="preserve"> 6.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45343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3540/2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F0E9B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Drobného  48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41D84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123537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9065B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9AABB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3BA78F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6A630D5C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3A039D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A95B5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2570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216F5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Durďákova  46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B8736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304CBA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FC3D4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C7D87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C7F08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3AC89AF4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04639A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 xml:space="preserve"> 8.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6DFB5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1304/3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4FFDC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Hansmannova  38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9C714C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75088F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D62FF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F9E9C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8B084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032DD5C7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ED475A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 xml:space="preserve">  9.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D710D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AD534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Helfertova ulice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60C8E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07EDED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3F9D2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7CA4E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CF138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6D82A7F0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6EE6B2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95056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2376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FBDBA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Jugoslávská 18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D26CD8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A81D99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8430B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4E279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35275E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437F6AEA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718DC9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592B9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2353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E9217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Jugoslávská 34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B55FC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28C3DD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FEEDC4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986B98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08899C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0AABBF15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3558C5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9B352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1304/3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535D8E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Krkoškova 27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538ED7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FC03F7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310AF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7ED00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000AD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03CCA343" w14:textId="77777777" w:rsidTr="008C55C2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CE4338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F5BD3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2907/5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67F8C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Lesnická – u býv. kon. st. tramvaje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DBF235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BB738F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A4CFC3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6744D2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BFB69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5C0CE2CB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A00419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CA2D3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1690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3573A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Mathonova 2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A3350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36FA9A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38DFB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DEADCA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209BF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782B6101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657443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2A2B7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1035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D2819E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Mathonova 44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C3813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41B7F0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13A1D3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7EEB0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90BE3B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33563CB" w14:textId="77777777" w:rsidR="00063B67" w:rsidRPr="00553F34" w:rsidRDefault="00063B67" w:rsidP="00063B67">
      <w:pPr>
        <w:rPr>
          <w:sz w:val="6"/>
          <w:szCs w:val="6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3"/>
        <w:gridCol w:w="974"/>
        <w:gridCol w:w="2009"/>
        <w:gridCol w:w="786"/>
        <w:gridCol w:w="824"/>
        <w:gridCol w:w="1345"/>
        <w:gridCol w:w="1520"/>
        <w:gridCol w:w="1652"/>
      </w:tblGrid>
      <w:tr w:rsidR="00063B67" w:rsidRPr="00813E44" w14:paraId="5EEA15B3" w14:textId="77777777" w:rsidTr="008C55C2">
        <w:trPr>
          <w:trHeight w:val="274"/>
        </w:trPr>
        <w:tc>
          <w:tcPr>
            <w:tcW w:w="180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42231D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31" w:name="_Hlk181623368"/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84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49C422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F639D2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7151597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813E44" w14:paraId="7296CC5A" w14:textId="77777777" w:rsidTr="008C55C2">
        <w:trPr>
          <w:trHeight w:val="710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4F57AE" w14:textId="77777777" w:rsidR="00063B67" w:rsidRPr="00813E44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E39E61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3FC5DB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963B80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756848" w14:textId="77777777" w:rsidR="00063B67" w:rsidRPr="00813E44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C2E5045" w14:textId="77777777" w:rsidR="00063B67" w:rsidRPr="00813E44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(m</w:t>
            </w:r>
            <w:r w:rsidRPr="00813E4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13E4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CA5729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7E8F8B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6A55A48E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31"/>
      <w:tr w:rsidR="00063B67" w:rsidRPr="00813E44" w14:paraId="1C970C60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2A80B3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980AF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3230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EACCC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M. Horákové – Traubova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BEB69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6FF04A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C61FF2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68664D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CD6841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15E6E896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C28F6C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05063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CB451E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Merhautova 8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27560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1C4B59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83520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EE8EF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2EF6AF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0A72B5E8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758314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32862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2139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50A77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Merhautova 96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351CE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A39FBD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F34083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A2C689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4B4782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43EDAED3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B9462B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C5C4F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2152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2361B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Merhautova 110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D67DBA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6193F7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765AD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D87204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3EF070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596B2120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58A43B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A11B2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1414/3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9BE8C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 xml:space="preserve">Merhautova 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63E284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9C3402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84397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39D9D7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AEB53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62A66D33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E2A528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E6FC3E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434/4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67DB8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nám. SNP 33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5D670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46CFCA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E9E341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419A5E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CBE89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0FA4BB26" w14:textId="77777777" w:rsidTr="008C55C2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B82BE6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78DF6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3252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1EA1B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813E44">
              <w:rPr>
                <w:rFonts w:ascii="Arial" w:hAnsi="Arial" w:cs="Arial"/>
                <w:iCs/>
                <w:sz w:val="16"/>
                <w:szCs w:val="16"/>
              </w:rPr>
              <w:t>nám. 28. října or. č. 16 – chodník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2EF7F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ECB78B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4A3B6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5D55AB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072F0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688D38D4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AC67D6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185E1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DDD6D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Zemědělská 27a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88E5E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E9A8C9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FD123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B1ABA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137C1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10BB6E1D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CA041F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24.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0CCA5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1777/2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BB447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Zemědělská 55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3E99C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9DDCCE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2C943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3DEEF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0591E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63B67" w:rsidRPr="00813E44" w14:paraId="56B81F5B" w14:textId="77777777" w:rsidTr="008C55C2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7C198B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25.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EC962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2907/6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4939E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ul. Zemědělská – u smyčky MHD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3F08D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428E1F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5324A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CB33D3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340598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70379F2C" w14:textId="77777777" w:rsidTr="008C55C2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97DB8C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CE738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3470/5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32208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Drobného ul. u or. č. 46 – předzahrádka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18021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14F4A8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3FADC1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9DA89B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E21B2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171B21C5" w14:textId="77777777" w:rsidTr="008C55C2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E24130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27.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EB9EF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3199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3F0D8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ul. Černopolní – plocha před občerstvením u vjezdu do Dětské nemocnice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F5CD2E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CD23D9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E4EFE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6D47A5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066140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69855BDA" w14:textId="77777777" w:rsidTr="008C55C2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EB3226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32" w:name="_Hlk135920458"/>
            <w:r w:rsidRPr="00813E44"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EF9C6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2907/4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4F983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ul. Černopolní u or. č. 54, vydlážděná plocha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E8E974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4E1B7D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817A0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C34374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39E14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32"/>
      <w:tr w:rsidR="00063B67" w:rsidRPr="00813E44" w14:paraId="751C40DC" w14:textId="77777777" w:rsidTr="008C55C2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21B753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82D20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3540/1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C03F7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ul. Drobného u or. č. 48 – ul. Erbenova u or. č. 1 (plocha před hotelem Belveder)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4EB74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DA07D8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C6BB64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3C55D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4B73FE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3F9D41AE" w14:textId="77777777" w:rsidTr="008C55C2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F128FD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30.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BE4F7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2385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FC8FF4" w14:textId="77777777" w:rsidR="00063B67" w:rsidRPr="00031FA8" w:rsidRDefault="00063B67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031FA8">
              <w:rPr>
                <w:rFonts w:ascii="Arial" w:hAnsi="Arial" w:cs="Arial"/>
                <w:spacing w:val="-4"/>
                <w:sz w:val="16"/>
                <w:szCs w:val="16"/>
              </w:rPr>
              <w:t>ul. Jugoslávská u or. č. 31 – plocha předzahrádky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82B752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3A6090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89756C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E890F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50E45E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45D4B387" w14:textId="77777777" w:rsidTr="008C55C2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ED9897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31.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038D4E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2091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50C8D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ul. Merhautova u or. č. 84 – předzahrádka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936DD3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D073E5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FFB02E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AAB17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678E8E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7835224B" w14:textId="77777777" w:rsidTr="008C55C2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F828FF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32.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49882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1723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F8AE3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ul. Mathonova u or. č. 25 – dvůr přilehlý k restauraci "U Štiky"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C3F2A8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4E39C8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0B90D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C134A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0D670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2EBE0F6B" w14:textId="77777777" w:rsidTr="008C55C2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71996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33.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16A52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407/1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CAFE3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nám. SNP u or. č. 18a –  plocha při fitness centru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F86980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826862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EB416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E39096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2A66F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589C5D98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6239F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34.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5768A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2921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562B3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ul. Trávníky u or. č. 23 – předzahrádka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C52D3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641BA1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84AD0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5EDDE1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6D492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15D14F01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BF76C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35.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3D489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2655/1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17034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Schreberovy zahrádky při ul. Volejníkova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E5A8A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8359FF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204AE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E558E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90747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7295B4AE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D0954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36.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FCB72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3489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0B9A5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 xml:space="preserve">Martinkova or. č. 7 –  při </w:t>
            </w:r>
            <w:r w:rsidRPr="00031FA8">
              <w:rPr>
                <w:rFonts w:ascii="Arial" w:hAnsi="Arial" w:cs="Arial"/>
                <w:spacing w:val="-4"/>
                <w:sz w:val="16"/>
                <w:szCs w:val="16"/>
              </w:rPr>
              <w:t>provozovně The Cat Cafe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32C5AD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A69BAA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AE984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13EB1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D2F171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081E3668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41638E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bookmarkStart w:id="33" w:name="_Hlk43879354"/>
            <w:r w:rsidRPr="00813E44">
              <w:rPr>
                <w:rFonts w:ascii="Arial" w:hAnsi="Arial" w:cs="Arial"/>
                <w:sz w:val="16"/>
                <w:szCs w:val="16"/>
              </w:rPr>
              <w:t>37.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95319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3297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9CB3E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roh ulic Ant. Slavíka (or. č. 19) a Helfertova (or. č. 1) při kavárně s galerií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AE0E98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728BE7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6DD69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CF19A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17121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33"/>
      <w:tr w:rsidR="00063B67" w:rsidRPr="00813E44" w14:paraId="31F12D85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19E7C9" w14:textId="77777777" w:rsidR="00063B67" w:rsidRPr="00813E44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38.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DDBFBF" w14:textId="77777777" w:rsidR="00063B67" w:rsidRPr="00813E44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926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11BEEE" w14:textId="77777777" w:rsidR="00063B67" w:rsidRPr="00813E44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Bendlova or. č. 29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D68150" w14:textId="77777777" w:rsidR="00063B67" w:rsidRPr="00813E44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2B8D2A" w14:textId="77777777" w:rsidR="00063B67" w:rsidRPr="00813E44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D3597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F1B7EC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DB3E4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1C189421" w14:textId="77777777" w:rsidTr="008C55C2">
        <w:trPr>
          <w:cantSplit/>
          <w:trHeight w:hRule="exact" w:val="510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6C0762" w14:textId="77777777" w:rsidR="00063B67" w:rsidRPr="00813E44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39.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63F9B1" w14:textId="77777777" w:rsidR="00063B67" w:rsidRPr="00813E44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2877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6ED2E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31FA8">
              <w:rPr>
                <w:rFonts w:ascii="Arial" w:hAnsi="Arial" w:cs="Arial"/>
                <w:spacing w:val="-4"/>
                <w:sz w:val="16"/>
                <w:szCs w:val="16"/>
              </w:rPr>
              <w:t>Zemědělská or. č. 38 – předzahrádka při restauraci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9D5BA1" w14:textId="77777777" w:rsidR="00063B67" w:rsidRPr="00813E44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D1116B" w14:textId="77777777" w:rsidR="00063B67" w:rsidRPr="00813E44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961F3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38900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F9E02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2B4A311E" w14:textId="77777777" w:rsidTr="008C55C2">
        <w:trPr>
          <w:trHeight w:val="129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F781AA" w14:textId="77777777" w:rsidR="00063B67" w:rsidRPr="00813E44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40.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364222" w14:textId="77777777" w:rsidR="00063B67" w:rsidRPr="00813E44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434/1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93D111" w14:textId="77777777" w:rsidR="00063B67" w:rsidRPr="00813E44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plocha za budovou na nám. SNP or. č. 33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8C8544B" w14:textId="77777777" w:rsidR="00063B67" w:rsidRPr="00813E44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566FED" w14:textId="77777777" w:rsidR="00063B67" w:rsidRPr="00813E44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10B72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4F4E2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74FE3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5E8D03D3" w14:textId="77777777" w:rsidTr="008C55C2">
        <w:trPr>
          <w:cantSplit/>
          <w:trHeight w:hRule="exact" w:val="510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4B2643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41.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07B46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1377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A19C8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13E44">
              <w:rPr>
                <w:rFonts w:ascii="Arial" w:hAnsi="Arial" w:cs="Arial"/>
                <w:spacing w:val="-4"/>
                <w:sz w:val="16"/>
                <w:szCs w:val="16"/>
              </w:rPr>
              <w:t>ul. Fügnerova or. č. 1a – chodník před provozovnou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FDD1B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630C95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8E690C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04D552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C85C6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3FBA4089" w14:textId="77777777" w:rsidTr="008C55C2">
        <w:trPr>
          <w:trHeight w:val="129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D8A8E4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42.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D41A9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1094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0D75B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iCs/>
                <w:spacing w:val="-4"/>
                <w:sz w:val="16"/>
                <w:szCs w:val="16"/>
              </w:rPr>
            </w:pPr>
            <w:r w:rsidRPr="00813E44">
              <w:rPr>
                <w:rFonts w:ascii="Arial" w:hAnsi="Arial" w:cs="Arial"/>
                <w:spacing w:val="-4"/>
                <w:sz w:val="16"/>
                <w:szCs w:val="16"/>
              </w:rPr>
              <w:t>roh ul. Klecandova a Provazníkova – zeleň za zastávkou MHD u provozovny BISTRO PROVAZ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F6AADC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9A58A8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47EE1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859FA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94AA57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77281B84" w14:textId="77777777" w:rsidTr="008C55C2">
        <w:trPr>
          <w:trHeight w:val="129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4AA919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43.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46226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2211/3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A2F96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13E44">
              <w:rPr>
                <w:rFonts w:ascii="Arial" w:hAnsi="Arial" w:cs="Arial"/>
                <w:spacing w:val="-4"/>
                <w:sz w:val="16"/>
                <w:szCs w:val="16"/>
              </w:rPr>
              <w:t xml:space="preserve">ul. Merhautova or. č. 93 – </w:t>
            </w:r>
            <w:r w:rsidRPr="00031FA8">
              <w:rPr>
                <w:rFonts w:ascii="Arial" w:hAnsi="Arial" w:cs="Arial"/>
                <w:spacing w:val="-10"/>
                <w:sz w:val="16"/>
                <w:szCs w:val="16"/>
              </w:rPr>
              <w:t>restaurace „PICCOLO BAR“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4797E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9C23F5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81C452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957FC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54896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3B8847B7" w14:textId="77777777" w:rsidTr="008C55C2">
        <w:trPr>
          <w:trHeight w:val="129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B494C2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44.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BBAF6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1403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4566A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13E44">
              <w:rPr>
                <w:rFonts w:ascii="Arial" w:hAnsi="Arial" w:cs="Arial"/>
                <w:spacing w:val="-4"/>
                <w:sz w:val="16"/>
                <w:szCs w:val="16"/>
              </w:rPr>
              <w:t>ul. Merhautova or. č. 234 – restaurace „KONEČNÁ 5 BAR“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27FD2C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C632C0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95BF6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DDC891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0850E7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18E8F1C0" w14:textId="77777777" w:rsidTr="008C55C2">
        <w:trPr>
          <w:trHeight w:val="129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340DB8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45.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FF4EAB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1469/9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79D5A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13E44">
              <w:rPr>
                <w:rFonts w:ascii="Arial" w:hAnsi="Arial" w:cs="Arial"/>
                <w:spacing w:val="-4"/>
                <w:sz w:val="16"/>
                <w:szCs w:val="16"/>
              </w:rPr>
              <w:t>ul. Merhautova or. č. 216 – vinotéka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065836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72E2DD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760A8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do 21,30 hod.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7FD45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D02A10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pacing w:val="-4"/>
                <w:sz w:val="16"/>
                <w:szCs w:val="16"/>
              </w:rPr>
              <w:t>jen na zpevněné ploše mimo zeleň</w:t>
            </w:r>
          </w:p>
        </w:tc>
      </w:tr>
      <w:tr w:rsidR="00063B67" w:rsidRPr="00813E44" w14:paraId="7763CB82" w14:textId="77777777" w:rsidTr="008C55C2">
        <w:trPr>
          <w:trHeight w:val="129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8F02A1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64B6F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2622/1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CB67A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ul. Lesnická or. č. 15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54A112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B43835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DD2F1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640CB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48013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</w:tr>
      <w:tr w:rsidR="00063B67" w:rsidRPr="00813E44" w14:paraId="47099DEE" w14:textId="77777777" w:rsidTr="008C55C2">
        <w:trPr>
          <w:trHeight w:val="129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833855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14E355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128/1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61EE2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ul. Zemědělská or. č. 5 – Akademická vinotéka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FAF3F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6E065F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F75AD3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645B9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19C0E4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</w:tr>
      <w:tr w:rsidR="00063B67" w:rsidRPr="00813E44" w14:paraId="4660D241" w14:textId="77777777" w:rsidTr="008C55C2">
        <w:trPr>
          <w:trHeight w:val="129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FC88A7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135CAA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1700/1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D6B21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ul. Mathonova – konec místní komunikace (obratiště) u ul. Provazníkova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7BB98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897CAF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811D1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45DB30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9F6A69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</w:tr>
      <w:tr w:rsidR="00063B67" w:rsidRPr="00813E44" w14:paraId="466FE2A9" w14:textId="77777777" w:rsidTr="008C55C2">
        <w:trPr>
          <w:trHeight w:val="274"/>
        </w:trPr>
        <w:tc>
          <w:tcPr>
            <w:tcW w:w="180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6EEFB1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84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EE183E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24CC2D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4B9C964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813E44" w14:paraId="1C27A4F6" w14:textId="77777777" w:rsidTr="008C55C2">
        <w:trPr>
          <w:trHeight w:val="710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57455C" w14:textId="77777777" w:rsidR="00063B67" w:rsidRPr="00813E44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0CBDB4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D66FB8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88AAB4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099275" w14:textId="77777777" w:rsidR="00063B67" w:rsidRPr="00813E44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4446EE4" w14:textId="77777777" w:rsidR="00063B67" w:rsidRPr="00813E44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(m</w:t>
            </w:r>
            <w:r w:rsidRPr="00813E4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13E4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5EF93E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8CA641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5CD2C049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813E44" w14:paraId="5456F03D" w14:textId="77777777" w:rsidTr="008C55C2">
        <w:trPr>
          <w:cantSplit/>
          <w:trHeight w:hRule="exact" w:val="833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F02F2F" w14:textId="77777777" w:rsidR="00063B67" w:rsidRPr="00813E44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4EF24C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377/1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B20761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ul. Provazníkova or. č. 40 – na části chodníku při provozovně na nároží s ul. Mathonova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FD1EFCD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E963F7" w14:textId="77777777" w:rsidR="00063B67" w:rsidRPr="00813E44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ACC20F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D9DB6A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751297" w14:textId="77777777" w:rsidR="00063B67" w:rsidRPr="00813E44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4B35A5" w14:textId="77777777" w:rsidR="00063B67" w:rsidRPr="00B36052" w:rsidRDefault="00063B67" w:rsidP="00063B67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36052">
        <w:rPr>
          <w:rFonts w:ascii="Arial" w:hAnsi="Arial" w:cs="Arial"/>
          <w:b/>
          <w:bCs/>
          <w:sz w:val="22"/>
          <w:szCs w:val="22"/>
        </w:rPr>
        <w:t>E2) Restaurační zahrádky – k. ú. Husovice: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4"/>
        <w:gridCol w:w="914"/>
        <w:gridCol w:w="2269"/>
        <w:gridCol w:w="1008"/>
        <w:gridCol w:w="868"/>
        <w:gridCol w:w="1363"/>
        <w:gridCol w:w="1008"/>
        <w:gridCol w:w="1679"/>
      </w:tblGrid>
      <w:tr w:rsidR="00063B67" w:rsidRPr="005C0F58" w14:paraId="237C3377" w14:textId="77777777" w:rsidTr="008C55C2">
        <w:trPr>
          <w:trHeight w:val="274"/>
        </w:trPr>
        <w:tc>
          <w:tcPr>
            <w:tcW w:w="190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55BA7B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DFDBB9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3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FD1649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74CAC57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5C0F58" w14:paraId="449853BA" w14:textId="77777777" w:rsidTr="008C55C2">
        <w:trPr>
          <w:trHeight w:val="710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CF15FF" w14:textId="77777777" w:rsidR="00063B67" w:rsidRPr="009C1309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8BD991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8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2641F4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BD02E9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25733F" w14:textId="77777777" w:rsidR="00063B67" w:rsidRPr="009C1309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CC3001D" w14:textId="77777777" w:rsidR="00063B67" w:rsidRPr="009C1309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(m</w:t>
            </w:r>
            <w:r w:rsidRPr="009C130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C130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E85CA3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3695AE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9192475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648D4907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D0DB64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77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7D567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1505</w:t>
            </w:r>
          </w:p>
        </w:tc>
        <w:tc>
          <w:tcPr>
            <w:tcW w:w="118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6B8DA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Dukelská – rest. Rescátor</w:t>
            </w:r>
          </w:p>
        </w:tc>
        <w:tc>
          <w:tcPr>
            <w:tcW w:w="5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925A81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AD65B2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7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235AF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64C45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CE047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797CBAD1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B3773A0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95B920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2593/8</w:t>
            </w:r>
          </w:p>
        </w:tc>
        <w:tc>
          <w:tcPr>
            <w:tcW w:w="1183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8FEB6C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Kaloudova ul. u or. č. 3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14:paraId="2EB75AD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B23F24B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14:paraId="3D13167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14:paraId="2050B5CF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14:paraId="535B87F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0AB491C9" w14:textId="77777777" w:rsidTr="008C55C2">
        <w:trPr>
          <w:cantSplit/>
          <w:trHeight w:hRule="exact" w:val="397"/>
        </w:trPr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4117CFD3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498C9AB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1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3217EF6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Lieberzeitova ul. u or. č. 2 – rest. U zlatého lva</w:t>
            </w:r>
          </w:p>
        </w:tc>
        <w:tc>
          <w:tcPr>
            <w:tcW w:w="5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5B48914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09FAD7A5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772F8FE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76B0B59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7434051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2E62DF80" w14:textId="77777777" w:rsidTr="008C55C2">
        <w:trPr>
          <w:cantSplit/>
          <w:trHeight w:hRule="exact" w:val="397"/>
        </w:trPr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4C498FAE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3D19E0E0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2886</w:t>
            </w:r>
          </w:p>
        </w:tc>
        <w:tc>
          <w:tcPr>
            <w:tcW w:w="1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24D4C2F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Vranovská ul. or. č. 110 – chodník při provozovně</w:t>
            </w:r>
          </w:p>
        </w:tc>
        <w:tc>
          <w:tcPr>
            <w:tcW w:w="5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11489CE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29B73616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74A2B55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2114CD0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3609BB4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7EC1477C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24EE45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D58C74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183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7A319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Vranovská ul. u or. č. 93</w:t>
            </w:r>
          </w:p>
        </w:tc>
        <w:tc>
          <w:tcPr>
            <w:tcW w:w="526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CDDDB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BF066E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665AB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B3E804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D8B5BF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63B67" w:rsidRPr="005C0F58" w14:paraId="6756AA1B" w14:textId="77777777" w:rsidTr="008C55C2">
        <w:trPr>
          <w:cantSplit/>
          <w:trHeight w:hRule="exact" w:val="340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E05DDA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7D4D2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1514/1</w:t>
            </w:r>
          </w:p>
        </w:tc>
        <w:tc>
          <w:tcPr>
            <w:tcW w:w="1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05027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Dukelská tř. u or. č. 8 – před hotelem Amfora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3D804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6E0757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41C8A9F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5FEAC8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2DD524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141DCF82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C8BA75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A5DC8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2236</w:t>
            </w:r>
          </w:p>
        </w:tc>
        <w:tc>
          <w:tcPr>
            <w:tcW w:w="1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098EC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Písečník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B6EBB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7E9922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FC5A7A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CBCDC7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462FA00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01FDE694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AE6B4B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56F78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442/1</w:t>
            </w:r>
          </w:p>
        </w:tc>
        <w:tc>
          <w:tcPr>
            <w:tcW w:w="1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62193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Musilova or. č. 2</w:t>
            </w:r>
          </w:p>
          <w:p w14:paraId="616DDE2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– ve dvoře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F00DC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4C768F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6D36C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2DC0AB4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933FA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500B45C7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837E61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94151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1723/1</w:t>
            </w:r>
          </w:p>
        </w:tc>
        <w:tc>
          <w:tcPr>
            <w:tcW w:w="1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F94F7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nám. Republiky u or. č. 19 – chodník před cukrárnou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6A3D0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B51E18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50810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7271D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686E4F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71CFCE4A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80BFE7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4EEE3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16748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Vranovská u or. č. 52 – dvůr přilehlý k restauraci "U Pavouka"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8114E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0C45EC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E364A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99F0B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2B4EC0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136B6F40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29CF7E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09E0D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1505/2</w:t>
            </w:r>
          </w:p>
        </w:tc>
        <w:tc>
          <w:tcPr>
            <w:tcW w:w="1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02E68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C1309">
              <w:rPr>
                <w:rFonts w:ascii="Arial" w:hAnsi="Arial" w:cs="Arial"/>
                <w:spacing w:val="-4"/>
                <w:sz w:val="16"/>
                <w:szCs w:val="16"/>
              </w:rPr>
              <w:t>Dukelská tř. u or. č. 18-22 – předzahrádka při restauraci "Růžový panter"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51B36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5CA71A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5834FC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997B1F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9377E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7B63AABE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97A2D3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4E317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714</w:t>
            </w:r>
          </w:p>
        </w:tc>
        <w:tc>
          <w:tcPr>
            <w:tcW w:w="1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CBD67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plocha ve dvoře Restaurace u Labužníka na Dukelské tř. or. č. 78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EFEE0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8B1EA3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2357E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8F079D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7FBC3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49E9E090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9A4079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A828C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30B3A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Dukelská tř. or. č. 9 – ve dvoře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680BD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9A3314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A6848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36BEB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3ED7CF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001C33D0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58CF47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149DE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2232, 2233/1</w:t>
            </w:r>
          </w:p>
        </w:tc>
        <w:tc>
          <w:tcPr>
            <w:tcW w:w="1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FA68D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 xml:space="preserve">ul. Písečník or. č. 15a – u stylové kavárny MITTE 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956D6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92EC12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6775EB4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C791C7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45215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534172A6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FC710D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89EC4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380/1</w:t>
            </w:r>
          </w:p>
        </w:tc>
        <w:tc>
          <w:tcPr>
            <w:tcW w:w="1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3AE90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Vranovská or. č. 110 – chodník při provozovně The Whisky shop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0AFEC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DCB91D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B65670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1EFCC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D41BF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66BBDC9F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D832AF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1D180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2F7DB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Vranovská or. č. 93 (Orel Husovice) – dvůr přilehlý k restauraci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CF69FA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57E97D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3A54B1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3F3DD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339A8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0BA6B6" w14:textId="77777777" w:rsidR="00063B67" w:rsidRPr="00B36052" w:rsidRDefault="00063B67" w:rsidP="00063B67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36052">
        <w:rPr>
          <w:rFonts w:ascii="Arial" w:hAnsi="Arial" w:cs="Arial"/>
          <w:b/>
          <w:bCs/>
          <w:sz w:val="22"/>
          <w:szCs w:val="22"/>
        </w:rPr>
        <w:t>E3) Restaurační zahrádky – k. ú. Lesná: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4"/>
        <w:gridCol w:w="1079"/>
        <w:gridCol w:w="2317"/>
        <w:gridCol w:w="795"/>
        <w:gridCol w:w="868"/>
        <w:gridCol w:w="1363"/>
        <w:gridCol w:w="1008"/>
        <w:gridCol w:w="1679"/>
      </w:tblGrid>
      <w:tr w:rsidR="00063B67" w:rsidRPr="005C0F58" w14:paraId="7B79FD33" w14:textId="77777777" w:rsidTr="008C55C2">
        <w:trPr>
          <w:trHeight w:val="274"/>
        </w:trPr>
        <w:tc>
          <w:tcPr>
            <w:tcW w:w="201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0783FC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6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5F3BA8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3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805F19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CCCE500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5C0F58" w14:paraId="1C228AE8" w14:textId="77777777" w:rsidTr="008C55C2">
        <w:trPr>
          <w:trHeight w:val="710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F38351" w14:textId="77777777" w:rsidR="00063B67" w:rsidRPr="009C1309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018295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FB64E5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5A8C11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BC5113" w14:textId="77777777" w:rsidR="00063B67" w:rsidRPr="009C1309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87F2B21" w14:textId="77777777" w:rsidR="00063B67" w:rsidRPr="009C1309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(m</w:t>
            </w:r>
            <w:r w:rsidRPr="009C130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C130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A67A0A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A49E70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685EE92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43E801CA" w14:textId="77777777" w:rsidTr="008C55C2"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3799AE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3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0F994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120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78166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Fillova ul. u or. č. 1 – u Obzoru</w:t>
            </w:r>
          </w:p>
        </w:tc>
        <w:tc>
          <w:tcPr>
            <w:tcW w:w="4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FF5C0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7B769B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81D2E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84C36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493E4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2C3B7D2B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9978ED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C0EE1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255/3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79F770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Fillova ul. u or. č. 14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1667C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98A3FF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6D851E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3CA730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8AB3C7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177CC16B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3DAF98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34" w:name="_Hlk43880400"/>
            <w:r w:rsidRPr="009C1309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860CF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202/65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AB78A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 xml:space="preserve">Halasovo nám. 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3FA03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F13A44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54FA9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F1EBB2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8FE1BC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34"/>
      <w:tr w:rsidR="00063B67" w:rsidRPr="005C0F58" w14:paraId="2853DA37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14DFB8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D7520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902/2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72117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Okružní – u kon.st. BUS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14A39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D411BA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5B8BF7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955F1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6CE32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57C55EC7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E7318B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6478D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203/3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7D882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Okružní – u Benziny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DE3B0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8A7D96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200D6B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3AABD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DFEE4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49A386EB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D1E696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87F0B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1344/2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2A8FB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Okružní – u Schnellu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D86DA0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F23630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515CFF0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D72EB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28C89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07016537" w14:textId="77777777" w:rsidTr="008C55C2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7BC535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4941F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902/2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73A38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Okružní – u kon. st. BUS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45537E0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4D714D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008A84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CEA0E0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FE90A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193F238D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94A826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03AA5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1176 1177/1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AAEB6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Soběšická ul.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169F5F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ECD322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6C8E1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94519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20BC98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5559DA82" w14:textId="77777777" w:rsidTr="00063B67">
        <w:trPr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439418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952C3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143/2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CE2F7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 xml:space="preserve">ul. Haškova or. č. 4 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FFE13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70C868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C5498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A26A6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D7D6D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2B8FAD2F" w14:textId="77777777" w:rsidTr="00063B67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209659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34CE7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202/26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E1881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Halasovo nám. – při restauraci SALVE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2DD00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92DDA2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4D6D10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15DD72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13D2E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4FB812" w14:textId="77777777" w:rsidR="00063B67" w:rsidRPr="00063B67" w:rsidRDefault="00063B67">
      <w:pPr>
        <w:rPr>
          <w:sz w:val="2"/>
          <w:szCs w:val="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4"/>
        <w:gridCol w:w="1079"/>
        <w:gridCol w:w="2317"/>
        <w:gridCol w:w="795"/>
        <w:gridCol w:w="868"/>
        <w:gridCol w:w="1363"/>
        <w:gridCol w:w="1008"/>
        <w:gridCol w:w="1679"/>
      </w:tblGrid>
      <w:tr w:rsidR="00063B67" w:rsidRPr="009C1309" w14:paraId="1865D12A" w14:textId="77777777" w:rsidTr="00063B67">
        <w:trPr>
          <w:trHeight w:val="274"/>
        </w:trPr>
        <w:tc>
          <w:tcPr>
            <w:tcW w:w="201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F3AAE2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86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EF6C87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3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235B5F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6752DAB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9C1309" w14:paraId="3D4C3E7F" w14:textId="77777777" w:rsidTr="008C55C2">
        <w:trPr>
          <w:trHeight w:val="710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15FC25" w14:textId="77777777" w:rsidR="00063B67" w:rsidRPr="009C1309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76E0A6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950589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0252AD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2AA511" w14:textId="77777777" w:rsidR="00063B67" w:rsidRPr="009C1309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10B5E6E" w14:textId="77777777" w:rsidR="00063B67" w:rsidRPr="009C1309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(m</w:t>
            </w:r>
            <w:r w:rsidRPr="009C130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C130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329953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30C632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463012C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108AD2C9" w14:textId="77777777" w:rsidTr="008C55C2"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065372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6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BC16E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38/2</w:t>
            </w:r>
          </w:p>
        </w:tc>
        <w:tc>
          <w:tcPr>
            <w:tcW w:w="120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C86C1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Šrámkova u or. č. 2</w:t>
            </w:r>
          </w:p>
        </w:tc>
        <w:tc>
          <w:tcPr>
            <w:tcW w:w="4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E8BBE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7E44D9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23F2D4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277920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5E6664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3171AED6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C5354C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9A7B0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879/1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6D996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Loosova u or. č. 1 – plocha před restaurací v objektu Dukát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4A2B53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0E2DFC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806E8D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1EBD0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473964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668348F1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4D04CE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BE547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391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BB15FF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Liliová u or. č. 27 – dvůr přilehlý k restauraci "Selský dvůr"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47BD6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39726F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E7BC4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2ED33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36A0D0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73D6CE7A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923F9C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9F196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324/25, 324/86, 324/100, 324/101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9DE36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Třískalova u or. č. 13 – plocha při provozovně Milibar u Doktora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28AFB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EAEC01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6CE1D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1FE7A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065AD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531F25FB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BC1443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61FE3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1358/1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6286C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Okružní ul. u or. č. 9a – plocha zahrady za provozovnou SPORT BAR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4DA6C3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7682F3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F8A7F9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4E93F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48FFE64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267E8BDB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00FE80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30590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902/185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D53EF0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Majdalenky or. č. 19 – chodník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DC304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355C14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1A32E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1F6DE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C83AA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32EF6A95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C82813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35" w:name="_Hlk181626542"/>
            <w:r w:rsidRPr="009C1309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B640B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202/25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DE525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Halasovo nám. or. č. 5 – při restauraci Salve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0A094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13E189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C0035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4CC76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8B314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35"/>
      <w:tr w:rsidR="00063B67" w:rsidRPr="005C0F58" w14:paraId="49D39894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D8A9AD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F219A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202/36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CE0FC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Halasovo nám. – areál TJ TESLA Brno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1401A6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42152C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33098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6018A5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425D11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70D8BB49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914034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58EDF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751/3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AD3BB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 xml:space="preserve">ul. Trtílkova or. č. 24 – polyfunkční objekt 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D81340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675431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915C2C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DD2F9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78A18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68F23F89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95CF2A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394A9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661/1, 662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F0200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Trtílkova or. č. 20 – při penzionu U Antoníčka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09B92F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1217AB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F22BB8F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2823EE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9B3272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5B3C8BEC" w14:textId="77777777" w:rsidTr="008C55C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7C5D7C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1B3B6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902/185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C2EB0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Majdalenky or. č. 19 – travnatá plocha před cukrárnou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C075F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7A6490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570CE5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A9C5C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14ACF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401C20D9" w14:textId="77777777" w:rsidTr="008C55C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D0B0CE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1BA10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FD93B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Jurkovičova or. č. 1 – plocha při restauraci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1884D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ADBA4C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D0CF74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B3407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BC552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07C62C8E" w14:textId="77777777" w:rsidTr="008C55C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24F096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2E767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1032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83BA7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Soběšická or. č. 154 – Restaurace na Vyhlídce, v silniční zeleni před restaurací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395AED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6143C0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E70E7D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C7A8A00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0D280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067A884C" w14:textId="77777777" w:rsidTr="008C55C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A7EF0B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24.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8A605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902/135, 902/223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9E1624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Majdalenky or. č. 10 – u restaurace hotelu Orion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BC4093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A26E48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6D834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52A47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7D643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03B32EE0" w14:textId="77777777" w:rsidTr="008C55C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CB77D2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25.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C06D3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202/100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2A73C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Halasovo nám. or. č. 6b – plocha při kavárně „Cafe Bar Gemini“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A7835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674EDD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4496A7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F85826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FE8DEAB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557CF266" w14:textId="77777777" w:rsidTr="008C55C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19F84F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57934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38/2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B963C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Šrámkova or. č. 2 – restaurace „Hospůdka u Koudelků“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34CAF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 rest. zahr.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5B3621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238660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AE224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660FE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pouze na vydlážděné ploše</w:t>
            </w:r>
          </w:p>
        </w:tc>
      </w:tr>
      <w:tr w:rsidR="00063B67" w:rsidRPr="005C0F58" w14:paraId="418A7543" w14:textId="77777777" w:rsidTr="008C55C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6C18F5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27.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064A0C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53561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Šrámkova or. č. 2 – restaurace „Hospůdka u Koudelků“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19D4B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 rest. zahr.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026B23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D504D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3269D5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6FF80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pouze na vydlážděné ploše</w:t>
            </w:r>
          </w:p>
        </w:tc>
      </w:tr>
      <w:tr w:rsidR="00063B67" w:rsidRPr="005C0F58" w14:paraId="02E1F27A" w14:textId="77777777" w:rsidTr="008C55C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C17403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8C8DC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202/31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27DA5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Halasovo nám. or. č. 7 – sportovní areál TJ TESLA Brno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F02DA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13FE50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410281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DDE85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266AF4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71F32A2F" w14:textId="77777777" w:rsidTr="008C55C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1FF203" w14:textId="77777777" w:rsidR="00063B67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941FB4" w14:textId="77777777" w:rsidR="00063B67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902/552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91193B" w14:textId="77777777" w:rsidR="00063B67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Okružní or. č. 35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81A1EF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2E1BD3" w14:textId="77777777" w:rsidR="00063B67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EE4AD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21 hod.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6BAD8A1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1551E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A63A2C" w14:textId="77777777" w:rsidR="00063B67" w:rsidRPr="00B36052" w:rsidRDefault="00063B67" w:rsidP="00063B67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36052">
        <w:rPr>
          <w:rFonts w:ascii="Arial" w:hAnsi="Arial" w:cs="Arial"/>
          <w:b/>
          <w:bCs/>
          <w:sz w:val="22"/>
          <w:szCs w:val="22"/>
        </w:rPr>
        <w:t>E4) Restaurační zahrádky – k. ú. Soběšice: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5"/>
        <w:gridCol w:w="1089"/>
        <w:gridCol w:w="2329"/>
        <w:gridCol w:w="805"/>
        <w:gridCol w:w="878"/>
        <w:gridCol w:w="1372"/>
        <w:gridCol w:w="1020"/>
        <w:gridCol w:w="1685"/>
      </w:tblGrid>
      <w:tr w:rsidR="00063B67" w:rsidRPr="005C0F58" w14:paraId="3F76FE98" w14:textId="77777777" w:rsidTr="008C55C2">
        <w:trPr>
          <w:trHeight w:val="274"/>
        </w:trPr>
        <w:tc>
          <w:tcPr>
            <w:tcW w:w="1995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126F72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7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4A2A81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4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4D5247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35A6F93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5C0F58" w14:paraId="0D508542" w14:textId="77777777" w:rsidTr="008C55C2">
        <w:trPr>
          <w:trHeight w:val="710"/>
        </w:trPr>
        <w:tc>
          <w:tcPr>
            <w:tcW w:w="212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11DCCB" w14:textId="77777777" w:rsidR="00063B67" w:rsidRPr="009C1309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502DD6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 .č. k. ú.</w:t>
            </w:r>
          </w:p>
        </w:tc>
        <w:tc>
          <w:tcPr>
            <w:tcW w:w="121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FB5FA1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908B1D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35B977" w14:textId="77777777" w:rsidR="00063B67" w:rsidRPr="009C1309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718F395" w14:textId="77777777" w:rsidR="00063B67" w:rsidRPr="009C1309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(m</w:t>
            </w:r>
            <w:r w:rsidRPr="000E39A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C130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455D97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24481D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45EF6DB5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3E008D8D" w14:textId="77777777" w:rsidTr="008C55C2">
        <w:tc>
          <w:tcPr>
            <w:tcW w:w="21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14F9E9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8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C43DAD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21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7F147A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9C1309">
              <w:rPr>
                <w:rFonts w:ascii="Arial" w:hAnsi="Arial" w:cs="Arial"/>
                <w:spacing w:val="-6"/>
                <w:sz w:val="16"/>
                <w:szCs w:val="16"/>
              </w:rPr>
              <w:t>Zeiberlichova ul. u or. č. 33</w:t>
            </w:r>
          </w:p>
        </w:tc>
        <w:tc>
          <w:tcPr>
            <w:tcW w:w="42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41654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D6861E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71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E41162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7B7FF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E91CBE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63B67" w:rsidRPr="005C0F58" w14:paraId="02370BC5" w14:textId="77777777" w:rsidTr="008C55C2">
        <w:tc>
          <w:tcPr>
            <w:tcW w:w="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431C9C" w14:textId="77777777" w:rsidR="00063B67" w:rsidRPr="009C1309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AD63F7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1214, 1215/1</w:t>
            </w:r>
          </w:p>
        </w:tc>
        <w:tc>
          <w:tcPr>
            <w:tcW w:w="12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E0C5A8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ul. Borová u or. č. 30 – plocha při klubovně na hřišti TJ Soběšice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0BB073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7CED43" w14:textId="77777777" w:rsidR="00063B67" w:rsidRPr="009C1309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A71A1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2A12D76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59F5C9" w14:textId="77777777" w:rsidR="00063B67" w:rsidRPr="009C1309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CB3FB0" w14:textId="77777777" w:rsidR="00063B67" w:rsidRPr="00B36052" w:rsidRDefault="00063B67" w:rsidP="00063B67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36052">
        <w:rPr>
          <w:rFonts w:ascii="Arial" w:hAnsi="Arial" w:cs="Arial"/>
          <w:b/>
          <w:bCs/>
          <w:sz w:val="22"/>
          <w:szCs w:val="22"/>
        </w:rPr>
        <w:t>E5) Restaurační zahrádky – k. ú. Zábrdovice: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47"/>
        <w:gridCol w:w="1000"/>
        <w:gridCol w:w="2240"/>
        <w:gridCol w:w="833"/>
        <w:gridCol w:w="877"/>
        <w:gridCol w:w="1287"/>
        <w:gridCol w:w="1300"/>
        <w:gridCol w:w="1599"/>
      </w:tblGrid>
      <w:tr w:rsidR="00063B67" w:rsidRPr="005C0F58" w14:paraId="0A63C1E6" w14:textId="77777777" w:rsidTr="008C55C2">
        <w:trPr>
          <w:trHeight w:val="274"/>
        </w:trPr>
        <w:tc>
          <w:tcPr>
            <w:tcW w:w="191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57027A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36" w:name="_Hlk41570545"/>
            <w:r w:rsidRPr="0048212F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06F45D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12F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5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D958CC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12F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F3048C0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12F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5C0F58" w14:paraId="256E104E" w14:textId="77777777" w:rsidTr="008C55C2">
        <w:trPr>
          <w:trHeight w:val="710"/>
        </w:trPr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12475B" w14:textId="77777777" w:rsidR="00063B67" w:rsidRPr="0048212F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484DBE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DB4A24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B811EF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94C2E9" w14:textId="77777777" w:rsidR="00063B67" w:rsidRPr="0048212F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D062A41" w14:textId="77777777" w:rsidR="00063B67" w:rsidRPr="0048212F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(m</w:t>
            </w:r>
            <w:r w:rsidRPr="0048212F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8212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8FCFA3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1D79C2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3DD4BD47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61E74D73" w14:textId="77777777" w:rsidTr="008C55C2">
        <w:tc>
          <w:tcPr>
            <w:tcW w:w="22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744D11" w14:textId="77777777" w:rsidR="00063B67" w:rsidRPr="0048212F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24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BD38A7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970</w:t>
            </w:r>
          </w:p>
        </w:tc>
        <w:tc>
          <w:tcPr>
            <w:tcW w:w="11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333057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 xml:space="preserve">ul. Francouzská </w:t>
            </w:r>
          </w:p>
          <w:p w14:paraId="1ED252FF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– Přadlácká</w:t>
            </w:r>
          </w:p>
        </w:tc>
        <w:tc>
          <w:tcPr>
            <w:tcW w:w="4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5C6CEDE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FAC00A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A60B9C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18408F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715C1B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63B67" w:rsidRPr="0048212F" w14:paraId="30A6DF1B" w14:textId="77777777" w:rsidTr="008C55C2">
        <w:trPr>
          <w:trHeight w:val="274"/>
        </w:trPr>
        <w:tc>
          <w:tcPr>
            <w:tcW w:w="191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932639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12F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8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2E0C56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12F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5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9BF87D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12F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498B00E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12F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63B67" w:rsidRPr="0048212F" w14:paraId="19933A23" w14:textId="77777777" w:rsidTr="008C55C2">
        <w:trPr>
          <w:trHeight w:val="710"/>
        </w:trPr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C9D65E" w14:textId="77777777" w:rsidR="00063B67" w:rsidRPr="0048212F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319988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DBD7E4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F6055E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38C22F" w14:textId="77777777" w:rsidR="00063B67" w:rsidRPr="0048212F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07E7983" w14:textId="77777777" w:rsidR="00063B67" w:rsidRPr="0048212F" w:rsidRDefault="00063B67" w:rsidP="008C55C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(m</w:t>
            </w:r>
            <w:r w:rsidRPr="0048212F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8212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087AEB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606B88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7509F1EE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0DBDA228" w14:textId="77777777" w:rsidTr="008C55C2"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2A222A" w14:textId="77777777" w:rsidR="00063B67" w:rsidRPr="0048212F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6D69BE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329, 331</w:t>
            </w:r>
          </w:p>
        </w:tc>
        <w:tc>
          <w:tcPr>
            <w:tcW w:w="1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7E789D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ul. Merhautova u or. č. 30 a 32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E5E9AA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41F54C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6C5CF3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367EF7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příležitostně</w:t>
            </w: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B19568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bookmarkEnd w:id="36"/>
      <w:tr w:rsidR="00063B67" w:rsidRPr="005C0F58" w14:paraId="4D8A418F" w14:textId="77777777" w:rsidTr="008C55C2"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02972C" w14:textId="77777777" w:rsidR="00063B67" w:rsidRPr="0048212F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6E4721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AB9627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48212F">
              <w:rPr>
                <w:rFonts w:ascii="Arial" w:hAnsi="Arial" w:cs="Arial"/>
                <w:iCs/>
                <w:sz w:val="16"/>
                <w:szCs w:val="16"/>
              </w:rPr>
              <w:t>Durďákova or. č. 4 – chodník před domem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AC35D9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9AC450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69FBEA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F22B74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79ED1D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3B72C32E" w14:textId="77777777" w:rsidTr="008C55C2">
        <w:trPr>
          <w:cantSplit/>
          <w:trHeight w:hRule="exact" w:val="227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01E47D" w14:textId="77777777" w:rsidR="00063B67" w:rsidRPr="0048212F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A76B92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952/1</w:t>
            </w:r>
          </w:p>
        </w:tc>
        <w:tc>
          <w:tcPr>
            <w:tcW w:w="1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D6A9E9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48212F">
              <w:rPr>
                <w:rFonts w:ascii="Arial" w:hAnsi="Arial" w:cs="Arial"/>
                <w:iCs/>
                <w:sz w:val="16"/>
                <w:szCs w:val="16"/>
              </w:rPr>
              <w:t>Cejl or. č. 105 – chodník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4142CF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ACE002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1A7A47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D1CF8F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146BA7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054F7AA7" w14:textId="77777777" w:rsidTr="008C55C2">
        <w:trPr>
          <w:cantSplit/>
          <w:trHeight w:hRule="exact" w:val="227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B68990" w14:textId="77777777" w:rsidR="00063B67" w:rsidRPr="0048212F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C82896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757/1</w:t>
            </w:r>
          </w:p>
        </w:tc>
        <w:tc>
          <w:tcPr>
            <w:tcW w:w="1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C9E313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48212F">
              <w:rPr>
                <w:rFonts w:ascii="Arial" w:hAnsi="Arial" w:cs="Arial"/>
                <w:iCs/>
                <w:sz w:val="16"/>
                <w:szCs w:val="16"/>
              </w:rPr>
              <w:t>Cejl or. č. 52 – chodník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192EE8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2986C6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242395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75FA2D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0B4B2B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4BF9BAE3" w14:textId="77777777" w:rsidTr="008C55C2">
        <w:trPr>
          <w:cantSplit/>
          <w:trHeight w:hRule="exact" w:val="227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211DD3" w14:textId="77777777" w:rsidR="00063B67" w:rsidRPr="0048212F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821A97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757/1</w:t>
            </w:r>
          </w:p>
        </w:tc>
        <w:tc>
          <w:tcPr>
            <w:tcW w:w="1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430520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48212F">
              <w:rPr>
                <w:rFonts w:ascii="Arial" w:hAnsi="Arial" w:cs="Arial"/>
                <w:iCs/>
                <w:sz w:val="16"/>
                <w:szCs w:val="16"/>
              </w:rPr>
              <w:t>Cejl or. č. 58 – chodník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285041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9B86DC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917712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91BC84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0F9D8AA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6221C891" w14:textId="77777777" w:rsidTr="008C55C2">
        <w:trPr>
          <w:cantSplit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837B18" w14:textId="77777777" w:rsidR="00063B67" w:rsidRPr="0048212F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161F63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1035/2</w:t>
            </w:r>
          </w:p>
        </w:tc>
        <w:tc>
          <w:tcPr>
            <w:tcW w:w="1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BEE060" w14:textId="77777777" w:rsidR="00063B67" w:rsidRPr="0048212F" w:rsidRDefault="00063B67" w:rsidP="008C55C2">
            <w:pPr>
              <w:pStyle w:val="Styltabulky"/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48212F">
              <w:rPr>
                <w:rFonts w:ascii="Arial" w:hAnsi="Arial" w:cs="Arial"/>
                <w:iCs/>
                <w:sz w:val="16"/>
                <w:szCs w:val="16"/>
              </w:rPr>
              <w:t>Jugoslávská or. č. 19 před vinárnou „U Žíznivé opice“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B27A52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0B8583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0DD7D2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1D55FA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78249E" w14:textId="77777777" w:rsidR="00063B67" w:rsidRPr="00A463AA" w:rsidRDefault="00063B67" w:rsidP="008C55C2">
            <w:pPr>
              <w:pStyle w:val="Styltabulky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A463AA">
              <w:rPr>
                <w:rFonts w:ascii="Arial" w:hAnsi="Arial" w:cs="Arial"/>
                <w:spacing w:val="-6"/>
                <w:sz w:val="16"/>
                <w:szCs w:val="16"/>
              </w:rPr>
              <w:t>posezení situovat mimo veřejnou zeleň</w:t>
            </w:r>
          </w:p>
        </w:tc>
      </w:tr>
      <w:tr w:rsidR="00063B67" w:rsidRPr="005C0F58" w14:paraId="561168DD" w14:textId="77777777" w:rsidTr="008C55C2">
        <w:trPr>
          <w:cantSplit/>
          <w:trHeight w:hRule="exact" w:val="227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185697" w14:textId="77777777" w:rsidR="00063B67" w:rsidRPr="0048212F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BEB89E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952/1</w:t>
            </w:r>
          </w:p>
        </w:tc>
        <w:tc>
          <w:tcPr>
            <w:tcW w:w="1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BD7678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48212F">
              <w:rPr>
                <w:rFonts w:ascii="Arial" w:hAnsi="Arial" w:cs="Arial"/>
                <w:iCs/>
                <w:sz w:val="16"/>
                <w:szCs w:val="16"/>
              </w:rPr>
              <w:t>Cejl or. č. 109 – chodník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7690BE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9B96DF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F7DEA6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25670A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EEEB136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3C14F9D9" w14:textId="77777777" w:rsidTr="008C55C2"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F0D70D" w14:textId="77777777" w:rsidR="00063B67" w:rsidRPr="0048212F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76F5B9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1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BD988B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48212F">
              <w:rPr>
                <w:rFonts w:ascii="Arial" w:hAnsi="Arial" w:cs="Arial"/>
                <w:iCs/>
                <w:sz w:val="16"/>
                <w:szCs w:val="16"/>
              </w:rPr>
              <w:t>Bratislavská ul. u or. č. 65 – při provozovně „Café in the Ghetto“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91DA47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6F77BC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212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514C01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DD862D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712E96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B67" w:rsidRPr="005C0F58" w14:paraId="500A1F97" w14:textId="77777777" w:rsidTr="008C55C2">
        <w:trPr>
          <w:cantSplit/>
          <w:trHeight w:hRule="exact" w:val="227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C1CD02" w14:textId="77777777" w:rsidR="00063B67" w:rsidRPr="0048212F" w:rsidRDefault="00063B67" w:rsidP="008C55C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E26AAB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952/1</w:t>
            </w:r>
          </w:p>
        </w:tc>
        <w:tc>
          <w:tcPr>
            <w:tcW w:w="11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22EAA7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Cejl or. č. 93 – chodník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90DBE9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517247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99F890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E1A64D" w14:textId="77777777" w:rsidR="00063B67" w:rsidRPr="0048212F" w:rsidRDefault="00063B67" w:rsidP="008C55C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B5805B" w14:textId="77777777" w:rsidR="00063B67" w:rsidRPr="0048212F" w:rsidRDefault="00063B67" w:rsidP="008C55C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6AB95A" w14:textId="77777777" w:rsidR="00063B67" w:rsidRDefault="00063B67" w:rsidP="00063B67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2C556ED7" w14:textId="77777777" w:rsidR="00063B67" w:rsidRPr="00B36052" w:rsidRDefault="00063B67" w:rsidP="00063B67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36052">
        <w:rPr>
          <w:rFonts w:ascii="Arial" w:hAnsi="Arial" w:cs="Arial"/>
          <w:b/>
          <w:bCs/>
          <w:sz w:val="22"/>
          <w:szCs w:val="22"/>
        </w:rPr>
        <w:t>HLAVA F: Pochůzkový prodej</w:t>
      </w:r>
    </w:p>
    <w:p w14:paraId="6489E9F9" w14:textId="77777777" w:rsidR="00063B67" w:rsidRPr="005C0F58" w:rsidRDefault="00063B67" w:rsidP="00063B67">
      <w:pPr>
        <w:pStyle w:val="Zkladntext"/>
        <w:spacing w:before="80" w:line="240" w:lineRule="auto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Pochůzkový prodej je zakázán na celém území MČ Brno-sever. </w:t>
      </w:r>
    </w:p>
    <w:p w14:paraId="19E1D452" w14:textId="77777777" w:rsidR="00063B67" w:rsidRPr="005C0F58" w:rsidRDefault="00063B67" w:rsidP="00063B67">
      <w:pPr>
        <w:pStyle w:val="Zkladntext"/>
        <w:spacing w:line="240" w:lineRule="auto"/>
        <w:rPr>
          <w:rFonts w:ascii="Arial" w:hAnsi="Arial" w:cs="Arial"/>
          <w:sz w:val="20"/>
          <w:szCs w:val="20"/>
        </w:rPr>
      </w:pPr>
    </w:p>
    <w:p w14:paraId="079AFF9F" w14:textId="77777777" w:rsidR="00063B67" w:rsidRPr="00B36052" w:rsidRDefault="00063B67" w:rsidP="00063B67">
      <w:pPr>
        <w:pStyle w:val="Zkladntext"/>
        <w:spacing w:before="240" w:after="12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36052">
        <w:rPr>
          <w:rFonts w:ascii="Arial" w:hAnsi="Arial" w:cs="Arial"/>
          <w:b/>
          <w:bCs/>
          <w:sz w:val="22"/>
          <w:szCs w:val="22"/>
        </w:rPr>
        <w:t>HLAVA G: Pojízdný prodej a prodej bez prodejního zařízení</w:t>
      </w:r>
    </w:p>
    <w:p w14:paraId="604D2238" w14:textId="77777777" w:rsidR="00063B67" w:rsidRPr="005C0F58" w:rsidRDefault="00063B67" w:rsidP="00063B67">
      <w:pPr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Pojízdný prodej a prodej bez prodejního zařízení, vyjma pochůzkového prodeje, je možno provozovat při splnění požadavků právních předpisů na celém území MČ Brno-sever.</w:t>
      </w:r>
    </w:p>
    <w:p w14:paraId="0A26A5AC" w14:textId="77777777" w:rsidR="00063B67" w:rsidRPr="005C0F58" w:rsidRDefault="00063B67" w:rsidP="00063B67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7AE7D79" w14:textId="77777777" w:rsidR="00063B67" w:rsidRDefault="00063B67" w:rsidP="00063B67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4C103118" w14:textId="77777777" w:rsidR="00063B67" w:rsidRDefault="00063B67" w:rsidP="00063B67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4385105" w14:textId="77777777" w:rsidR="00063B67" w:rsidRDefault="00063B67" w:rsidP="00063B67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96CC3FE" w14:textId="77777777" w:rsidR="00637540" w:rsidRDefault="00637540" w:rsidP="00637540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4CA7B7BF" w14:textId="77777777" w:rsidR="00637540" w:rsidRDefault="00637540" w:rsidP="00637540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5940F75F" w14:textId="77777777" w:rsidR="00637540" w:rsidRDefault="00637540" w:rsidP="00637540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C5EE150" w14:textId="77777777" w:rsidR="00637540" w:rsidRPr="00DC0254" w:rsidRDefault="00637540" w:rsidP="00637540"/>
    <w:p w14:paraId="6C2E202C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34F2F9B5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0794E94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65BF62E4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4325EFA5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8268996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5452349F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B0AC77F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591E550B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631B5287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0B5BBC6E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32228DC2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265276A" w14:textId="77777777" w:rsidR="00063B67" w:rsidRDefault="00063B67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7E6D0CBC" w14:textId="77777777" w:rsidR="00063B67" w:rsidRDefault="00063B67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5130F023" w14:textId="77777777" w:rsidR="00063B67" w:rsidRDefault="00063B67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42847DE5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477D589D" w14:textId="77777777" w:rsidR="00CD7309" w:rsidRDefault="00CD7309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FD8736C" w14:textId="77777777" w:rsidR="0050499A" w:rsidRDefault="00F604E2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6F049E">
        <w:rPr>
          <w:rFonts w:ascii="Arial" w:hAnsi="Arial" w:cs="Arial"/>
          <w:b/>
          <w:bCs/>
          <w:sz w:val="22"/>
          <w:szCs w:val="22"/>
        </w:rPr>
        <w:lastRenderedPageBreak/>
        <w:t>ČÁST XX</w:t>
      </w:r>
      <w:r w:rsidR="0050499A">
        <w:rPr>
          <w:rFonts w:ascii="Arial" w:hAnsi="Arial" w:cs="Arial"/>
          <w:b/>
          <w:bCs/>
          <w:sz w:val="22"/>
          <w:szCs w:val="22"/>
        </w:rPr>
        <w:t>I</w:t>
      </w:r>
    </w:p>
    <w:p w14:paraId="1450BF25" w14:textId="1DD0C403" w:rsidR="00F604E2" w:rsidRPr="006F049E" w:rsidRDefault="0050499A" w:rsidP="00F604E2">
      <w:pPr>
        <w:pStyle w:val="Zkladntex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</w:t>
      </w:r>
      <w:r w:rsidR="00F604E2" w:rsidRPr="006F049E">
        <w:rPr>
          <w:rFonts w:ascii="Arial" w:hAnsi="Arial" w:cs="Arial"/>
          <w:b/>
          <w:bCs/>
          <w:sz w:val="22"/>
          <w:szCs w:val="22"/>
        </w:rPr>
        <w:t xml:space="preserve">Č BRNO-SLATINA </w:t>
      </w:r>
    </w:p>
    <w:p w14:paraId="3B5B98C8" w14:textId="77777777" w:rsidR="00F604E2" w:rsidRPr="00FE59F0" w:rsidRDefault="00F604E2" w:rsidP="00FE59F0">
      <w:pPr>
        <w:pStyle w:val="Zkladntext"/>
        <w:spacing w:before="240" w:after="120"/>
        <w:rPr>
          <w:rFonts w:ascii="Arial" w:hAnsi="Arial" w:cs="Arial"/>
          <w:b/>
          <w:bCs/>
          <w:sz w:val="22"/>
          <w:szCs w:val="22"/>
        </w:rPr>
      </w:pPr>
      <w:r w:rsidRPr="00FE59F0">
        <w:rPr>
          <w:rFonts w:ascii="Arial" w:hAnsi="Arial" w:cs="Arial"/>
          <w:b/>
          <w:bCs/>
          <w:sz w:val="22"/>
          <w:szCs w:val="22"/>
        </w:rPr>
        <w:t>HLAVA A: Tržní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3"/>
        <w:gridCol w:w="1048"/>
        <w:gridCol w:w="2007"/>
        <w:gridCol w:w="1298"/>
        <w:gridCol w:w="1192"/>
        <w:gridCol w:w="908"/>
        <w:gridCol w:w="1121"/>
        <w:gridCol w:w="1506"/>
      </w:tblGrid>
      <w:tr w:rsidR="00F604E2" w:rsidRPr="005C0F58" w14:paraId="28FECFA9" w14:textId="77777777" w:rsidTr="00FE59F0">
        <w:trPr>
          <w:trHeight w:val="274"/>
        </w:trPr>
        <w:tc>
          <w:tcPr>
            <w:tcW w:w="185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7BA428" w14:textId="77777777" w:rsidR="00F604E2" w:rsidRPr="00FE59F0" w:rsidRDefault="00F604E2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59F0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29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557FB3" w14:textId="77777777" w:rsidR="00F604E2" w:rsidRPr="00FE59F0" w:rsidRDefault="00F604E2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59F0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0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10E8E5" w14:textId="77777777" w:rsidR="00F604E2" w:rsidRPr="00FE59F0" w:rsidRDefault="00F604E2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59F0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3C35E1F" w14:textId="77777777" w:rsidR="00F604E2" w:rsidRPr="00FE59F0" w:rsidRDefault="00F604E2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59F0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604E2" w:rsidRPr="005C0F58" w14:paraId="5507ED0C" w14:textId="77777777" w:rsidTr="00FE59F0">
        <w:tc>
          <w:tcPr>
            <w:tcW w:w="262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715EBC" w14:textId="77777777" w:rsidR="00F604E2" w:rsidRPr="00FE59F0" w:rsidRDefault="00F604E2" w:rsidP="00FE59F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4C320E" w14:textId="77777777" w:rsidR="00F604E2" w:rsidRPr="00FE59F0" w:rsidRDefault="00F604E2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2029222C" w14:textId="77777777" w:rsidR="00F604E2" w:rsidRPr="00FE59F0" w:rsidRDefault="00F604E2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Slatina</w:t>
            </w:r>
          </w:p>
        </w:tc>
        <w:tc>
          <w:tcPr>
            <w:tcW w:w="10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10B8B7" w14:textId="77777777" w:rsidR="00F604E2" w:rsidRPr="00FE59F0" w:rsidRDefault="00F604E2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8B304D" w14:textId="77777777" w:rsidR="00F604E2" w:rsidRPr="00FE59F0" w:rsidRDefault="00F604E2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6FC8E26C" w14:textId="77777777" w:rsidR="00F604E2" w:rsidRPr="00FE59F0" w:rsidRDefault="00F604E2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A32B05" w14:textId="77777777" w:rsidR="00F604E2" w:rsidRPr="00FE59F0" w:rsidRDefault="00F604E2" w:rsidP="00116D4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6B613F0" w14:textId="3419E00B" w:rsidR="00F604E2" w:rsidRPr="00FE59F0" w:rsidRDefault="00F604E2" w:rsidP="00116D4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(m</w:t>
            </w:r>
            <w:r w:rsidR="00FE59F0" w:rsidRPr="00FE59F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FE59F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27D613" w14:textId="77777777" w:rsidR="00F604E2" w:rsidRPr="00FE59F0" w:rsidRDefault="00F604E2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4C625C" w14:textId="77777777" w:rsidR="00F604E2" w:rsidRPr="00FE59F0" w:rsidRDefault="00F604E2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46661387" w14:textId="77777777" w:rsidR="00F604E2" w:rsidRPr="00FE59F0" w:rsidRDefault="00F604E2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72AE" w:rsidRPr="005C0F58" w14:paraId="42C85BE5" w14:textId="77777777" w:rsidTr="00DD72AE">
        <w:trPr>
          <w:trHeight w:hRule="exact" w:val="618"/>
        </w:trPr>
        <w:tc>
          <w:tcPr>
            <w:tcW w:w="262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C1DB862" w14:textId="4922D0E7" w:rsidR="00DD72AE" w:rsidRPr="00FE59F0" w:rsidRDefault="00DD72AE" w:rsidP="00DD72A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 xml:space="preserve">  1.</w:t>
            </w:r>
          </w:p>
        </w:tc>
        <w:tc>
          <w:tcPr>
            <w:tcW w:w="547" w:type="pct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B3744F9" w14:textId="59337569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2879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047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25DAEDD" w14:textId="07FE4ABE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ul. Strážnická</w:t>
            </w:r>
            <w:r>
              <w:rPr>
                <w:rFonts w:ascii="Arial" w:hAnsi="Arial" w:cs="Arial"/>
                <w:sz w:val="16"/>
                <w:szCs w:val="16"/>
              </w:rPr>
              <w:t>, za panelovými domy směrem k ul. Tilhonova</w:t>
            </w:r>
          </w:p>
        </w:tc>
        <w:tc>
          <w:tcPr>
            <w:tcW w:w="677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F0A4D25" w14:textId="77777777" w:rsidR="00DD72AE" w:rsidRPr="00FE59F0" w:rsidRDefault="00DD72AE" w:rsidP="00DD72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93E5DC2" w14:textId="51009DFD" w:rsidR="00DD72AE" w:rsidRPr="00FE59F0" w:rsidRDefault="00DD72AE" w:rsidP="00DD72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74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389FA2BC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5F32D62B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C4F2196" w14:textId="355E1A05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pevný stánek</w:t>
            </w:r>
          </w:p>
        </w:tc>
      </w:tr>
      <w:tr w:rsidR="00DD72AE" w:rsidRPr="005C0F58" w14:paraId="30E06558" w14:textId="77777777" w:rsidTr="00FE59F0">
        <w:trPr>
          <w:trHeight w:hRule="exact" w:val="34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62156B4" w14:textId="36D04103" w:rsidR="00DD72AE" w:rsidRDefault="00DD72AE" w:rsidP="00DD72A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080937" w14:textId="2CDF0E66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1778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75643F2" w14:textId="798A164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ul. Tuřanka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37960E7" w14:textId="77777777" w:rsidR="00DD72AE" w:rsidRPr="00FE59F0" w:rsidRDefault="00DD72AE" w:rsidP="00DD72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287240E" w14:textId="3D45D529" w:rsidR="00DD72AE" w:rsidRPr="00FE59F0" w:rsidRDefault="00DD72AE" w:rsidP="00DD72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57F1861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7D745A3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897568F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72AE" w:rsidRPr="005C0F58" w14:paraId="337E4BA8" w14:textId="77777777" w:rsidTr="00DD72AE">
        <w:trPr>
          <w:trHeight w:hRule="exact" w:val="64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915A022" w14:textId="596DCEBC" w:rsidR="00DD72AE" w:rsidRPr="00FE59F0" w:rsidRDefault="00DD72AE" w:rsidP="00DD72A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 xml:space="preserve">  3.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DAD0B26" w14:textId="094126DE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2953/2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2917FA1" w14:textId="03007FDD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Jihomoravské nám. u or. č. 1 – u obch. centra Slatinka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2DA20A1" w14:textId="426049FD" w:rsidR="00DD72AE" w:rsidRPr="00FE59F0" w:rsidRDefault="00DD72AE" w:rsidP="00DD72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5226B7F" w14:textId="2F0DCACE" w:rsidR="00DD72AE" w:rsidRPr="00FE59F0" w:rsidRDefault="00DD72AE" w:rsidP="00DD72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482CB05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8B3372A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E581084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72AE" w:rsidRPr="005C0F58" w14:paraId="1655EE92" w14:textId="77777777" w:rsidTr="00FE59F0">
        <w:trPr>
          <w:trHeight w:hRule="exact" w:val="598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807A42" w14:textId="4A182C82" w:rsidR="00DD72AE" w:rsidRPr="00FE59F0" w:rsidRDefault="00DD72AE" w:rsidP="00DD72A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 xml:space="preserve">  4.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1DF43E5" w14:textId="1E9D4B6C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1586/1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2273A34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Přemyslovo nám.</w:t>
            </w:r>
          </w:p>
          <w:p w14:paraId="0D3C5CDF" w14:textId="15F0C33F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(společensko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FE59F0">
              <w:rPr>
                <w:rFonts w:ascii="Arial" w:hAnsi="Arial" w:cs="Arial"/>
                <w:sz w:val="16"/>
                <w:szCs w:val="16"/>
              </w:rPr>
              <w:t>kulturní centrum)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FC37EB9" w14:textId="33302871" w:rsidR="00DD72AE" w:rsidRPr="00FE59F0" w:rsidRDefault="00DD72AE" w:rsidP="00DD72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E16362" w14:textId="732B38FC" w:rsidR="00DD72AE" w:rsidRPr="00FE59F0" w:rsidRDefault="00DD72AE" w:rsidP="00DD72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6AEA130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46A6834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12C94D1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72AE" w:rsidRPr="005C0F58" w14:paraId="12B8EE2E" w14:textId="77777777" w:rsidTr="00940BC5">
        <w:trPr>
          <w:trHeight w:hRule="exact" w:val="113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AE05F1" w14:textId="227D2A61" w:rsidR="00DD72AE" w:rsidRPr="00FE59F0" w:rsidRDefault="00DD72AE" w:rsidP="00DD72A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 xml:space="preserve">  5.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37ECA28" w14:textId="77777777" w:rsidR="00DD72AE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2882/1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426E384" w14:textId="421E4995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2963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2F30743" w14:textId="6A5F7C44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ul. Mikulčická</w:t>
            </w:r>
            <w:r>
              <w:rPr>
                <w:rFonts w:ascii="Arial" w:hAnsi="Arial" w:cs="Arial"/>
                <w:sz w:val="16"/>
                <w:szCs w:val="16"/>
              </w:rPr>
              <w:t>, část parkoviště mezi křižovatkami s ul. Prostějovská a s ul. Rousínovská při parc. č. 2959 – Baby Bazar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06A53AE" w14:textId="77777777" w:rsidR="00DD72AE" w:rsidRPr="00FE59F0" w:rsidRDefault="00DD72AE" w:rsidP="00DD72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A1918D9" w14:textId="6968F729" w:rsidR="00DD72AE" w:rsidRPr="00FE59F0" w:rsidRDefault="00DD72AE" w:rsidP="00DD72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59F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FDB171F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312D561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490D145" w14:textId="77777777" w:rsidR="00DD72AE" w:rsidRPr="00FE59F0" w:rsidRDefault="00DD72AE" w:rsidP="00DD72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1B13EA" w14:textId="77777777" w:rsidR="00F604E2" w:rsidRPr="005C0F58" w:rsidRDefault="00F604E2" w:rsidP="00F604E2">
      <w:pPr>
        <w:pStyle w:val="Styltabulky"/>
        <w:rPr>
          <w:rFonts w:ascii="Arial" w:hAnsi="Arial" w:cs="Arial"/>
        </w:rPr>
      </w:pPr>
    </w:p>
    <w:p w14:paraId="69C6BFCE" w14:textId="1E796FB8" w:rsidR="00940BC5" w:rsidRPr="00D12D72" w:rsidRDefault="00940BC5" w:rsidP="00940BC5">
      <w:pPr>
        <w:pStyle w:val="Zkladntext"/>
        <w:spacing w:after="12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Další lokality tržních míst:</w:t>
      </w:r>
    </w:p>
    <w:p w14:paraId="142A5251" w14:textId="1F77044C" w:rsidR="00940BC5" w:rsidRDefault="00940BC5" w:rsidP="00940BC5">
      <w:pPr>
        <w:pStyle w:val="Zkladntext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Příležitostný prodej s maximální dobou prodeje </w:t>
      </w:r>
      <w:r>
        <w:rPr>
          <w:rFonts w:ascii="Arial" w:hAnsi="Arial" w:cs="Arial"/>
          <w:sz w:val="20"/>
          <w:szCs w:val="20"/>
        </w:rPr>
        <w:t>3</w:t>
      </w:r>
      <w:r w:rsidRPr="005C0F58">
        <w:rPr>
          <w:rFonts w:ascii="Arial" w:hAnsi="Arial" w:cs="Arial"/>
          <w:sz w:val="20"/>
          <w:szCs w:val="20"/>
        </w:rPr>
        <w:t xml:space="preserve"> dn</w:t>
      </w:r>
      <w:r w:rsidR="00116D45">
        <w:rPr>
          <w:rFonts w:ascii="Arial" w:hAnsi="Arial" w:cs="Arial"/>
          <w:sz w:val="20"/>
          <w:szCs w:val="20"/>
        </w:rPr>
        <w:t>y</w:t>
      </w:r>
      <w:r w:rsidRPr="005C0F58">
        <w:rPr>
          <w:rFonts w:ascii="Arial" w:hAnsi="Arial" w:cs="Arial"/>
          <w:sz w:val="20"/>
          <w:szCs w:val="20"/>
        </w:rPr>
        <w:t xml:space="preserve"> při příležitosti jednorázových společenských akcí je povolen při splnění požadavků právních předpisů vždy v místě konání předmětné akce.</w:t>
      </w:r>
    </w:p>
    <w:p w14:paraId="397E32D6" w14:textId="77777777" w:rsidR="00F604E2" w:rsidRPr="004147B0" w:rsidRDefault="00F604E2" w:rsidP="00037ABA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4147B0">
        <w:rPr>
          <w:rFonts w:ascii="Arial" w:hAnsi="Arial" w:cs="Arial"/>
          <w:b/>
          <w:bCs/>
          <w:sz w:val="22"/>
          <w:szCs w:val="22"/>
        </w:rPr>
        <w:t>HLAVA B: Restaurační zahrádky</w:t>
      </w:r>
    </w:p>
    <w:tbl>
      <w:tblPr>
        <w:tblW w:w="494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56"/>
        <w:gridCol w:w="1047"/>
        <w:gridCol w:w="1971"/>
        <w:gridCol w:w="1038"/>
        <w:gridCol w:w="892"/>
        <w:gridCol w:w="1449"/>
        <w:gridCol w:w="1235"/>
        <w:gridCol w:w="1380"/>
      </w:tblGrid>
      <w:tr w:rsidR="00F604E2" w:rsidRPr="00037ABA" w14:paraId="357D215A" w14:textId="77777777" w:rsidTr="00037ABA">
        <w:trPr>
          <w:trHeight w:val="274"/>
        </w:trPr>
        <w:tc>
          <w:tcPr>
            <w:tcW w:w="1835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1632A0" w14:textId="77777777" w:rsidR="00F604E2" w:rsidRPr="00037ABA" w:rsidRDefault="00F604E2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7AB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1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A106CF" w14:textId="77777777" w:rsidR="00F604E2" w:rsidRPr="00037ABA" w:rsidRDefault="00F604E2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7AB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1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8EEF25" w14:textId="77777777" w:rsidR="00F604E2" w:rsidRPr="00037ABA" w:rsidRDefault="00F604E2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7AB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4791DE9" w14:textId="77777777" w:rsidR="00F604E2" w:rsidRPr="00037ABA" w:rsidRDefault="00F604E2" w:rsidP="00A31CC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7AB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604E2" w:rsidRPr="00037ABA" w14:paraId="426D19F9" w14:textId="77777777" w:rsidTr="00037ABA">
        <w:tc>
          <w:tcPr>
            <w:tcW w:w="24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754BE5" w14:textId="77777777" w:rsidR="00F604E2" w:rsidRPr="00037ABA" w:rsidRDefault="00F604E2" w:rsidP="00037ABA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C81797" w14:textId="1D929421" w:rsidR="00F604E2" w:rsidRPr="00037ABA" w:rsidRDefault="00F604E2" w:rsidP="00037AB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4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3DF099" w14:textId="77777777" w:rsidR="00F604E2" w:rsidRPr="00037ABA" w:rsidRDefault="00F604E2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43D0E8" w14:textId="77777777" w:rsidR="00F604E2" w:rsidRPr="00037ABA" w:rsidRDefault="00F604E2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16B23E63" w14:textId="77777777" w:rsidR="00F604E2" w:rsidRPr="00037ABA" w:rsidRDefault="00F604E2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1007F2" w14:textId="77777777" w:rsidR="00F604E2" w:rsidRPr="00037ABA" w:rsidRDefault="00F604E2" w:rsidP="00116D4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50DC0A8" w14:textId="6ED4F88F" w:rsidR="00F604E2" w:rsidRPr="00037ABA" w:rsidRDefault="00F604E2" w:rsidP="00116D4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(m</w:t>
            </w:r>
            <w:r w:rsidR="00037ABA" w:rsidRPr="00037AB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37AB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A4BC87" w14:textId="77777777" w:rsidR="00F604E2" w:rsidRPr="00037ABA" w:rsidRDefault="00F604E2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E17C88" w14:textId="77777777" w:rsidR="00F604E2" w:rsidRPr="00037ABA" w:rsidRDefault="00F604E2" w:rsidP="00A31CC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4A73400D" w14:textId="77777777" w:rsidR="00F604E2" w:rsidRPr="00037ABA" w:rsidRDefault="00F604E2" w:rsidP="00A31CC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47D7" w:rsidRPr="00037ABA" w14:paraId="75B2F015" w14:textId="77777777" w:rsidTr="00037ABA">
        <w:tc>
          <w:tcPr>
            <w:tcW w:w="24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8A4AD5" w14:textId="52192826" w:rsidR="004147D7" w:rsidRPr="00037ABA" w:rsidRDefault="004147D7" w:rsidP="004147D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53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65C45D" w14:textId="11E091B6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1481/1</w:t>
            </w:r>
          </w:p>
        </w:tc>
        <w:tc>
          <w:tcPr>
            <w:tcW w:w="104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2B0EB5" w14:textId="6C59B73D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ul. Tilhonova – rest</w:t>
            </w:r>
            <w:r>
              <w:rPr>
                <w:rFonts w:ascii="Arial" w:hAnsi="Arial" w:cs="Arial"/>
                <w:sz w:val="16"/>
                <w:szCs w:val="16"/>
              </w:rPr>
              <w:t>aurace</w:t>
            </w:r>
            <w:r w:rsidRPr="00037ABA">
              <w:rPr>
                <w:rFonts w:ascii="Arial" w:hAnsi="Arial" w:cs="Arial"/>
                <w:sz w:val="16"/>
                <w:szCs w:val="16"/>
              </w:rPr>
              <w:t xml:space="preserve"> 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37ABA">
              <w:rPr>
                <w:rFonts w:ascii="Arial" w:hAnsi="Arial" w:cs="Arial"/>
                <w:sz w:val="16"/>
                <w:szCs w:val="16"/>
              </w:rPr>
              <w:t>Vedrů</w:t>
            </w:r>
          </w:p>
        </w:tc>
        <w:tc>
          <w:tcPr>
            <w:tcW w:w="5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E01750" w14:textId="77777777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EB1E92" w14:textId="12FE050D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6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009DF5" w14:textId="77777777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B88E74" w14:textId="77777777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3DD8CD" w14:textId="77777777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47D7" w:rsidRPr="00037ABA" w14:paraId="2F135268" w14:textId="77777777" w:rsidTr="00037AB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CB15DFF" w14:textId="4DA0297F" w:rsidR="004147D7" w:rsidRPr="00037ABA" w:rsidRDefault="004147D7" w:rsidP="004147D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5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B6FEFF4" w14:textId="794095D8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1948/9</w:t>
            </w:r>
          </w:p>
        </w:tc>
        <w:tc>
          <w:tcPr>
            <w:tcW w:w="10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0554845" w14:textId="4023FFA6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 xml:space="preserve">ul. Tuřanka – </w:t>
            </w:r>
            <w:r>
              <w:rPr>
                <w:rFonts w:ascii="Arial" w:hAnsi="Arial" w:cs="Arial"/>
                <w:sz w:val="16"/>
                <w:szCs w:val="16"/>
              </w:rPr>
              <w:t>restaurace Lazza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2C256CF" w14:textId="77777777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4891194" w14:textId="3F3FE4C4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9740E17" w14:textId="77777777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44D7275" w14:textId="77777777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A2CADC6" w14:textId="77777777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47D7" w:rsidRPr="00037ABA" w14:paraId="1164C86D" w14:textId="77777777" w:rsidTr="00074C4B">
        <w:trPr>
          <w:cantSplit/>
          <w:trHeight w:hRule="exact" w:val="433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34D3294" w14:textId="4F88F789" w:rsidR="004147D7" w:rsidRPr="00037ABA" w:rsidRDefault="004147D7" w:rsidP="004147D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5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39A2698" w14:textId="42D79221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2954/4</w:t>
            </w:r>
          </w:p>
        </w:tc>
        <w:tc>
          <w:tcPr>
            <w:tcW w:w="10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740BBA0" w14:textId="77777777" w:rsid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Mikulčická or. č. 13 –</w:t>
            </w:r>
          </w:p>
          <w:p w14:paraId="1BC74BFE" w14:textId="796AB699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Sport bar</w:t>
            </w:r>
            <w:r w:rsidRPr="00037ABA">
              <w:rPr>
                <w:rFonts w:ascii="Arial" w:hAnsi="Arial" w:cs="Arial"/>
                <w:sz w:val="16"/>
                <w:szCs w:val="16"/>
              </w:rPr>
              <w:t xml:space="preserve"> V</w:t>
            </w:r>
            <w:r>
              <w:rPr>
                <w:rFonts w:ascii="Arial" w:hAnsi="Arial" w:cs="Arial"/>
                <w:sz w:val="16"/>
                <w:szCs w:val="16"/>
              </w:rPr>
              <w:t>agon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7BB20A5" w14:textId="77777777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0E03DD1" w14:textId="327EBBED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13,6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5B07FFF" w14:textId="5FEA755B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7ABA">
              <w:rPr>
                <w:rFonts w:ascii="Arial" w:hAnsi="Arial" w:cs="Arial"/>
                <w:sz w:val="16"/>
                <w:szCs w:val="16"/>
              </w:rPr>
              <w:t>10.00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037ABA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037ABA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F2B4A41" w14:textId="77777777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ACC79AC" w14:textId="77777777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47D7" w:rsidRPr="00037ABA" w14:paraId="75E5B6D6" w14:textId="77777777" w:rsidTr="000622D7">
        <w:trPr>
          <w:cantSplit/>
          <w:trHeight w:hRule="exact" w:val="567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69CAB2" w14:textId="6C0F0237" w:rsidR="004147D7" w:rsidRPr="004147D7" w:rsidRDefault="004147D7" w:rsidP="004147D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920B59" w14:textId="028A1408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1585/3</w:t>
            </w:r>
          </w:p>
        </w:tc>
        <w:tc>
          <w:tcPr>
            <w:tcW w:w="1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CA1265" w14:textId="5854BBFA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Přemyslovo nám. or. č. 26 – restaurace Sluneční dvůr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330AE52" w14:textId="77777777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9C3C8E" w14:textId="627DE512" w:rsidR="004147D7" w:rsidRPr="004147D7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CBF956" w14:textId="61367B1D" w:rsidR="004147D7" w:rsidRPr="004147D7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37" w:name="OLE_LINK5"/>
            <w:bookmarkStart w:id="38" w:name="OLE_LINK6"/>
            <w:r w:rsidRPr="004147D7">
              <w:rPr>
                <w:rFonts w:ascii="Arial" w:hAnsi="Arial" w:cs="Arial"/>
                <w:sz w:val="16"/>
                <w:szCs w:val="16"/>
              </w:rPr>
              <w:t>8.00–22.00 h.</w:t>
            </w:r>
            <w:bookmarkEnd w:id="37"/>
            <w:bookmarkEnd w:id="38"/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294BB6" w14:textId="66716B19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4A3525" w14:textId="77777777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47D7" w:rsidRPr="00037ABA" w14:paraId="2B28E1B7" w14:textId="77777777" w:rsidTr="000622D7">
        <w:trPr>
          <w:cantSplit/>
          <w:trHeight w:hRule="exact" w:val="737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A42D40" w14:textId="534A0448" w:rsidR="004147D7" w:rsidRPr="004147D7" w:rsidRDefault="004147D7" w:rsidP="004147D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68AD52" w14:textId="7D4B6071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1585/1</w:t>
            </w:r>
          </w:p>
        </w:tc>
        <w:tc>
          <w:tcPr>
            <w:tcW w:w="1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CDD7B0" w14:textId="0E089092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Přemyslovo nám. or. č. 26 – terasa objektu restaurace Sluneční dvůr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AD85DEC" w14:textId="77777777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97D82F" w14:textId="6140FBA6" w:rsidR="004147D7" w:rsidRPr="004147D7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4D7EC8" w14:textId="2C0D3E3C" w:rsidR="004147D7" w:rsidRPr="004147D7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05944D" w14:textId="77777777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217190D" w14:textId="77777777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47D7" w:rsidRPr="00037ABA" w14:paraId="0C783940" w14:textId="77777777" w:rsidTr="000622D7">
        <w:trPr>
          <w:cantSplit/>
          <w:trHeight w:hRule="exact" w:val="567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67E2B9" w14:textId="4DD11768" w:rsidR="004147D7" w:rsidRPr="004147D7" w:rsidRDefault="004147D7" w:rsidP="004147D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71CAB7" w14:textId="4C66CF74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1586/1, 1588, 1590/2</w:t>
            </w:r>
          </w:p>
        </w:tc>
        <w:tc>
          <w:tcPr>
            <w:tcW w:w="1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7AC3D1" w14:textId="4475FC22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Zlínská or. č. 12 – restaurace Slatinský šenk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B713FF" w14:textId="77777777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870D21" w14:textId="7C111A00" w:rsidR="004147D7" w:rsidRPr="004147D7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057810" w14:textId="4D52FC4A" w:rsidR="004147D7" w:rsidRPr="004147D7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9.00–22.00 h.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DBEB96" w14:textId="77777777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E99EA7" w14:textId="77777777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47D7" w:rsidRPr="00037ABA" w14:paraId="666197E1" w14:textId="77777777" w:rsidTr="000622D7">
        <w:trPr>
          <w:cantSplit/>
          <w:trHeight w:hRule="exact" w:val="567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38F1C9" w14:textId="01FE90BB" w:rsidR="004147D7" w:rsidRPr="004147D7" w:rsidRDefault="004147D7" w:rsidP="004147D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A0AC4C" w14:textId="77449F07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1735/2</w:t>
            </w:r>
          </w:p>
        </w:tc>
        <w:tc>
          <w:tcPr>
            <w:tcW w:w="1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FEB83F" w14:textId="752FDA0B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 xml:space="preserve">Přemyslovo nám. or. č. 49 – restaurace „Mộc BBQ House“ 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EF4484" w14:textId="77777777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247112" w14:textId="175B5C0A" w:rsidR="004147D7" w:rsidRPr="004147D7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465877" w14:textId="7B38C6E6" w:rsidR="004147D7" w:rsidRPr="004147D7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11.00–21.00 h.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BC8A60" w14:textId="77777777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C1540BE" w14:textId="77777777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47D7" w:rsidRPr="00037ABA" w14:paraId="3C5AD62C" w14:textId="77777777" w:rsidTr="000622D7">
        <w:trPr>
          <w:cantSplit/>
          <w:trHeight w:hRule="exact" w:val="567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0C914B" w14:textId="67B1993A" w:rsidR="004147D7" w:rsidRPr="004147D7" w:rsidRDefault="004147D7" w:rsidP="004147D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685FD1" w14:textId="77777777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1589/4,</w:t>
            </w:r>
          </w:p>
          <w:p w14:paraId="1430B822" w14:textId="77777777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1589/8,</w:t>
            </w:r>
          </w:p>
          <w:p w14:paraId="022EBC12" w14:textId="2C14B6B6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1589/10</w:t>
            </w:r>
          </w:p>
        </w:tc>
        <w:tc>
          <w:tcPr>
            <w:tcW w:w="1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F1BF80" w14:textId="1B78EEC7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 xml:space="preserve">Přemyslovo nám. or. č. 22 – indická restaurace GOA 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4C7DD9" w14:textId="77777777" w:rsidR="004147D7" w:rsidRPr="004147D7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84D157" w14:textId="35EC5BC4" w:rsidR="004147D7" w:rsidRPr="004147D7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4EAAD2" w14:textId="74846EDE" w:rsidR="004147D7" w:rsidRPr="004147D7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47D7">
              <w:rPr>
                <w:rFonts w:ascii="Arial" w:hAnsi="Arial" w:cs="Arial"/>
                <w:sz w:val="16"/>
                <w:szCs w:val="16"/>
              </w:rPr>
              <w:t>10.00–22.00 h.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FBEC1E" w14:textId="77777777" w:rsidR="004147D7" w:rsidRPr="00037ABA" w:rsidRDefault="004147D7" w:rsidP="004147D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A9E0CB9" w14:textId="77777777" w:rsidR="004147D7" w:rsidRPr="00037ABA" w:rsidRDefault="004147D7" w:rsidP="004147D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D5DA74" w14:textId="77777777" w:rsidR="004147D7" w:rsidRPr="004147D7" w:rsidRDefault="004147D7" w:rsidP="004147D7">
      <w:pPr>
        <w:pStyle w:val="Zkladntext"/>
        <w:spacing w:before="280" w:after="120"/>
        <w:rPr>
          <w:rFonts w:ascii="Arial" w:hAnsi="Arial" w:cs="Arial"/>
          <w:b/>
          <w:bCs/>
          <w:sz w:val="22"/>
          <w:szCs w:val="22"/>
        </w:rPr>
      </w:pPr>
      <w:r w:rsidRPr="004147D7">
        <w:rPr>
          <w:rFonts w:ascii="Arial" w:hAnsi="Arial" w:cs="Arial"/>
          <w:b/>
          <w:bCs/>
          <w:sz w:val="22"/>
          <w:szCs w:val="22"/>
        </w:rPr>
        <w:t>HLAVA C: Pojízdný prodej, pochůzkový prodej a prodej bez prodejního zařízení</w:t>
      </w:r>
    </w:p>
    <w:p w14:paraId="4BA53B33" w14:textId="53014245" w:rsidR="00FE1565" w:rsidRPr="005C0F58" w:rsidRDefault="004147D7" w:rsidP="004147D7">
      <w:pPr>
        <w:pStyle w:val="Zkladntext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Pojízdný prodej je možno provozovat při splnění požadavků právních předpisů na celém území MČ Brno-Slatina. </w:t>
      </w:r>
      <w:r>
        <w:rPr>
          <w:rFonts w:ascii="Arial" w:hAnsi="Arial" w:cs="Arial"/>
          <w:sz w:val="20"/>
          <w:szCs w:val="20"/>
        </w:rPr>
        <w:t>P</w:t>
      </w:r>
      <w:r w:rsidRPr="005C0F58">
        <w:rPr>
          <w:rFonts w:ascii="Arial" w:hAnsi="Arial" w:cs="Arial"/>
          <w:sz w:val="20"/>
          <w:szCs w:val="20"/>
        </w:rPr>
        <w:t>ochůzkový prodej a prodej bez prodejního zařízení</w:t>
      </w:r>
      <w:r>
        <w:rPr>
          <w:rFonts w:ascii="Arial" w:hAnsi="Arial" w:cs="Arial"/>
          <w:sz w:val="20"/>
          <w:szCs w:val="20"/>
        </w:rPr>
        <w:t xml:space="preserve"> je na celém území MČ Brno-Slatina zakázán.</w:t>
      </w:r>
    </w:p>
    <w:p w14:paraId="1CDCE6C6" w14:textId="77777777" w:rsidR="00FE1565" w:rsidRPr="005C0F58" w:rsidRDefault="00FE1565" w:rsidP="004147D7">
      <w:pPr>
        <w:pStyle w:val="Zkladntext"/>
        <w:rPr>
          <w:rFonts w:ascii="Arial" w:hAnsi="Arial" w:cs="Arial"/>
          <w:sz w:val="20"/>
          <w:szCs w:val="20"/>
        </w:rPr>
      </w:pPr>
    </w:p>
    <w:p w14:paraId="1C5C9DCA" w14:textId="77777777" w:rsidR="00074C4B" w:rsidRDefault="00074C4B" w:rsidP="00C613B9">
      <w:pPr>
        <w:pStyle w:val="Zkladntext"/>
        <w:rPr>
          <w:rFonts w:ascii="Arial" w:hAnsi="Arial" w:cs="Arial"/>
          <w:b/>
          <w:bCs/>
          <w:sz w:val="22"/>
          <w:szCs w:val="22"/>
        </w:rPr>
      </w:pPr>
      <w:bookmarkStart w:id="39" w:name="_Hlk46215577"/>
    </w:p>
    <w:p w14:paraId="49590F78" w14:textId="0C54FCDF" w:rsidR="00EE23EC" w:rsidRPr="004147B0" w:rsidRDefault="00EE23EC" w:rsidP="00EE23EC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147B0">
        <w:rPr>
          <w:rFonts w:ascii="Arial" w:hAnsi="Arial" w:cs="Arial"/>
          <w:b/>
          <w:bCs/>
          <w:sz w:val="22"/>
          <w:szCs w:val="22"/>
        </w:rPr>
        <w:lastRenderedPageBreak/>
        <w:t>ČÁST XXII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</w:p>
    <w:p w14:paraId="78B3492E" w14:textId="77777777" w:rsidR="00EE23EC" w:rsidRPr="004147B0" w:rsidRDefault="00EE23EC" w:rsidP="00EE23EC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147B0">
        <w:rPr>
          <w:rFonts w:ascii="Arial" w:hAnsi="Arial" w:cs="Arial"/>
          <w:b/>
          <w:bCs/>
          <w:sz w:val="22"/>
          <w:szCs w:val="22"/>
        </w:rPr>
        <w:t>MČ BRNO</w:t>
      </w:r>
      <w:r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4147B0">
        <w:rPr>
          <w:rFonts w:ascii="Arial" w:hAnsi="Arial" w:cs="Arial"/>
          <w:b/>
          <w:bCs/>
          <w:sz w:val="22"/>
          <w:szCs w:val="22"/>
        </w:rPr>
        <w:t>STARÝ LÍSKOVEC</w:t>
      </w:r>
    </w:p>
    <w:p w14:paraId="110B5AB5" w14:textId="77777777" w:rsidR="00EE23EC" w:rsidRPr="00074C4B" w:rsidRDefault="00EE23EC" w:rsidP="00EE23E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074C4B">
        <w:rPr>
          <w:rFonts w:ascii="Arial" w:hAnsi="Arial" w:cs="Arial"/>
          <w:b/>
          <w:bCs/>
          <w:sz w:val="22"/>
          <w:szCs w:val="22"/>
        </w:rPr>
        <w:t>HLAVA A: Tržiště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7"/>
        <w:gridCol w:w="1177"/>
        <w:gridCol w:w="2260"/>
        <w:gridCol w:w="1140"/>
        <w:gridCol w:w="1179"/>
        <w:gridCol w:w="897"/>
        <w:gridCol w:w="1110"/>
        <w:gridCol w:w="1413"/>
      </w:tblGrid>
      <w:tr w:rsidR="00EE23EC" w:rsidRPr="005C0F58" w14:paraId="6136A069" w14:textId="77777777" w:rsidTr="00195737">
        <w:trPr>
          <w:trHeight w:val="274"/>
        </w:trPr>
        <w:tc>
          <w:tcPr>
            <w:tcW w:w="200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A381EE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21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BC7FCC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04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7F8429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2FDE493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EE23EC" w:rsidRPr="005C0F58" w14:paraId="421D3D4D" w14:textId="77777777" w:rsidTr="00195737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B4C127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1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62B9F4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328495BD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Starý Lískovec</w:t>
            </w:r>
          </w:p>
        </w:tc>
        <w:tc>
          <w:tcPr>
            <w:tcW w:w="117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71542B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9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B6CDA9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78FCB6A4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F7A126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3EDF41D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(m</w:t>
            </w:r>
            <w:r w:rsidRPr="00074C4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74C4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BAD70D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7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D8D162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14E57745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5C0F58" w14:paraId="02929548" w14:textId="77777777" w:rsidTr="00195737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6C58564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14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29B460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2731/1</w:t>
            </w:r>
          </w:p>
        </w:tc>
        <w:tc>
          <w:tcPr>
            <w:tcW w:w="1179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9DAB915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parkoviště na ul. Vltavská pod dopravním uzlem Osová</w:t>
            </w:r>
          </w:p>
        </w:tc>
        <w:tc>
          <w:tcPr>
            <w:tcW w:w="595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14:paraId="06FB577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35714DE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4379</w:t>
            </w:r>
          </w:p>
        </w:tc>
        <w:tc>
          <w:tcPr>
            <w:tcW w:w="468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14:paraId="6EC8820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D3150A3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7EF4E11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farmářské trhy</w:t>
            </w:r>
          </w:p>
        </w:tc>
      </w:tr>
      <w:tr w:rsidR="00EE23EC" w:rsidRPr="005C0F58" w14:paraId="39910043" w14:textId="77777777" w:rsidTr="00195737"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4C7599FC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56A1468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2390/1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041C25D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ul. Kurská u or. č. 5 – u rest. Don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46E4F07D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57EAD283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2x2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669AC30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5A38E2C5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536089BD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C3D3B3" w14:textId="77777777" w:rsidR="00EE23EC" w:rsidRPr="005C0F58" w:rsidRDefault="00EE23EC" w:rsidP="00EE23EC">
      <w:pPr>
        <w:pStyle w:val="Styltabulky"/>
        <w:rPr>
          <w:rFonts w:ascii="Arial" w:hAnsi="Arial" w:cs="Arial"/>
        </w:rPr>
      </w:pPr>
    </w:p>
    <w:p w14:paraId="159D26D6" w14:textId="77777777" w:rsidR="00EE23EC" w:rsidRPr="00074C4B" w:rsidRDefault="00EE23EC" w:rsidP="00EE23E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074C4B">
        <w:rPr>
          <w:rFonts w:ascii="Arial" w:hAnsi="Arial" w:cs="Arial"/>
          <w:b/>
          <w:bCs/>
          <w:sz w:val="22"/>
          <w:szCs w:val="22"/>
        </w:rPr>
        <w:t>HLAVA B: Tržní místa</w:t>
      </w:r>
    </w:p>
    <w:tbl>
      <w:tblPr>
        <w:tblW w:w="499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4"/>
        <w:gridCol w:w="1481"/>
        <w:gridCol w:w="2125"/>
        <w:gridCol w:w="1046"/>
        <w:gridCol w:w="939"/>
        <w:gridCol w:w="710"/>
        <w:gridCol w:w="1375"/>
        <w:gridCol w:w="1414"/>
      </w:tblGrid>
      <w:tr w:rsidR="00EE23EC" w:rsidRPr="00074C4B" w14:paraId="506D6EB4" w14:textId="77777777" w:rsidTr="00195737">
        <w:trPr>
          <w:trHeight w:val="274"/>
        </w:trPr>
        <w:tc>
          <w:tcPr>
            <w:tcW w:w="213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E7AB0B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40" w:name="_Hlk101450210"/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3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99B3E3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09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970512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DAA7C40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EE23EC" w:rsidRPr="00074C4B" w14:paraId="4DB30E9A" w14:textId="77777777" w:rsidTr="00195737"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3CC5DC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7F53EC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26C37E1F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St</w:t>
            </w:r>
            <w:r>
              <w:rPr>
                <w:rFonts w:ascii="Arial" w:hAnsi="Arial" w:cs="Arial"/>
                <w:sz w:val="16"/>
                <w:szCs w:val="16"/>
              </w:rPr>
              <w:t>arý</w:t>
            </w:r>
            <w:r w:rsidRPr="00074C4B">
              <w:rPr>
                <w:rFonts w:ascii="Arial" w:hAnsi="Arial" w:cs="Arial"/>
                <w:sz w:val="16"/>
                <w:szCs w:val="16"/>
              </w:rPr>
              <w:t xml:space="preserve"> Lískovec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CA28A1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857943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7D89D1D5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43D80F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4C47EB4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(m</w:t>
            </w:r>
            <w:r w:rsidRPr="00074C4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74C4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3DB5A0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6DAD18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5962FC2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tr w:rsidR="00EE23EC" w:rsidRPr="00074C4B" w14:paraId="446A9C26" w14:textId="77777777" w:rsidTr="00195737">
        <w:tc>
          <w:tcPr>
            <w:tcW w:w="2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43FDB7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774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69322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551/3, 553/3,</w:t>
            </w:r>
          </w:p>
          <w:p w14:paraId="0EB6698D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554, 555/1,</w:t>
            </w:r>
          </w:p>
          <w:p w14:paraId="06FBF61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 xml:space="preserve">555/2, 555/3, 555/4, 556/1, 556/3, 559/2, 559/5, 559/6, </w:t>
            </w:r>
          </w:p>
          <w:p w14:paraId="0B1D1FE9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1745/6, 1745/10,</w:t>
            </w:r>
          </w:p>
          <w:p w14:paraId="775DE6A9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1746/1</w:t>
            </w:r>
          </w:p>
        </w:tc>
        <w:tc>
          <w:tcPr>
            <w:tcW w:w="11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66EA5C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veřejné prostranství před ZŠ a MŠ El. Přemyslovny</w:t>
            </w:r>
          </w:p>
        </w:tc>
        <w:tc>
          <w:tcPr>
            <w:tcW w:w="5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F39CD1F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7F0835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3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F6AD34F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3979DC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září–říjen</w:t>
            </w:r>
          </w:p>
        </w:tc>
        <w:tc>
          <w:tcPr>
            <w:tcW w:w="7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049F92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společenská akce organizovaná  spolkem Lískovec je boží! z. s.</w:t>
            </w:r>
          </w:p>
        </w:tc>
      </w:tr>
      <w:bookmarkEnd w:id="40"/>
      <w:tr w:rsidR="00EE23EC" w:rsidRPr="00074C4B" w14:paraId="736DF59A" w14:textId="77777777" w:rsidTr="00195737">
        <w:trPr>
          <w:trHeight w:val="656"/>
        </w:trPr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8F53E2A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35E9B5E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998/9, 2363/1, 2363/2, 2363/3,</w:t>
            </w:r>
          </w:p>
          <w:p w14:paraId="5F7B0AE9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2414/17, 2437/1, 2437/3, 2437/5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E5E7B7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vícegenerační hřiště Bosonožská a přilehlé komunikace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9B35082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F24619E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1C1D4CC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40D6D40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srpen–říjen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225139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společenské akce „Modrý dětský den“ a „Den radnice“</w:t>
            </w:r>
          </w:p>
        </w:tc>
      </w:tr>
      <w:tr w:rsidR="00EE23EC" w:rsidRPr="00074C4B" w14:paraId="05D2B4D1" w14:textId="77777777" w:rsidTr="00195737">
        <w:trPr>
          <w:trHeight w:val="472"/>
        </w:trPr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C73FC0C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8992FCC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2484/1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7CBA45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ul. Valašská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3A6C616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AE2081B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C5DE38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38EE854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 době konání soutěže Sboru dobrovolných hasičů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17C3A3B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EE23EC" w:rsidRPr="00074C4B" w14:paraId="4672C2E6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F6F5F0F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E9EB7EF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1684/102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A0344D5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 zastávky MHD „Dunajská“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A7486B4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36093BC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B108629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3F7BE45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květen–srpen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24B1BB4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sezónní prodej ovoce a zeleniny, vedle stánku s pečivem vlevo</w:t>
            </w:r>
          </w:p>
        </w:tc>
      </w:tr>
      <w:tr w:rsidR="00EE23EC" w:rsidRPr="00074C4B" w14:paraId="1A3508C4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BABCACB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88FB46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074C4B">
              <w:rPr>
                <w:rFonts w:ascii="Arial" w:hAnsi="Arial" w:cs="Arial"/>
                <w:sz w:val="16"/>
                <w:szCs w:val="16"/>
              </w:rPr>
              <w:t>684/102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C08810D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 zastávky MHD „Dunajská“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D4B9AF2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8844434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5395654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3B1D3BE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38150A33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3CEC1C09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9E108E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EE111E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139DB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964C0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EF5427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7C2B12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8D0F4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C900A6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210028FE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FC609B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130443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972BAD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3733B33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B30BF0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DDCC0F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0EA1512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F37212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5D3E4E9F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315EDC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10D571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1848/69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D940BF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Martina Ševčíka or. č. 46 – prodejní stánek před administrativní budovou u vjezdu v areálu Ovocnářského družstva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959A0F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43ED8C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9+67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FCBAE5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8-22 h.</w:t>
            </w: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9AD562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F8E38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EE23EC" w:rsidRPr="00074C4B" w14:paraId="6ECA9004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5AFECE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EE04E5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998/9, 2363/1, 2363/2, 2363/3,</w:t>
            </w:r>
          </w:p>
          <w:p w14:paraId="793E99C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2414/17, 2437/1, 2437/3, 2437/5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9E90A1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vícegenerační hřiště Bosonožská a přilehlé komunikace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1F5DCE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5EA8A4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3785859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E20DB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příležitostný prodej při konání akcí, jejichž organizátorem je statutární město Brno, MČ Brno-Starý Lískovec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353F4F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7B2681FE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03CCE1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D7D570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439/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2413B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Bosonožská ul. u or. č. 7b před Klubem Pepino s bowlingem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1507C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D85541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54B711C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3F187C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9B3AA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rychlé občerstvení, zmrzlina</w:t>
            </w:r>
          </w:p>
        </w:tc>
      </w:tr>
      <w:tr w:rsidR="00EE23EC" w:rsidRPr="00074C4B" w14:paraId="1EFB2D7D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55DF3E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620BA3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655C50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3931259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33BD65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7F59618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8BFEB9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B7B72E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2A353AC8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0CDCB8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7C3D2E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2405/89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4412B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ul. Jemelkova</w:t>
            </w:r>
            <w:r>
              <w:rPr>
                <w:rFonts w:ascii="Arial" w:hAnsi="Arial" w:cs="Arial"/>
                <w:sz w:val="16"/>
                <w:szCs w:val="16"/>
              </w:rPr>
              <w:t xml:space="preserve"> – u přechodu mezi zastávkou MHD Dunajská a nákupním centrem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8E937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BC9479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998C80A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3EF8A2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D51FE4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3C9B7967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1CD309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D8EBF2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2485/1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E05711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 objektu České pošty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78EAD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D5EE69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327DD60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64A4A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0DB9BE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0744BBD6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8D33EB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0D8D7F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2456</w:t>
            </w:r>
            <w:r>
              <w:rPr>
                <w:rFonts w:ascii="Arial" w:hAnsi="Arial" w:cs="Arial"/>
                <w:sz w:val="16"/>
                <w:szCs w:val="16"/>
              </w:rPr>
              <w:t>/4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FA13C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 xml:space="preserve">veřejné prostranství 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074C4B">
              <w:rPr>
                <w:rFonts w:ascii="Arial" w:hAnsi="Arial" w:cs="Arial"/>
                <w:sz w:val="16"/>
                <w:szCs w:val="16"/>
              </w:rPr>
              <w:t xml:space="preserve"> polikliniky pod pergolou, pod prodejnou Albert 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D5C6E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3C97AA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92FF04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4E2761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496F6E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</w:tbl>
    <w:p w14:paraId="72E6B14B" w14:textId="77777777" w:rsidR="00EE23EC" w:rsidRDefault="00EE23EC" w:rsidP="00EE23EC"/>
    <w:tbl>
      <w:tblPr>
        <w:tblW w:w="499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4"/>
        <w:gridCol w:w="1481"/>
        <w:gridCol w:w="2125"/>
        <w:gridCol w:w="1046"/>
        <w:gridCol w:w="939"/>
        <w:gridCol w:w="689"/>
        <w:gridCol w:w="1396"/>
        <w:gridCol w:w="1414"/>
      </w:tblGrid>
      <w:tr w:rsidR="00EE23EC" w:rsidRPr="00074C4B" w14:paraId="5B120BC6" w14:textId="77777777" w:rsidTr="00195737">
        <w:trPr>
          <w:trHeight w:val="274"/>
        </w:trPr>
        <w:tc>
          <w:tcPr>
            <w:tcW w:w="213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2C7F10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103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13432F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09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0528A7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FF592EB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EE23EC" w:rsidRPr="00074C4B" w14:paraId="5912DEB1" w14:textId="77777777" w:rsidTr="00195737"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5A92EE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C392CB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0E369E3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St. Lískovec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61F1C4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84F745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670EF0B3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34ECC0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06B66E7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(m</w:t>
            </w:r>
            <w:r w:rsidRPr="00074C4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74C4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578E01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EF66ED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B4C4C2B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tr w:rsidR="00EE23EC" w:rsidRPr="00074C4B" w14:paraId="52E4F5AB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F61AAC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6A0150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2456</w:t>
            </w:r>
            <w:r>
              <w:rPr>
                <w:rFonts w:ascii="Arial" w:hAnsi="Arial" w:cs="Arial"/>
                <w:sz w:val="16"/>
                <w:szCs w:val="16"/>
              </w:rPr>
              <w:t>/3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C1492F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ul. U Pošty – terasa u prodejny Albert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62151DD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4E5131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8DB0B3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C08C15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5CADF4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A5410">
              <w:rPr>
                <w:rFonts w:ascii="Arial" w:hAnsi="Arial" w:cs="Arial"/>
                <w:spacing w:val="-2"/>
                <w:sz w:val="16"/>
                <w:szCs w:val="16"/>
              </w:rPr>
              <w:t xml:space="preserve">vánoční stromky, </w:t>
            </w:r>
            <w:r>
              <w:rPr>
                <w:rFonts w:ascii="Arial" w:hAnsi="Arial" w:cs="Arial"/>
                <w:sz w:val="16"/>
                <w:szCs w:val="16"/>
              </w:rPr>
              <w:t>vánoční ryby</w:t>
            </w:r>
          </w:p>
        </w:tc>
      </w:tr>
      <w:tr w:rsidR="00EE23EC" w:rsidRPr="00074C4B" w14:paraId="31A4F272" w14:textId="77777777" w:rsidTr="00195737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B18E84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B53F4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2778</w:t>
            </w:r>
          </w:p>
        </w:tc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49AB7C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Osová – mezi mostem a točnou trolejbusu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449754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6E3ED8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6DA954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05D294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prosinec, leden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6C7A84" w14:textId="77777777" w:rsidR="00EE23EC" w:rsidRPr="00AA5410" w:rsidRDefault="00EE23EC" w:rsidP="00195737">
            <w:pPr>
              <w:pStyle w:val="Styltabulky"/>
              <w:rPr>
                <w:rFonts w:ascii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>pro potřebu MČ Brno – Starý Lískovec (rozsvěcení vánočního stromu, novoroční setkání), občerstvení</w:t>
            </w:r>
          </w:p>
        </w:tc>
      </w:tr>
    </w:tbl>
    <w:p w14:paraId="1FF5C6C0" w14:textId="77777777" w:rsidR="00EE23EC" w:rsidRPr="00BC7A50" w:rsidRDefault="00EE23EC" w:rsidP="00EE23EC">
      <w:pPr>
        <w:pStyle w:val="Zkladntext"/>
        <w:spacing w:before="120" w:line="240" w:lineRule="auto"/>
        <w:jc w:val="both"/>
        <w:rPr>
          <w:rFonts w:ascii="Arial" w:hAnsi="Arial" w:cs="Arial"/>
          <w:sz w:val="18"/>
          <w:szCs w:val="18"/>
        </w:rPr>
      </w:pPr>
      <w:r w:rsidRPr="00BC7A50">
        <w:rPr>
          <w:rFonts w:ascii="Arial" w:hAnsi="Arial" w:cs="Arial"/>
          <w:sz w:val="18"/>
          <w:szCs w:val="18"/>
        </w:rPr>
        <w:t xml:space="preserve">* – </w:t>
      </w:r>
      <w:r w:rsidRPr="00BC7A50">
        <w:rPr>
          <w:rFonts w:ascii="Arial" w:hAnsi="Arial" w:cs="Arial"/>
          <w:b/>
          <w:bCs/>
          <w:sz w:val="18"/>
          <w:szCs w:val="18"/>
        </w:rPr>
        <w:t>1)</w:t>
      </w:r>
      <w:r w:rsidRPr="00BC7A50">
        <w:rPr>
          <w:rFonts w:ascii="Arial" w:hAnsi="Arial" w:cs="Arial"/>
          <w:sz w:val="18"/>
          <w:szCs w:val="18"/>
        </w:rPr>
        <w:t xml:space="preserve"> prodej vlastní produkce (ovoce, zelenina, květiny, sazenice, vajíčka, med), prodej lesních plodů včetně hub a prodej nebalené pitné a kojenecké vody;</w:t>
      </w:r>
      <w:r w:rsidRPr="00BC7A50">
        <w:rPr>
          <w:rFonts w:ascii="Arial" w:hAnsi="Arial" w:cs="Arial"/>
          <w:b/>
          <w:bCs/>
          <w:sz w:val="18"/>
          <w:szCs w:val="18"/>
        </w:rPr>
        <w:t xml:space="preserve"> 2)</w:t>
      </w:r>
      <w:r w:rsidRPr="00BC7A50">
        <w:rPr>
          <w:rFonts w:ascii="Arial" w:hAnsi="Arial" w:cs="Arial"/>
          <w:sz w:val="18"/>
          <w:szCs w:val="18"/>
        </w:rPr>
        <w:t xml:space="preserve"> prodej potravin, ovoce, zeleniny, květin, tisku, knih; </w:t>
      </w:r>
      <w:r w:rsidRPr="00BC7A50">
        <w:rPr>
          <w:rFonts w:ascii="Arial" w:hAnsi="Arial" w:cs="Arial"/>
          <w:b/>
          <w:bCs/>
          <w:sz w:val="18"/>
          <w:szCs w:val="18"/>
        </w:rPr>
        <w:t xml:space="preserve">3) </w:t>
      </w:r>
      <w:r w:rsidRPr="00BC7A50">
        <w:rPr>
          <w:rFonts w:ascii="Arial" w:hAnsi="Arial" w:cs="Arial"/>
          <w:sz w:val="18"/>
          <w:szCs w:val="18"/>
        </w:rPr>
        <w:t xml:space="preserve">prodej zboží při příležitosti svátků (Vánoce, Velikonoce, sv. Valentýn, MDŽ, Den matek, Památka zesnulých); </w:t>
      </w:r>
      <w:r w:rsidRPr="00BC7A50">
        <w:rPr>
          <w:rFonts w:ascii="Arial" w:hAnsi="Arial" w:cs="Arial"/>
          <w:b/>
          <w:bCs/>
          <w:sz w:val="18"/>
          <w:szCs w:val="18"/>
        </w:rPr>
        <w:t>4)</w:t>
      </w:r>
      <w:r w:rsidRPr="00BC7A50">
        <w:rPr>
          <w:rFonts w:ascii="Arial" w:hAnsi="Arial" w:cs="Arial"/>
          <w:sz w:val="18"/>
          <w:szCs w:val="18"/>
        </w:rPr>
        <w:t xml:space="preserve"> poskytování služeb</w:t>
      </w:r>
    </w:p>
    <w:p w14:paraId="32D6643B" w14:textId="77777777" w:rsidR="00EE23EC" w:rsidRPr="00BC7A50" w:rsidRDefault="00EE23EC" w:rsidP="00EE23E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C7A50">
        <w:rPr>
          <w:rFonts w:ascii="Arial" w:hAnsi="Arial" w:cs="Arial"/>
          <w:b/>
          <w:bCs/>
          <w:sz w:val="22"/>
          <w:szCs w:val="22"/>
        </w:rPr>
        <w:t>HLAVA C: Předsunutá prodejní místa</w:t>
      </w:r>
      <w:bookmarkStart w:id="41" w:name="_Hlk69370299"/>
    </w:p>
    <w:tbl>
      <w:tblPr>
        <w:tblW w:w="4986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1"/>
        <w:gridCol w:w="1151"/>
        <w:gridCol w:w="2244"/>
        <w:gridCol w:w="1034"/>
        <w:gridCol w:w="942"/>
        <w:gridCol w:w="1326"/>
        <w:gridCol w:w="990"/>
        <w:gridCol w:w="1458"/>
      </w:tblGrid>
      <w:tr w:rsidR="00EE23EC" w:rsidRPr="00074C4B" w14:paraId="7519A970" w14:textId="77777777" w:rsidTr="00195737">
        <w:trPr>
          <w:trHeight w:val="274"/>
        </w:trPr>
        <w:tc>
          <w:tcPr>
            <w:tcW w:w="199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CFF2EA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3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A6DFC9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1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E407A0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6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005444A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EE23EC" w:rsidRPr="00074C4B" w14:paraId="0E7F4281" w14:textId="77777777" w:rsidTr="00195737">
        <w:tc>
          <w:tcPr>
            <w:tcW w:w="21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8636BA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EE8650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68A397EE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Starý Lískovec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0882BD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8C8179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4FDF9D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4427004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(m</w:t>
            </w:r>
            <w:r w:rsidRPr="006E6E0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74C4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D00519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605A08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16AEFD3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EE23EC" w:rsidRPr="00074C4B" w14:paraId="72FB2826" w14:textId="77777777" w:rsidTr="00195737"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2701F7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8335EC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074C4B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074C4B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B88CB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ul. U Pošty u or. č. 14 – u řeznictví a uzenářství „Sosnovský“</w:t>
            </w:r>
          </w:p>
        </w:tc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FBAE4A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5A03E2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53B503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5431F9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0DD6EE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vánoční ryby</w:t>
            </w:r>
          </w:p>
        </w:tc>
      </w:tr>
      <w:tr w:rsidR="00EE23EC" w:rsidRPr="00074C4B" w14:paraId="22A45748" w14:textId="77777777" w:rsidTr="00195737"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4022C8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831891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2485/1</w:t>
            </w:r>
          </w:p>
        </w:tc>
        <w:tc>
          <w:tcPr>
            <w:tcW w:w="1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52383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ul. U Pošty u prodejny květin</w:t>
            </w:r>
          </w:p>
        </w:tc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4338AD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E1FC25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17,8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92F33B" w14:textId="77777777" w:rsidR="00EE23EC" w:rsidRPr="00DE2295" w:rsidRDefault="00EE23EC" w:rsidP="00195737">
            <w:pPr>
              <w:pStyle w:val="Styltabulky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DE2295">
              <w:rPr>
                <w:rFonts w:ascii="Arial" w:hAnsi="Arial" w:cs="Arial"/>
                <w:spacing w:val="-6"/>
                <w:sz w:val="16"/>
                <w:szCs w:val="16"/>
              </w:rPr>
              <w:t>dle prodejní doby květinářství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89E57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34E790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sezónní zboží</w:t>
            </w:r>
          </w:p>
        </w:tc>
      </w:tr>
    </w:tbl>
    <w:bookmarkEnd w:id="41"/>
    <w:p w14:paraId="15B52213" w14:textId="77777777" w:rsidR="00EE23EC" w:rsidRPr="00BC7A50" w:rsidRDefault="00EE23EC" w:rsidP="00EE23E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C7A50">
        <w:rPr>
          <w:rFonts w:ascii="Arial" w:hAnsi="Arial" w:cs="Arial"/>
          <w:b/>
          <w:bCs/>
          <w:sz w:val="22"/>
          <w:szCs w:val="22"/>
        </w:rPr>
        <w:t>HLAVA D:  Restaurační zahrádky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81"/>
        <w:gridCol w:w="1121"/>
        <w:gridCol w:w="1978"/>
        <w:gridCol w:w="1234"/>
        <w:gridCol w:w="836"/>
        <w:gridCol w:w="1242"/>
        <w:gridCol w:w="1248"/>
        <w:gridCol w:w="1443"/>
      </w:tblGrid>
      <w:tr w:rsidR="00EE23EC" w:rsidRPr="00074C4B" w14:paraId="768BA931" w14:textId="77777777" w:rsidTr="00195737">
        <w:trPr>
          <w:trHeight w:val="274"/>
        </w:trPr>
        <w:tc>
          <w:tcPr>
            <w:tcW w:w="186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E9003A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42" w:name="_Hlk197318867"/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8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BA9C4A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9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0AC050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5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E809974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C4B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EE23EC" w:rsidRPr="00074C4B" w14:paraId="2BB46CC4" w14:textId="77777777" w:rsidTr="00195737">
        <w:tc>
          <w:tcPr>
            <w:tcW w:w="25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E6A387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1C4D15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0DC5ECB5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Starý</w:t>
            </w:r>
          </w:p>
          <w:p w14:paraId="7D169991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Lískovec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0E4A42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43A61C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00485BBD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F413C9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8A7F3B8" w14:textId="77777777" w:rsidR="00EE23EC" w:rsidRPr="00074C4B" w:rsidRDefault="00EE23EC" w:rsidP="0019573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(m</w:t>
            </w:r>
            <w:r w:rsidRPr="006E6E0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74C4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3D98B5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1840CE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697AEBC9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42"/>
      <w:tr w:rsidR="00EE23EC" w:rsidRPr="00074C4B" w14:paraId="5557B3BC" w14:textId="77777777" w:rsidTr="00195737">
        <w:tc>
          <w:tcPr>
            <w:tcW w:w="2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BD6083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85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2C5C1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301/2</w:t>
            </w:r>
          </w:p>
        </w:tc>
        <w:tc>
          <w:tcPr>
            <w:tcW w:w="103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D63B7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 Club-Billiard Baru na Jemelkově ul. or. č. 64</w:t>
            </w:r>
          </w:p>
        </w:tc>
        <w:tc>
          <w:tcPr>
            <w:tcW w:w="64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B44542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D1C693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BBC7D4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EDBC00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521761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4C31CAD6" w14:textId="77777777" w:rsidTr="00195737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09728C9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20479A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2225/8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0BC5602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 bistra na ul. Labské or. č. 21a</w:t>
            </w:r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343C701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DA58C6F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30942E3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3557B9A9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017A4EE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4CC08C47" w14:textId="77777777" w:rsidTr="00195737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D3F4232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EDB3DE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2328/1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BE364B1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 vinotéky „Pod Peřinou“ na ul. U Hřiště or. č. 21</w:t>
            </w:r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0D9AD21D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77B6719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42EE54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361E9B4D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4F38AFE4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0F4D82EA" w14:textId="77777777" w:rsidTr="00195737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1D26074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ECB01C1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2328/1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D0F2B1E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 rest. na ul. U Hřiště or. č. 21b</w:t>
            </w:r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9F60E3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F8C3888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161B07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3BBBB71F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B6CFDB3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1A0EEC89" w14:textId="77777777" w:rsidTr="00195737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BA3F80B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C6F77D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2329/1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B5555A2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i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 rest. na ul. U Hřiště or. č. 21b</w:t>
            </w:r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43C3229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0129C5A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5504E39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379BE8D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7340DA9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69400557" w14:textId="77777777" w:rsidTr="00195737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9950C3A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602D95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2390/4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65901B9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 rest. Don na ul. Kurské or. č. 5</w:t>
            </w:r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7FA400AD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1BAF152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0BC8B60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DFBD8D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31BAE06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24EA7AFB" w14:textId="77777777" w:rsidTr="00195737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819DBB5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30E8751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2718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F6A231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Vltavská ul. or. č. 4 před provozovnou Karlova Pekárna</w:t>
            </w:r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75D0FC2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D6632FD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04BF176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31F1E89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874D3B4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bez alkoholických nápojů</w:t>
            </w:r>
          </w:p>
        </w:tc>
      </w:tr>
      <w:tr w:rsidR="00EE23EC" w:rsidRPr="00074C4B" w14:paraId="638E083D" w14:textId="77777777" w:rsidTr="00195737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27CB9D0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5F1371C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43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74C4B"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1DBD8C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074C4B">
              <w:rPr>
                <w:rFonts w:ascii="Arial" w:hAnsi="Arial" w:cs="Arial"/>
                <w:spacing w:val="-4"/>
                <w:sz w:val="16"/>
                <w:szCs w:val="16"/>
              </w:rPr>
              <w:t>ul. Jemelkova or. č. 31</w:t>
            </w:r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4A183F8E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F4B0EB1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D7F698E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10–22 h.*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C012A7A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březen–říjen</w:t>
            </w: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13C76583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hudební produkce</w:t>
            </w:r>
          </w:p>
        </w:tc>
      </w:tr>
      <w:tr w:rsidR="00EE23EC" w:rsidRPr="00074C4B" w14:paraId="2302406B" w14:textId="77777777" w:rsidTr="00195737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ADEE819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47ADC0D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858B7CF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 rest. U Ligáča na ul. Klobásova or. č. 79</w:t>
            </w:r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E907F4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86FA307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6DCE3462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1ABC82B9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4CEFB512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5D9186F1" w14:textId="77777777" w:rsidTr="00195737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86E0A49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08D5BF4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998/9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A0D536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 herny Pepino na ul. Bosonožská or. č. 7</w:t>
            </w:r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1C45F70E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3239CFE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484A8BFF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6EE999A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12B8FB6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46C46A7D" w14:textId="77777777" w:rsidTr="00195737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2F2B44D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3FBC544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CCB8CA3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77DEEEE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E7FFBC5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4EEA851D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16018D7E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549DDA1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3EC" w:rsidRPr="00074C4B" w14:paraId="39FE125E" w14:textId="77777777" w:rsidTr="00195737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3617D8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3DC2E3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2842/1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6A5D6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ul. U Pošty u or. č. 14 – v atriu polikliniky</w:t>
            </w:r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58DF13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6B98AF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CD32EA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11–22 h.*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26FD78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0D6C2DB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hudební produkce</w:t>
            </w:r>
          </w:p>
        </w:tc>
      </w:tr>
      <w:tr w:rsidR="00EE23EC" w:rsidRPr="00074C4B" w14:paraId="4004CC8A" w14:textId="77777777" w:rsidTr="00195737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136C93" w14:textId="77777777" w:rsidR="00EE23EC" w:rsidRPr="00074C4B" w:rsidRDefault="00EE23EC" w:rsidP="0019573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4B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3927B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B61317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74C4B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607316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FED9F1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FBBBC1" w14:textId="77777777" w:rsidR="00EE23EC" w:rsidRPr="00074C4B" w:rsidRDefault="00EE23EC" w:rsidP="0019573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F5EC6B6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FA07AA" w14:textId="77777777" w:rsidR="00EE23EC" w:rsidRPr="00074C4B" w:rsidRDefault="00EE23EC" w:rsidP="0019573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27A46D" w14:textId="77777777" w:rsidR="00EE23EC" w:rsidRPr="006E6E05" w:rsidRDefault="00EE23EC" w:rsidP="00EE23EC">
      <w:pPr>
        <w:pStyle w:val="Styltabulky"/>
        <w:spacing w:before="120" w:line="240" w:lineRule="auto"/>
        <w:rPr>
          <w:rFonts w:ascii="Arial" w:hAnsi="Arial" w:cs="Arial"/>
          <w:sz w:val="18"/>
          <w:szCs w:val="18"/>
        </w:rPr>
      </w:pPr>
      <w:r w:rsidRPr="006E6E05">
        <w:rPr>
          <w:rFonts w:ascii="Arial" w:hAnsi="Arial" w:cs="Arial"/>
          <w:sz w:val="18"/>
          <w:szCs w:val="18"/>
        </w:rPr>
        <w:t>* – bez možnosti hudební produkce</w:t>
      </w:r>
    </w:p>
    <w:p w14:paraId="72DB985A" w14:textId="77777777" w:rsidR="00EE23EC" w:rsidRPr="00BC7A50" w:rsidRDefault="00EE23EC" w:rsidP="00EE23EC">
      <w:pPr>
        <w:pStyle w:val="Zkladntext"/>
        <w:spacing w:before="240" w:line="240" w:lineRule="auto"/>
        <w:rPr>
          <w:rFonts w:ascii="Arial" w:hAnsi="Arial" w:cs="Arial"/>
          <w:b/>
          <w:bCs/>
          <w:sz w:val="22"/>
          <w:szCs w:val="22"/>
        </w:rPr>
      </w:pPr>
      <w:r w:rsidRPr="00BC7A50">
        <w:rPr>
          <w:rFonts w:ascii="Arial" w:hAnsi="Arial" w:cs="Arial"/>
          <w:b/>
          <w:bCs/>
          <w:sz w:val="22"/>
          <w:szCs w:val="22"/>
        </w:rPr>
        <w:t xml:space="preserve">HLAVA E: Pojízdný prodej, pochůzkový prodej a prodej bez prodejního zařízení  </w:t>
      </w:r>
    </w:p>
    <w:p w14:paraId="6D709BB8" w14:textId="77777777" w:rsidR="00EE23EC" w:rsidRPr="00BC7A50" w:rsidRDefault="00EE23EC" w:rsidP="00EE23EC">
      <w:pPr>
        <w:pStyle w:val="Zkladntext"/>
        <w:spacing w:before="120" w:line="240" w:lineRule="auto"/>
        <w:jc w:val="both"/>
        <w:rPr>
          <w:rFonts w:ascii="Arial" w:hAnsi="Arial" w:cs="Arial"/>
          <w:sz w:val="20"/>
          <w:szCs w:val="20"/>
        </w:rPr>
      </w:pPr>
      <w:bookmarkStart w:id="43" w:name="_Hlk41634383"/>
      <w:r w:rsidRPr="00BC7A50">
        <w:rPr>
          <w:rFonts w:ascii="Arial" w:hAnsi="Arial" w:cs="Arial"/>
          <w:sz w:val="20"/>
          <w:szCs w:val="20"/>
        </w:rPr>
        <w:t>Pojízdný prodej je možno provozovat při splnění požadavků právních předpisů na celém území MČ Brno</w:t>
      </w:r>
      <w:r>
        <w:rPr>
          <w:rFonts w:ascii="Arial" w:hAnsi="Arial" w:cs="Arial"/>
          <w:sz w:val="20"/>
          <w:szCs w:val="20"/>
        </w:rPr>
        <w:t xml:space="preserve"> – </w:t>
      </w:r>
      <w:r w:rsidRPr="00BC7A50">
        <w:rPr>
          <w:rFonts w:ascii="Arial" w:hAnsi="Arial" w:cs="Arial"/>
          <w:sz w:val="20"/>
          <w:szCs w:val="20"/>
        </w:rPr>
        <w:t>Starý Lískovec.</w:t>
      </w:r>
      <w:bookmarkEnd w:id="43"/>
    </w:p>
    <w:p w14:paraId="1412D8C2" w14:textId="77777777" w:rsidR="00EE23EC" w:rsidRPr="00BC7A50" w:rsidRDefault="00EE23EC" w:rsidP="00EE23EC">
      <w:pPr>
        <w:pStyle w:val="Zkladntext"/>
        <w:spacing w:before="120" w:line="240" w:lineRule="auto"/>
        <w:jc w:val="both"/>
        <w:rPr>
          <w:rFonts w:ascii="Arial" w:hAnsi="Arial" w:cs="Arial"/>
          <w:sz w:val="20"/>
          <w:szCs w:val="20"/>
        </w:rPr>
      </w:pPr>
      <w:r w:rsidRPr="00BC7A50">
        <w:rPr>
          <w:rFonts w:ascii="Arial" w:hAnsi="Arial" w:cs="Arial"/>
          <w:sz w:val="20"/>
          <w:szCs w:val="20"/>
        </w:rPr>
        <w:t>Pochůzkový prodej a prodej bez prodejního zařízení je v MČ Brno</w:t>
      </w:r>
      <w:r>
        <w:rPr>
          <w:rFonts w:ascii="Arial" w:hAnsi="Arial" w:cs="Arial"/>
          <w:sz w:val="20"/>
          <w:szCs w:val="20"/>
        </w:rPr>
        <w:t xml:space="preserve"> – </w:t>
      </w:r>
      <w:r w:rsidRPr="00BC7A50">
        <w:rPr>
          <w:rFonts w:ascii="Arial" w:hAnsi="Arial" w:cs="Arial"/>
          <w:sz w:val="20"/>
          <w:szCs w:val="20"/>
        </w:rPr>
        <w:t xml:space="preserve">Starý Lískovec zakázán. </w:t>
      </w:r>
    </w:p>
    <w:p w14:paraId="32124825" w14:textId="77777777" w:rsidR="00EE23EC" w:rsidRPr="00BC7A50" w:rsidRDefault="00EE23EC" w:rsidP="00EE23EC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C7A50">
        <w:rPr>
          <w:rFonts w:ascii="Arial" w:hAnsi="Arial" w:cs="Arial"/>
          <w:b/>
          <w:bCs/>
          <w:sz w:val="22"/>
          <w:szCs w:val="22"/>
        </w:rPr>
        <w:lastRenderedPageBreak/>
        <w:t>HLAVA F: Vymezení sortimentu</w:t>
      </w:r>
    </w:p>
    <w:p w14:paraId="026679BA" w14:textId="77777777" w:rsidR="00EE23EC" w:rsidRPr="00BC7A50" w:rsidRDefault="00EE23EC" w:rsidP="00EE23EC">
      <w:pPr>
        <w:pStyle w:val="Zkladntext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C7A50">
        <w:rPr>
          <w:rFonts w:ascii="Arial" w:hAnsi="Arial" w:cs="Arial"/>
          <w:sz w:val="20"/>
          <w:szCs w:val="20"/>
        </w:rPr>
        <w:t>V lokalitách na území MČ Brno</w:t>
      </w:r>
      <w:r>
        <w:rPr>
          <w:rFonts w:ascii="Arial" w:hAnsi="Arial" w:cs="Arial"/>
          <w:sz w:val="20"/>
          <w:szCs w:val="20"/>
        </w:rPr>
        <w:t xml:space="preserve"> – </w:t>
      </w:r>
      <w:r w:rsidRPr="00BC7A50">
        <w:rPr>
          <w:rFonts w:ascii="Arial" w:hAnsi="Arial" w:cs="Arial"/>
          <w:sz w:val="20"/>
          <w:szCs w:val="20"/>
        </w:rPr>
        <w:t xml:space="preserve">Starý Lískovec je zakázán prodej erotického zboží. Vymezení sortimentu uvedené výše zůstává nedotčeno. </w:t>
      </w:r>
    </w:p>
    <w:p w14:paraId="30589695" w14:textId="77777777" w:rsidR="00EE23EC" w:rsidRPr="00F518B2" w:rsidRDefault="00EE23EC" w:rsidP="00EE23EC"/>
    <w:p w14:paraId="661EC8D8" w14:textId="77777777" w:rsidR="00C613B9" w:rsidRDefault="00C613B9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37574A0D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3C9F5FDD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720FBE54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2BD37933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4C0D156A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44EAD1F7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4BE9C701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05FB75F3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688F6A40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58EA733B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5F81985B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7872FC14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4B138138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302AF025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3E99D4A0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51CB8070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52FE9248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7EBCE045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7DE55B46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01F4CF3A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53646314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40A34E71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64AF94CA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7DEE2B8B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4618B23E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4BA815D9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61654BC4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74EFE216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61CE1141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6B237025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062D06FA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7E60D845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4BACB3D9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30D64C51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6B47752D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222CAD87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3FB90E26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4B56E66A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22699F46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0477382C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1C49D6A3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5EB9AE31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3D1415CC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5BDCFD74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7D0A798A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272D9B2E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6E2DC087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6BEA24FA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69C86158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303B4A1A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45492F9E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60718025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317000AC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34306911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4756A9DE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66D6B315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20171D86" w14:textId="77777777" w:rsidR="00EE23EC" w:rsidRDefault="00EE23EC" w:rsidP="00C613B9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20B8EFE2" w14:textId="77777777" w:rsidR="00092ADE" w:rsidRPr="00B21894" w:rsidRDefault="00092ADE" w:rsidP="00092ADE">
      <w:pPr>
        <w:pStyle w:val="Zkladntext"/>
        <w:rPr>
          <w:rFonts w:ascii="Arial" w:hAnsi="Arial" w:cs="Arial"/>
          <w:b/>
          <w:bCs/>
          <w:sz w:val="22"/>
          <w:szCs w:val="22"/>
        </w:rPr>
      </w:pPr>
      <w:bookmarkStart w:id="44" w:name="_Hlk46216173"/>
      <w:bookmarkEnd w:id="39"/>
      <w:r w:rsidRPr="00B21894">
        <w:rPr>
          <w:rFonts w:ascii="Arial" w:hAnsi="Arial" w:cs="Arial"/>
          <w:b/>
          <w:bCs/>
          <w:sz w:val="22"/>
          <w:szCs w:val="22"/>
        </w:rPr>
        <w:lastRenderedPageBreak/>
        <w:t>ČÁST XXIII</w:t>
      </w:r>
    </w:p>
    <w:p w14:paraId="71D77908" w14:textId="77777777" w:rsidR="00092ADE" w:rsidRPr="00B21894" w:rsidRDefault="00092ADE" w:rsidP="00092ADE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B21894">
        <w:rPr>
          <w:rFonts w:ascii="Arial" w:hAnsi="Arial" w:cs="Arial"/>
          <w:b/>
          <w:bCs/>
          <w:sz w:val="22"/>
          <w:szCs w:val="22"/>
        </w:rPr>
        <w:t>MČ BRNO-STŘED</w:t>
      </w:r>
    </w:p>
    <w:p w14:paraId="724B1021" w14:textId="77777777" w:rsidR="00092ADE" w:rsidRPr="00B21894" w:rsidRDefault="00092ADE" w:rsidP="00092ADE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21894">
        <w:rPr>
          <w:rFonts w:ascii="Arial" w:hAnsi="Arial" w:cs="Arial"/>
          <w:b/>
          <w:bCs/>
          <w:sz w:val="22"/>
          <w:szCs w:val="22"/>
        </w:rPr>
        <w:t>HLAVA A: Tržiště</w:t>
      </w:r>
    </w:p>
    <w:p w14:paraId="44B6B54E" w14:textId="77777777" w:rsidR="00092ADE" w:rsidRPr="00B21894" w:rsidRDefault="00092ADE" w:rsidP="00092ADE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21894">
        <w:rPr>
          <w:rFonts w:ascii="Arial" w:hAnsi="Arial" w:cs="Arial"/>
          <w:b/>
          <w:bCs/>
          <w:sz w:val="22"/>
          <w:szCs w:val="22"/>
        </w:rPr>
        <w:t>A1) Tržiště – k. ú. Město Brno: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98"/>
        <w:gridCol w:w="991"/>
        <w:gridCol w:w="29"/>
        <w:gridCol w:w="1840"/>
        <w:gridCol w:w="11"/>
        <w:gridCol w:w="983"/>
        <w:gridCol w:w="10"/>
        <w:gridCol w:w="943"/>
        <w:gridCol w:w="50"/>
        <w:gridCol w:w="1089"/>
        <w:gridCol w:w="46"/>
        <w:gridCol w:w="1568"/>
        <w:gridCol w:w="19"/>
        <w:gridCol w:w="1506"/>
      </w:tblGrid>
      <w:tr w:rsidR="00092ADE" w:rsidRPr="005C0F58" w14:paraId="01667BB4" w14:textId="77777777" w:rsidTr="00092ADE">
        <w:trPr>
          <w:trHeight w:val="274"/>
        </w:trPr>
        <w:tc>
          <w:tcPr>
            <w:tcW w:w="1752" w:type="pct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5639CB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16" w:type="pct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F3ED0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36" w:type="pct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D8D59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9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7862C8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5C0F58" w14:paraId="0207127B" w14:textId="77777777" w:rsidTr="00D24B11">
        <w:trPr>
          <w:trHeight w:val="426"/>
        </w:trPr>
        <w:tc>
          <w:tcPr>
            <w:tcW w:w="260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A46143" w14:textId="77777777" w:rsidR="00092ADE" w:rsidRPr="009A2384" w:rsidRDefault="00092ADE" w:rsidP="006D5BC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32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341C02" w14:textId="77777777" w:rsidR="00092ADE" w:rsidRPr="009A2384" w:rsidRDefault="00092ADE" w:rsidP="006D5BC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2367C5" w14:textId="77777777" w:rsidR="00092ADE" w:rsidRPr="009A2384" w:rsidRDefault="00092ADE" w:rsidP="006D5BC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19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50D1BF" w14:textId="77777777" w:rsidR="00092ADE" w:rsidRPr="009A2384" w:rsidRDefault="00092ADE" w:rsidP="006D5BC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0A8B7CC8" w14:textId="77777777" w:rsidR="00092ADE" w:rsidRPr="009A2384" w:rsidRDefault="00092ADE" w:rsidP="006D5BC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97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3EC9D1" w14:textId="77777777" w:rsidR="00092ADE" w:rsidRPr="009A2384" w:rsidRDefault="00092ADE" w:rsidP="006D5BC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7D12381" w14:textId="7F5E382A" w:rsidR="00092ADE" w:rsidRPr="009A2384" w:rsidRDefault="00092ADE" w:rsidP="006D5BC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(</w:t>
            </w:r>
            <w:r w:rsidR="006D5BCC">
              <w:rPr>
                <w:rFonts w:ascii="Arial" w:hAnsi="Arial" w:cs="Arial"/>
                <w:sz w:val="16"/>
                <w:szCs w:val="16"/>
              </w:rPr>
              <w:t>m</w:t>
            </w:r>
            <w:r w:rsidR="006D5BCC" w:rsidRPr="006D5BCC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A238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94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4BD7C4" w14:textId="77777777" w:rsidR="00092ADE" w:rsidRPr="009A2384" w:rsidRDefault="00092ADE" w:rsidP="006D5BC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42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A1541D" w14:textId="77777777" w:rsidR="00092ADE" w:rsidRPr="009A2384" w:rsidRDefault="00092ADE" w:rsidP="006D5BC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6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524DB8A" w14:textId="77777777" w:rsidR="00092ADE" w:rsidRPr="009A2384" w:rsidRDefault="00092ADE" w:rsidP="006D5BCC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9A2384" w14:paraId="5EF148E3" w14:textId="77777777" w:rsidTr="00D24B11">
        <w:trPr>
          <w:trHeight w:val="647"/>
        </w:trPr>
        <w:tc>
          <w:tcPr>
            <w:tcW w:w="26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45CA7E3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32" w:type="pct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1A199F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6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F9B814D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19" w:type="pct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BBC3D24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F82639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832BB8C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náměstí</w:t>
            </w:r>
          </w:p>
        </w:tc>
        <w:tc>
          <w:tcPr>
            <w:tcW w:w="594" w:type="pct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D51A5BA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 6.30–</w:t>
            </w:r>
          </w:p>
          <w:p w14:paraId="704FAF6D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–21.30 h.</w:t>
            </w:r>
          </w:p>
        </w:tc>
        <w:tc>
          <w:tcPr>
            <w:tcW w:w="842" w:type="pct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C09E74D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1.6.–30.9. (Léto v centru)</w:t>
            </w:r>
          </w:p>
        </w:tc>
        <w:tc>
          <w:tcPr>
            <w:tcW w:w="796" w:type="pct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2FB54C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1595F132" w14:textId="77777777" w:rsidTr="00D24B11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9861570" w14:textId="77777777" w:rsidR="00092ADE" w:rsidRPr="00EE1B28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1B28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7F155E2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078A407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F399416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EF2C6EA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2C5DE5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náměstí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BEEA510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po-ne 6.30-</w:t>
            </w:r>
          </w:p>
          <w:p w14:paraId="3D3F3646" w14:textId="046F6B7D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-2</w:t>
            </w:r>
            <w:r w:rsidR="00266ED9">
              <w:rPr>
                <w:rFonts w:ascii="Arial" w:hAnsi="Arial" w:cs="Arial"/>
                <w:sz w:val="16"/>
                <w:szCs w:val="16"/>
              </w:rPr>
              <w:t>4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 w:rsidR="00266ED9">
              <w:rPr>
                <w:rFonts w:ascii="Arial" w:hAnsi="Arial" w:cs="Arial"/>
                <w:sz w:val="16"/>
                <w:szCs w:val="16"/>
              </w:rPr>
              <w:t>0</w:t>
            </w:r>
            <w:r w:rsidRPr="009A2384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19CD089" w14:textId="0D064D8A" w:rsidR="00092ADE" w:rsidRPr="009A2384" w:rsidRDefault="00266ED9" w:rsidP="00523062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3</w:t>
            </w:r>
            <w:r w:rsidRPr="009A2384">
              <w:rPr>
                <w:rFonts w:ascii="Arial" w:hAnsi="Arial" w:cs="Arial"/>
                <w:sz w:val="16"/>
                <w:szCs w:val="16"/>
              </w:rPr>
              <w:t>.–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4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 w:rsidRPr="009A2384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092ADE" w:rsidRPr="009A2384">
              <w:rPr>
                <w:rFonts w:ascii="Arial" w:hAnsi="Arial" w:cs="Arial"/>
                <w:spacing w:val="-6"/>
                <w:sz w:val="16"/>
                <w:szCs w:val="16"/>
              </w:rPr>
              <w:t xml:space="preserve">(Velikonoční </w:t>
            </w:r>
            <w:r w:rsidR="006D5BCC">
              <w:rPr>
                <w:rFonts w:ascii="Arial" w:hAnsi="Arial" w:cs="Arial"/>
                <w:spacing w:val="-6"/>
                <w:sz w:val="16"/>
                <w:szCs w:val="16"/>
              </w:rPr>
              <w:t>slavnosti</w:t>
            </w:r>
            <w:r w:rsidR="00092ADE" w:rsidRPr="009A2384">
              <w:rPr>
                <w:rFonts w:ascii="Arial" w:hAnsi="Arial" w:cs="Arial"/>
                <w:spacing w:val="-6"/>
                <w:sz w:val="16"/>
                <w:szCs w:val="16"/>
              </w:rPr>
              <w:t>)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7F8F9DA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239DBA38" w14:textId="77777777" w:rsidTr="00D24B11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452CC34" w14:textId="77777777" w:rsidR="00092ADE" w:rsidRPr="00EE1B28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1B28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770B3D7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9B02DD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6DBC98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8CE3460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9BC30E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náměstí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3ACC23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po-ne 6.30-</w:t>
            </w:r>
          </w:p>
          <w:p w14:paraId="55A3B017" w14:textId="076384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-2</w:t>
            </w:r>
            <w:r w:rsidR="00266ED9">
              <w:rPr>
                <w:rFonts w:ascii="Arial" w:hAnsi="Arial" w:cs="Arial"/>
                <w:sz w:val="16"/>
                <w:szCs w:val="16"/>
              </w:rPr>
              <w:t>4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 w:rsidR="00266ED9">
              <w:rPr>
                <w:rFonts w:ascii="Arial" w:hAnsi="Arial" w:cs="Arial"/>
                <w:sz w:val="16"/>
                <w:szCs w:val="16"/>
              </w:rPr>
              <w:t>0</w:t>
            </w:r>
            <w:r w:rsidRPr="009A2384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3A742B8" w14:textId="25E4D706" w:rsidR="00092ADE" w:rsidRPr="009A2384" w:rsidRDefault="00266ED9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92ADE" w:rsidRPr="009A2384">
              <w:rPr>
                <w:rFonts w:ascii="Arial" w:hAnsi="Arial" w:cs="Arial"/>
                <w:sz w:val="16"/>
                <w:szCs w:val="16"/>
              </w:rPr>
              <w:t>2.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92ADE" w:rsidRPr="009A2384">
              <w:rPr>
                <w:rFonts w:ascii="Arial" w:hAnsi="Arial" w:cs="Arial"/>
                <w:sz w:val="16"/>
                <w:szCs w:val="16"/>
              </w:rPr>
              <w:t>5.–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92ADE" w:rsidRPr="009A2384">
              <w:rPr>
                <w:rFonts w:ascii="Arial" w:hAnsi="Arial" w:cs="Arial"/>
                <w:sz w:val="16"/>
                <w:szCs w:val="16"/>
              </w:rPr>
              <w:t>7.</w:t>
            </w:r>
            <w:r>
              <w:rPr>
                <w:rFonts w:ascii="Arial" w:hAnsi="Arial" w:cs="Arial"/>
                <w:sz w:val="16"/>
                <w:szCs w:val="16"/>
              </w:rPr>
              <w:t xml:space="preserve"> 5</w:t>
            </w:r>
            <w:r w:rsidR="00092ADE" w:rsidRPr="009A2384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2B73096" w14:textId="6CC75694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(</w:t>
            </w:r>
            <w:r w:rsidR="00266ED9">
              <w:rPr>
                <w:rFonts w:ascii="Arial" w:hAnsi="Arial" w:cs="Arial"/>
                <w:sz w:val="16"/>
                <w:szCs w:val="16"/>
              </w:rPr>
              <w:t>Máj</w:t>
            </w:r>
            <w:r w:rsidRPr="009A2384">
              <w:rPr>
                <w:rFonts w:ascii="Arial" w:hAnsi="Arial" w:cs="Arial"/>
                <w:sz w:val="16"/>
                <w:szCs w:val="16"/>
              </w:rPr>
              <w:t>ové slavnosti)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8CFB69F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57824502" w14:textId="77777777" w:rsidTr="00D24B11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4FDC29E" w14:textId="77777777" w:rsidR="00092ADE" w:rsidRPr="00EE1B28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1B28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6202427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A17D6A4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F922FB0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63C522D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32936A7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náměstí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F22883F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po-ne 6.30-</w:t>
            </w:r>
          </w:p>
          <w:p w14:paraId="1AD1C217" w14:textId="57D2FACC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-2</w:t>
            </w:r>
            <w:r w:rsidR="00266ED9">
              <w:rPr>
                <w:rFonts w:ascii="Arial" w:hAnsi="Arial" w:cs="Arial"/>
                <w:sz w:val="16"/>
                <w:szCs w:val="16"/>
              </w:rPr>
              <w:t>4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 w:rsidR="00266ED9">
              <w:rPr>
                <w:rFonts w:ascii="Arial" w:hAnsi="Arial" w:cs="Arial"/>
                <w:sz w:val="16"/>
                <w:szCs w:val="16"/>
              </w:rPr>
              <w:t>0</w:t>
            </w:r>
            <w:r w:rsidRPr="009A2384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C0FA0BA" w14:textId="2CA63102" w:rsidR="00092ADE" w:rsidRPr="009A2384" w:rsidRDefault="00266ED9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092ADE"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92ADE" w:rsidRPr="009A2384">
              <w:rPr>
                <w:rFonts w:ascii="Arial" w:hAnsi="Arial" w:cs="Arial"/>
                <w:sz w:val="16"/>
                <w:szCs w:val="16"/>
              </w:rPr>
              <w:t>6.–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="00092ADE"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92ADE" w:rsidRPr="009A2384">
              <w:rPr>
                <w:rFonts w:ascii="Arial" w:hAnsi="Arial" w:cs="Arial"/>
                <w:sz w:val="16"/>
                <w:szCs w:val="16"/>
              </w:rPr>
              <w:t>6.</w:t>
            </w:r>
          </w:p>
          <w:p w14:paraId="7E95FE7F" w14:textId="720E0AC3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(</w:t>
            </w:r>
            <w:r w:rsidR="00266ED9">
              <w:rPr>
                <w:rFonts w:ascii="Arial" w:hAnsi="Arial" w:cs="Arial"/>
                <w:sz w:val="16"/>
                <w:szCs w:val="16"/>
              </w:rPr>
              <w:t>Brno Grand Prix</w:t>
            </w:r>
            <w:r w:rsidRPr="009A238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B5142F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64F07D42" w14:textId="77777777" w:rsidTr="00D24B11">
        <w:trPr>
          <w:trHeight w:val="6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B9E4AAC" w14:textId="77777777" w:rsidR="00092ADE" w:rsidRPr="00EE1B28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1B28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2A3865F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666B4D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D347D22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1B18A2B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30E878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náměstí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F726C8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po-ne 6.30-</w:t>
            </w:r>
          </w:p>
          <w:p w14:paraId="33BA8EA0" w14:textId="33299CFC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-2</w:t>
            </w:r>
            <w:r w:rsidR="00904AA2">
              <w:rPr>
                <w:rFonts w:ascii="Arial" w:hAnsi="Arial" w:cs="Arial"/>
                <w:sz w:val="16"/>
                <w:szCs w:val="16"/>
              </w:rPr>
              <w:t>4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 w:rsidR="00904AA2">
              <w:rPr>
                <w:rFonts w:ascii="Arial" w:hAnsi="Arial" w:cs="Arial"/>
                <w:sz w:val="16"/>
                <w:szCs w:val="16"/>
              </w:rPr>
              <w:t>0</w:t>
            </w:r>
            <w:r w:rsidRPr="009A2384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6FE5536" w14:textId="78AFF2FC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</w:t>
            </w:r>
            <w:r w:rsidR="00266ED9">
              <w:rPr>
                <w:rFonts w:ascii="Arial" w:hAnsi="Arial" w:cs="Arial"/>
                <w:sz w:val="16"/>
                <w:szCs w:val="16"/>
              </w:rPr>
              <w:t>3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 w:rsidR="00266E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A2384">
              <w:rPr>
                <w:rFonts w:ascii="Arial" w:hAnsi="Arial" w:cs="Arial"/>
                <w:sz w:val="16"/>
                <w:szCs w:val="16"/>
              </w:rPr>
              <w:t>6.–</w:t>
            </w:r>
            <w:r w:rsidR="00266ED9">
              <w:rPr>
                <w:rFonts w:ascii="Arial" w:hAnsi="Arial" w:cs="Arial"/>
                <w:sz w:val="16"/>
                <w:szCs w:val="16"/>
              </w:rPr>
              <w:t>28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 w:rsidR="00266E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A2384">
              <w:rPr>
                <w:rFonts w:ascii="Arial" w:hAnsi="Arial" w:cs="Arial"/>
                <w:sz w:val="16"/>
                <w:szCs w:val="16"/>
              </w:rPr>
              <w:t>6.</w:t>
            </w:r>
          </w:p>
          <w:p w14:paraId="3617BE3A" w14:textId="6CF5E194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(</w:t>
            </w:r>
            <w:r w:rsidR="00266ED9">
              <w:rPr>
                <w:rFonts w:ascii="Arial" w:hAnsi="Arial" w:cs="Arial"/>
                <w:sz w:val="16"/>
                <w:szCs w:val="16"/>
              </w:rPr>
              <w:t>Svatojánské slavnosti</w:t>
            </w:r>
            <w:r w:rsidRPr="009A238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7E9871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540A468C" w14:textId="77777777" w:rsidTr="00D24B11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9022923" w14:textId="77777777" w:rsidR="00092ADE" w:rsidRPr="00EE1B28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1B28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2F10D96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4A326A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20EDBD7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F1494A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397CACC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náměstí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14BBED0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po-ne 6.30-</w:t>
            </w:r>
          </w:p>
          <w:p w14:paraId="31E40F1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-24.00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52319C1" w14:textId="348963B4" w:rsidR="00092ADE" w:rsidRPr="009A2384" w:rsidRDefault="00575D0C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092ADE" w:rsidRPr="009A2384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 xml:space="preserve"> 8</w:t>
            </w:r>
            <w:r w:rsidR="00092ADE" w:rsidRPr="009A2384">
              <w:rPr>
                <w:rFonts w:ascii="Arial" w:hAnsi="Arial" w:cs="Arial"/>
                <w:sz w:val="16"/>
                <w:szCs w:val="16"/>
              </w:rPr>
              <w:t>.–3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092ADE"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8</w:t>
            </w:r>
            <w:r w:rsidR="00092ADE" w:rsidRPr="009A2384">
              <w:rPr>
                <w:rFonts w:ascii="Arial" w:hAnsi="Arial" w:cs="Arial"/>
                <w:sz w:val="16"/>
                <w:szCs w:val="16"/>
              </w:rPr>
              <w:t>. (</w:t>
            </w:r>
            <w:r>
              <w:rPr>
                <w:rFonts w:ascii="Arial" w:hAnsi="Arial" w:cs="Arial"/>
                <w:sz w:val="16"/>
                <w:szCs w:val="16"/>
              </w:rPr>
              <w:t>Dožínky</w:t>
            </w:r>
            <w:r w:rsidR="00092ADE" w:rsidRPr="009A238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E9FD062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1FA1175C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94147F2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871D5A5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537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21E06C3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nám. Svobody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14:paraId="64F64F4A" w14:textId="77777777" w:rsidR="00092ADE" w:rsidRPr="009A2384" w:rsidRDefault="00092ADE" w:rsidP="00523062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84CABAA" w14:textId="77777777" w:rsidR="00092ADE" w:rsidRPr="009A2384" w:rsidRDefault="00092ADE" w:rsidP="00523062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výměra náměstí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062742C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So–Ne</w:t>
            </w:r>
          </w:p>
          <w:p w14:paraId="2C0F868A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8–18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14:paraId="6AA92BB4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6FE94D8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farmářské trhy</w:t>
            </w:r>
          </w:p>
        </w:tc>
      </w:tr>
      <w:tr w:rsidR="00092ADE" w:rsidRPr="009A2384" w14:paraId="4E5CB6E0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209E5B0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0BD4C6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929FA5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A75DF6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7085FAB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náměstí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74AD027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9A2384"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–N</w:t>
            </w:r>
            <w:r w:rsidRPr="009A2384">
              <w:rPr>
                <w:rFonts w:ascii="Arial" w:hAnsi="Arial" w:cs="Arial"/>
                <w:sz w:val="16"/>
                <w:szCs w:val="16"/>
              </w:rPr>
              <w:t>e 6.30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</w:p>
          <w:p w14:paraId="3C204860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9A2384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9A2384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D856D6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A2384">
              <w:rPr>
                <w:rFonts w:ascii="Arial" w:hAnsi="Arial" w:cs="Arial"/>
                <w:sz w:val="16"/>
                <w:szCs w:val="16"/>
              </w:rPr>
              <w:t>11.–7.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A2384">
              <w:rPr>
                <w:rFonts w:ascii="Arial" w:hAnsi="Arial" w:cs="Arial"/>
                <w:sz w:val="16"/>
                <w:szCs w:val="16"/>
              </w:rPr>
              <w:t>1. (Vánoční trhy)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2C30327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3CB98745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5E082B2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102BFE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188E79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Zelný trh – centrální část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C28A00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D904480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2A0AF9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Po–Pá</w:t>
            </w:r>
          </w:p>
          <w:p w14:paraId="497D7D4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6–18 h.,</w:t>
            </w:r>
          </w:p>
          <w:p w14:paraId="6E3B56C4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So 6–14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57C9ED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8E60E25" w14:textId="77777777" w:rsidR="00092ADE" w:rsidRPr="009A2384" w:rsidRDefault="00092ADE" w:rsidP="0052306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&amp;</w:t>
            </w:r>
          </w:p>
        </w:tc>
      </w:tr>
      <w:tr w:rsidR="00092ADE" w:rsidRPr="009A2384" w14:paraId="0EBB9545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4873623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234AEE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A270472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Zelný trh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5E2878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E75C7C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77D8ADD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náměstí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644FFE7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po-ne 6.30-</w:t>
            </w:r>
          </w:p>
          <w:p w14:paraId="7019FC8F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-21.30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FFAEA4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14 dní před Velikonocemi</w:t>
            </w:r>
          </w:p>
          <w:p w14:paraId="47FA175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(Velikonoční trhy)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05DEF8B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031D852E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D5A2F83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7DD9E5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C0F483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Zelný trh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152480F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CA35EBD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27632BC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náměstí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B85010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po-ne 6.30-</w:t>
            </w:r>
          </w:p>
          <w:p w14:paraId="188471BC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-21.30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C0C022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10.9.–5.10. (Slavnosti vína)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3BA74B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6DC901B7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E8AD542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F240A8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4B423A6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Zelný trh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DC86BE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CE0332B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017BF9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náměstí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A1D6B20" w14:textId="77777777" w:rsidR="00092AD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9A2384">
              <w:rPr>
                <w:rFonts w:ascii="Arial" w:hAnsi="Arial" w:cs="Arial"/>
                <w:sz w:val="16"/>
                <w:szCs w:val="16"/>
              </w:rPr>
              <w:t>Ne</w:t>
            </w:r>
          </w:p>
          <w:p w14:paraId="55A3AD1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A11EA">
              <w:rPr>
                <w:rFonts w:ascii="Arial" w:hAnsi="Arial" w:cs="Arial"/>
                <w:spacing w:val="-6"/>
                <w:sz w:val="16"/>
                <w:szCs w:val="16"/>
              </w:rPr>
              <w:t>6.30–24.00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33394E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9A2384">
              <w:rPr>
                <w:rFonts w:ascii="Arial" w:hAnsi="Arial" w:cs="Arial"/>
                <w:sz w:val="16"/>
                <w:szCs w:val="16"/>
              </w:rPr>
              <w:t>.11.</w:t>
            </w:r>
            <w:r>
              <w:rPr>
                <w:rFonts w:ascii="Arial" w:hAnsi="Arial" w:cs="Arial"/>
                <w:sz w:val="16"/>
                <w:szCs w:val="16"/>
              </w:rPr>
              <w:t>–31</w:t>
            </w:r>
            <w:r w:rsidRPr="009A2384">
              <w:rPr>
                <w:rFonts w:ascii="Arial" w:hAnsi="Arial" w:cs="Arial"/>
                <w:sz w:val="16"/>
                <w:szCs w:val="16"/>
              </w:rPr>
              <w:t>.12. (Vánoční trhy)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CE379EA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67F9383C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353B60D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D7BF234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7079ACC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Moravské náměstí – park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9CA38C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DF14519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parku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BF48DE5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po-ne 6.30-</w:t>
            </w:r>
          </w:p>
          <w:p w14:paraId="6FF484C6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-21.30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296801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20.9.–15.10. (Řezbářské sympozium)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2BBC17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zboží uměleckého charakteru</w:t>
            </w:r>
          </w:p>
        </w:tc>
      </w:tr>
      <w:tr w:rsidR="00092ADE" w:rsidRPr="009A2384" w14:paraId="08C01B2E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EEF3F5F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B5EF6BB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52C27E5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Moravské náměstí – park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A034C5E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B95734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parku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F73A54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po-ne 6.30-</w:t>
            </w:r>
          </w:p>
          <w:p w14:paraId="6297BF9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-21.30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29E3CA0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 xml:space="preserve">1.12.–24.12. </w:t>
            </w:r>
            <w:r w:rsidRPr="009A2384">
              <w:rPr>
                <w:rFonts w:ascii="Arial" w:hAnsi="Arial" w:cs="Arial"/>
                <w:spacing w:val="-4"/>
                <w:sz w:val="16"/>
                <w:szCs w:val="16"/>
              </w:rPr>
              <w:t>(Vánoce na Moravském nám.)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B88C37B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714A4070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CDF70DA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2F93D6D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EB65D76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Zelný trh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52C29B2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A48637D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náměstí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61D735F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Po–Ne</w:t>
            </w:r>
          </w:p>
          <w:p w14:paraId="12DFEFDC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6–22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401976D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C1AF58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farmářské trhy, gastronomické slavnosti, řemeslnické slavnosti</w:t>
            </w:r>
          </w:p>
        </w:tc>
      </w:tr>
      <w:tr w:rsidR="00092ADE" w:rsidRPr="009A2384" w14:paraId="5DA3119D" w14:textId="77777777" w:rsidTr="00D24B11">
        <w:trPr>
          <w:trHeight w:val="943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8970751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500875D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216/1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055EBED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ul. Františkánská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B48C79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21D4280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parcely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78CD1CA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Po–Ne</w:t>
            </w:r>
          </w:p>
          <w:p w14:paraId="4058E915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6–22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DF29509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15.11.–31.12.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E4C3BE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farmářské produkty bez prodeje masa a masných výrobků, květiny, vazba</w:t>
            </w:r>
          </w:p>
        </w:tc>
      </w:tr>
      <w:tr w:rsidR="00092ADE" w:rsidRPr="009A2384" w14:paraId="1CF86EB5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3E7A82C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92B8EA6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70C8160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Moravské náměstí – park, hlavní cesta parku ve směru od ul. Joštovy k fontáně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5CBF82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CFB8D1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960898B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Po–Pá</w:t>
            </w:r>
          </w:p>
          <w:p w14:paraId="77895955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6–18 h.,</w:t>
            </w:r>
          </w:p>
          <w:p w14:paraId="6B3508CA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So 6–14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C9F1169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D6BD5D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&amp;</w:t>
            </w:r>
          </w:p>
        </w:tc>
      </w:tr>
      <w:tr w:rsidR="00092ADE" w:rsidRPr="009A2384" w14:paraId="79C589E3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1BBCD0E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CB6478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7E233A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 xml:space="preserve">prostor mezi objekty Zelný trh or. č. 14-16 a Zelný trh or. č. 18 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BE3531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AF7B4FB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parcely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BE6E54A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 6.30–</w:t>
            </w:r>
          </w:p>
          <w:p w14:paraId="73F71522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–21.30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8F29D9A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E951EA6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7F5A0244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A47C386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E24C17A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31F17FA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Moravské náměstí – park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AE77D34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DBB143F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parku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D04BC5C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Pá–Ne</w:t>
            </w:r>
          </w:p>
          <w:p w14:paraId="09BAD87D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6–18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14:paraId="600FD65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A9E20B7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farmářské trhy</w:t>
            </w:r>
          </w:p>
        </w:tc>
      </w:tr>
      <w:tr w:rsidR="00092ADE" w:rsidRPr="009A2384" w14:paraId="0672A5DC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B15D939" w14:textId="77777777" w:rsidR="00092ADE" w:rsidRPr="009A2384" w:rsidRDefault="00092ADE" w:rsidP="0052306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03B368C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AA886B5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Moravské náměstí – park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7E448C2A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6C2333A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parku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333F73D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 6.30–</w:t>
            </w:r>
          </w:p>
          <w:p w14:paraId="7BA0975A" w14:textId="77777777" w:rsidR="00092ADE" w:rsidRPr="009A2384" w:rsidRDefault="00092ADE" w:rsidP="0052306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–21.30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ADB60BD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1.6.–30.9. (Léto v centru)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D1B2BF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D24B11" w:rsidRPr="009A2384" w14:paraId="1D90F6C1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A416601" w14:textId="73141C79" w:rsidR="00D24B11" w:rsidRPr="009A2384" w:rsidRDefault="00D24B11" w:rsidP="00D24B11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9F315EC" w14:textId="65953F66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D9CC53F" w14:textId="29AE0632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Moravské náměstí – park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247B271" w14:textId="77777777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33956780" w14:textId="14307359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parku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1C5E63D" w14:textId="77777777" w:rsidR="00D24B11" w:rsidRPr="009A2384" w:rsidRDefault="00D24B11" w:rsidP="00D24B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po–ne</w:t>
            </w:r>
          </w:p>
          <w:p w14:paraId="05B07A29" w14:textId="401E81E2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6.30–22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</w:tcPr>
          <w:p w14:paraId="5E4B3682" w14:textId="6D699F21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1.9.–31.10. Slavnosti MČ Brno-střed (vína, piva apod.)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676FB3D" w14:textId="080AA1A3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D24B11" w:rsidRPr="009A2384" w14:paraId="161B057B" w14:textId="77777777" w:rsidTr="00D24B11">
        <w:trPr>
          <w:trHeight w:val="250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5D57084D" w14:textId="1AE7AC61" w:rsidR="00D24B11" w:rsidRPr="009A2384" w:rsidRDefault="00D24B11" w:rsidP="00D24B11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6EE66908" w14:textId="44CCC7A0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216/1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185849CD" w14:textId="7F131C6A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ul. Františkánská (prostor tzv. Římského náměstí)</w:t>
            </w:r>
          </w:p>
        </w:tc>
        <w:tc>
          <w:tcPr>
            <w:tcW w:w="5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E13F48C" w14:textId="77777777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2E9965BE" w14:textId="1B35FFCD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parcely</w:t>
            </w:r>
          </w:p>
        </w:tc>
        <w:tc>
          <w:tcPr>
            <w:tcW w:w="5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01A32787" w14:textId="7777777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Pá–So 6.30–</w:t>
            </w:r>
          </w:p>
          <w:p w14:paraId="4DE0FD6B" w14:textId="6B30278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–2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9A2384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B66D214" w14:textId="31695CCF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14:paraId="42962BCC" w14:textId="321A2C78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pacing w:val="-4"/>
                <w:sz w:val="16"/>
                <w:szCs w:val="16"/>
              </w:rPr>
              <w:t>smíšený</w:t>
            </w:r>
          </w:p>
        </w:tc>
      </w:tr>
      <w:tr w:rsidR="00092ADE" w:rsidRPr="009A2384" w14:paraId="01DAE6DA" w14:textId="77777777" w:rsidTr="00F02E13">
        <w:trPr>
          <w:trHeight w:val="274"/>
        </w:trPr>
        <w:tc>
          <w:tcPr>
            <w:tcW w:w="1758" w:type="pct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5A4C36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45" w:name="_Hlk229415570"/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1036" w:type="pct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2A819D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20" w:type="pct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BB679C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F82A402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9A2384" w14:paraId="3C6A3DC2" w14:textId="77777777" w:rsidTr="00D24B11">
        <w:trPr>
          <w:trHeight w:val="518"/>
        </w:trPr>
        <w:tc>
          <w:tcPr>
            <w:tcW w:w="260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D6F211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114AD8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81" w:type="pct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713B0D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F341DB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45324A1F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525FC1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4303672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(m</w:t>
            </w:r>
            <w:r w:rsidRPr="009A238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A238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92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A58A42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28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B5CD7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697E64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bookmarkEnd w:id="45"/>
      <w:tr w:rsidR="00D24B11" w:rsidRPr="009A2384" w14:paraId="748C6F63" w14:textId="77777777" w:rsidTr="00CC2E03">
        <w:trPr>
          <w:trHeight w:val="250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D02101" w14:textId="73234F44" w:rsidR="00D24B11" w:rsidRPr="009A2384" w:rsidRDefault="00D24B11" w:rsidP="00D24B11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8F01ED" w14:textId="2CA4E0FC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509/3</w:t>
            </w:r>
          </w:p>
        </w:tc>
        <w:tc>
          <w:tcPr>
            <w:tcW w:w="98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499D6B" w14:textId="4C57F1FF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Dominikánské náměstí</w:t>
            </w: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28CDD0" w14:textId="77777777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EBA44B" w14:textId="77777777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centrální část</w:t>
            </w:r>
          </w:p>
          <w:p w14:paraId="696C8A63" w14:textId="3F0AB739" w:rsidR="00D24B11" w:rsidRPr="009A2384" w:rsidRDefault="00D24B11" w:rsidP="00D24B11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– výměra parkovací plochy</w:t>
            </w:r>
          </w:p>
        </w:tc>
        <w:tc>
          <w:tcPr>
            <w:tcW w:w="59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23E7B7" w14:textId="7777777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 6.30–</w:t>
            </w:r>
          </w:p>
          <w:p w14:paraId="73310540" w14:textId="117D2170" w:rsidR="00D24B11" w:rsidRPr="009A2384" w:rsidRDefault="00D24B11" w:rsidP="00D24B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–2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4</w:t>
            </w: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0</w:t>
            </w:r>
            <w:r w:rsidRPr="009A2384">
              <w:rPr>
                <w:rFonts w:ascii="Arial" w:hAnsi="Arial" w:cs="Arial"/>
                <w:noProof/>
                <w:sz w:val="16"/>
                <w:szCs w:val="16"/>
              </w:rPr>
              <w:t>0 h.</w:t>
            </w:r>
          </w:p>
        </w:tc>
        <w:tc>
          <w:tcPr>
            <w:tcW w:w="82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A34C0E" w14:textId="087883E2" w:rsidR="00D24B11" w:rsidRPr="009A2384" w:rsidRDefault="00D24B11" w:rsidP="00D24B11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 xml:space="preserve">15.11.–7.1. </w:t>
            </w:r>
            <w:r w:rsidRPr="009A2384">
              <w:rPr>
                <w:rFonts w:ascii="Arial" w:hAnsi="Arial" w:cs="Arial"/>
                <w:spacing w:val="-4"/>
                <w:sz w:val="16"/>
                <w:szCs w:val="16"/>
              </w:rPr>
              <w:t>(Brněnské Vánoce)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A98CD4" w14:textId="12681F70" w:rsidR="00D24B11" w:rsidRPr="009A2384" w:rsidRDefault="00D24B11" w:rsidP="00D24B1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pacing w:val="-6"/>
                <w:sz w:val="16"/>
                <w:szCs w:val="16"/>
              </w:rPr>
              <w:t>smíšený</w:t>
            </w:r>
          </w:p>
        </w:tc>
      </w:tr>
      <w:tr w:rsidR="00D24B11" w:rsidRPr="009A2384" w14:paraId="77226DAB" w14:textId="77777777" w:rsidTr="00F02E13">
        <w:trPr>
          <w:trHeight w:val="250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9A2904" w14:textId="3F8AD737" w:rsidR="00D24B11" w:rsidRPr="009A2384" w:rsidRDefault="00D24B11" w:rsidP="00D24B11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24.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2468A1" w14:textId="4C6F366A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98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CEAAB9" w14:textId="61876DC0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dvorní trakt mezi objekty Jánská or. č. 15 a Poštovská or. č. 3</w:t>
            </w: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786AEE" w14:textId="77777777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AAD958" w14:textId="238A5883" w:rsidR="00D24B11" w:rsidRPr="009A2384" w:rsidRDefault="00D24B11" w:rsidP="00D24B11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59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2E29EF" w14:textId="450B61C6" w:rsidR="00D24B11" w:rsidRPr="009A2384" w:rsidRDefault="00D24B11" w:rsidP="00D24B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2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0B8971" w14:textId="0D725370" w:rsidR="00D24B11" w:rsidRPr="009A2384" w:rsidRDefault="00D24B11" w:rsidP="00D24B11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A4B78E" w14:textId="75F7ABDA" w:rsidR="00D24B11" w:rsidRPr="009A2384" w:rsidRDefault="00D24B11" w:rsidP="00D24B1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9A2384">
              <w:rPr>
                <w:rFonts w:ascii="Arial" w:hAnsi="Arial" w:cs="Arial"/>
                <w:spacing w:val="-6"/>
                <w:sz w:val="16"/>
                <w:szCs w:val="16"/>
              </w:rPr>
              <w:t>smíšený</w:t>
            </w:r>
          </w:p>
        </w:tc>
      </w:tr>
      <w:tr w:rsidR="00D24B11" w:rsidRPr="009A2384" w14:paraId="0E677307" w14:textId="77777777" w:rsidTr="00F02E13">
        <w:trPr>
          <w:trHeight w:val="250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7DCEC9" w14:textId="77777777" w:rsidR="00D24B11" w:rsidRPr="009A2384" w:rsidRDefault="00D24B11" w:rsidP="00D24B11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25.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72F18D" w14:textId="7777777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32, 44</w:t>
            </w:r>
          </w:p>
        </w:tc>
        <w:tc>
          <w:tcPr>
            <w:tcW w:w="98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A983DE" w14:textId="7777777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 xml:space="preserve">Jakubské nám. – chodníková plocha za kostelem sv. Jakuba směrem k ul. Běhounská </w:t>
            </w: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34A6BB" w14:textId="77777777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ED078F" w14:textId="77777777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59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47D88F" w14:textId="7777777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4C4BB719" w14:textId="7777777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82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BC090F" w14:textId="77777777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color w:val="000000"/>
                <w:sz w:val="16"/>
                <w:szCs w:val="16"/>
              </w:rPr>
              <w:t>20.11.–27.12. (Vánoční trhy)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B44929" w14:textId="7777777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D24B11" w:rsidRPr="009A2384" w14:paraId="6E3EB62F" w14:textId="77777777" w:rsidTr="00F02E13">
        <w:trPr>
          <w:trHeight w:val="250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B491CF" w14:textId="77777777" w:rsidR="00D24B11" w:rsidRPr="009A2384" w:rsidRDefault="00D24B11" w:rsidP="00D24B11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4A89DD" w14:textId="77777777" w:rsidR="00D24B11" w:rsidRPr="009A2384" w:rsidRDefault="00D24B11" w:rsidP="00D24B1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98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97D10F" w14:textId="77777777" w:rsidR="00D24B11" w:rsidRPr="009A2384" w:rsidRDefault="00D24B11" w:rsidP="00D24B11">
            <w:pPr>
              <w:pStyle w:val="Styltabulky"/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ul. Bašty</w:t>
            </w: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3BE3F9" w14:textId="77777777" w:rsidR="00D24B11" w:rsidRPr="009A2384" w:rsidRDefault="00D24B11" w:rsidP="00D24B1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A591C9" w14:textId="77777777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výměra parcely</w:t>
            </w:r>
          </w:p>
        </w:tc>
        <w:tc>
          <w:tcPr>
            <w:tcW w:w="59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D6B884" w14:textId="7777777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16717A65" w14:textId="7777777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9A2384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82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713163" w14:textId="77777777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celoročně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805B64" w14:textId="7777777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D24B11" w:rsidRPr="009A2384" w14:paraId="7CD43E73" w14:textId="77777777" w:rsidTr="00F02E13">
        <w:trPr>
          <w:trHeight w:val="250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E02561" w14:textId="77777777" w:rsidR="00D24B11" w:rsidRDefault="00D24B11" w:rsidP="00D24B11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06E145" w14:textId="77777777" w:rsidR="00D24B11" w:rsidRDefault="00D24B11" w:rsidP="00D24B1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98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FCBE40" w14:textId="77777777" w:rsidR="00D24B11" w:rsidRDefault="00D24B11" w:rsidP="00D24B11">
            <w:pPr>
              <w:pStyle w:val="Styltabulky"/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ul. Radnická – nádvoří Staré radnice</w:t>
            </w: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1B8134" w14:textId="77777777" w:rsidR="00D24B11" w:rsidRPr="009A2384" w:rsidRDefault="00D24B11" w:rsidP="00D24B1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388DB7" w14:textId="77777777" w:rsidR="00D24B11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A19FE9" w14:textId="7777777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1A80A65B" w14:textId="7777777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9A2384">
              <w:rPr>
                <w:rFonts w:ascii="Arial" w:hAnsi="Arial" w:cs="Arial"/>
                <w:sz w:val="16"/>
                <w:szCs w:val="16"/>
              </w:rPr>
              <w:t>0–2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9A2384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82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7ABC83" w14:textId="77777777" w:rsidR="00D24B11" w:rsidRDefault="00D24B11" w:rsidP="00D24B11">
            <w:pPr>
              <w:pStyle w:val="Styltabulky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celoročně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9EC410" w14:textId="77777777" w:rsidR="00D24B11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občerstvení, alkoholické nápoje, dárkové předměty</w:t>
            </w:r>
          </w:p>
        </w:tc>
      </w:tr>
      <w:tr w:rsidR="00D24B11" w:rsidRPr="009A2384" w14:paraId="717A39F4" w14:textId="77777777" w:rsidTr="00F02E13">
        <w:trPr>
          <w:trHeight w:val="250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BF94FD" w14:textId="3BC6DAFE" w:rsidR="00D24B11" w:rsidRDefault="00D24B11" w:rsidP="00D24B11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C3558C" w14:textId="034BD1C9" w:rsidR="00D24B11" w:rsidRDefault="00D24B11" w:rsidP="00D24B1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8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B5B913" w14:textId="0EBBBBAD" w:rsidR="00D24B11" w:rsidRDefault="00D24B11" w:rsidP="00D24B11">
            <w:pPr>
              <w:pStyle w:val="Styltabulky"/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89D6E3" w14:textId="77777777" w:rsidR="00D24B11" w:rsidRDefault="00D24B11" w:rsidP="00D24B1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1BA368" w14:textId="77777777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20572CB" w14:textId="6658A92A" w:rsidR="00D24B11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náměstí</w:t>
            </w:r>
          </w:p>
        </w:tc>
        <w:tc>
          <w:tcPr>
            <w:tcW w:w="59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5EAF09" w14:textId="1D68FB22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9A2384">
              <w:rPr>
                <w:rFonts w:ascii="Arial" w:hAnsi="Arial" w:cs="Arial"/>
                <w:sz w:val="16"/>
                <w:szCs w:val="16"/>
              </w:rPr>
              <w:t>ne 6.30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</w:p>
          <w:p w14:paraId="6611B5A7" w14:textId="4434042E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9A2384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9A2384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82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72B4B0" w14:textId="37EACC64" w:rsidR="00D24B11" w:rsidRDefault="00D24B11" w:rsidP="00D24B11">
            <w:pPr>
              <w:pStyle w:val="Styltabulky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9</w:t>
            </w:r>
            <w:r w:rsidRPr="009A2384">
              <w:rPr>
                <w:rFonts w:ascii="Arial" w:hAnsi="Arial" w:cs="Arial"/>
                <w:sz w:val="16"/>
                <w:szCs w:val="16"/>
              </w:rPr>
              <w:t>.–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9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 w:rsidRPr="009A2384">
              <w:rPr>
                <w:rFonts w:ascii="Arial" w:hAnsi="Arial" w:cs="Arial"/>
                <w:spacing w:val="-6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>Burčákové slavnosti</w:t>
            </w:r>
            <w:r w:rsidRPr="009A2384">
              <w:rPr>
                <w:rFonts w:ascii="Arial" w:hAnsi="Arial" w:cs="Arial"/>
                <w:spacing w:val="-6"/>
                <w:sz w:val="16"/>
                <w:szCs w:val="16"/>
              </w:rPr>
              <w:t>)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8AA8CA" w14:textId="467DC9EC" w:rsidR="00D24B11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D24B11" w:rsidRPr="009A2384" w14:paraId="68FAD997" w14:textId="77777777" w:rsidTr="00F02E13">
        <w:trPr>
          <w:trHeight w:val="250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0E270B" w14:textId="3BE4624E" w:rsidR="00D24B11" w:rsidRDefault="00D24B11" w:rsidP="00D24B11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FCD64B" w14:textId="62B846E9" w:rsidR="00D24B11" w:rsidRDefault="00D24B11" w:rsidP="00D24B1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8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B5DA7B" w14:textId="5285533A" w:rsidR="00D24B11" w:rsidRDefault="00D24B11" w:rsidP="00D24B11">
            <w:pPr>
              <w:pStyle w:val="Styltabulky"/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8B755A" w14:textId="77777777" w:rsidR="00D24B11" w:rsidRDefault="00D24B11" w:rsidP="00D24B1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D6B834" w14:textId="77777777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421E146" w14:textId="4B657E74" w:rsidR="00D24B11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náměstí</w:t>
            </w:r>
          </w:p>
        </w:tc>
        <w:tc>
          <w:tcPr>
            <w:tcW w:w="59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B100A2" w14:textId="59433B26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9A2384">
              <w:rPr>
                <w:rFonts w:ascii="Arial" w:hAnsi="Arial" w:cs="Arial"/>
                <w:sz w:val="16"/>
                <w:szCs w:val="16"/>
              </w:rPr>
              <w:t>ne 6.30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</w:p>
          <w:p w14:paraId="02CC23A2" w14:textId="6F665767" w:rsidR="00D24B11" w:rsidRPr="009A2384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9A2384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9A2384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82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96F7EA" w14:textId="714E4514" w:rsidR="00D24B11" w:rsidRPr="009A2384" w:rsidRDefault="00D24B11" w:rsidP="00D24B1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9</w:t>
            </w:r>
            <w:r w:rsidRPr="009A2384">
              <w:rPr>
                <w:rFonts w:ascii="Arial" w:hAnsi="Arial" w:cs="Arial"/>
                <w:sz w:val="16"/>
                <w:szCs w:val="16"/>
              </w:rPr>
              <w:t>.–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10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C7FB239" w14:textId="287E33DC" w:rsidR="00D24B11" w:rsidRDefault="00D24B11" w:rsidP="00D24B11">
            <w:pPr>
              <w:pStyle w:val="Styltabulky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Vinobraní</w:t>
            </w:r>
            <w:r w:rsidRPr="009A238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E533A2" w14:textId="7533C51F" w:rsidR="00D24B11" w:rsidRDefault="00D24B11" w:rsidP="00D24B11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D24B11" w:rsidRPr="005C0F58" w14:paraId="6754F79F" w14:textId="77777777" w:rsidTr="005230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340"/>
        </w:trPr>
        <w:tc>
          <w:tcPr>
            <w:tcW w:w="5000" w:type="pct"/>
            <w:gridSpan w:val="14"/>
            <w:vAlign w:val="center"/>
          </w:tcPr>
          <w:p w14:paraId="756CBB29" w14:textId="77777777" w:rsidR="00D24B11" w:rsidRPr="009A2384" w:rsidRDefault="00D24B11" w:rsidP="00D24B11">
            <w:pPr>
              <w:pStyle w:val="Styltabulky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9A2384">
              <w:rPr>
                <w:rFonts w:ascii="Arial" w:hAnsi="Arial" w:cs="Arial"/>
                <w:sz w:val="18"/>
                <w:szCs w:val="18"/>
              </w:rPr>
              <w:t>&amp; – bližší vymezení sortimentu pro lokality č. 9 a 17:</w:t>
            </w:r>
          </w:p>
        </w:tc>
      </w:tr>
      <w:tr w:rsidR="00D24B11" w:rsidRPr="005C0F58" w14:paraId="129C7AED" w14:textId="77777777" w:rsidTr="005230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14"/>
        </w:trPr>
        <w:tc>
          <w:tcPr>
            <w:tcW w:w="5000" w:type="pct"/>
            <w:gridSpan w:val="14"/>
            <w:vAlign w:val="center"/>
          </w:tcPr>
          <w:p w14:paraId="41AC85F9" w14:textId="77777777" w:rsidR="00D24B11" w:rsidRPr="009A2384" w:rsidRDefault="00D24B11" w:rsidP="00D24B11">
            <w:pPr>
              <w:pStyle w:val="Styltabulky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2384">
              <w:rPr>
                <w:rFonts w:ascii="Arial" w:hAnsi="Arial" w:cs="Arial"/>
                <w:sz w:val="18"/>
                <w:szCs w:val="18"/>
              </w:rPr>
              <w:t>ovoce, zelenina, květiny, květinová a sezónní vazba, jmelí, zeleninové a květinové přísady, suché balené a suché neloupané skořápkové ovoce, lesní plody, včelí med, jedlé houby, osivo balené (uznané dle zvláštních právních předpisů), ovocnářské a školkařské výpěstky (uznané dle zvláštních právních předpisů), vlastní rukodělné výrobky 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384">
              <w:rPr>
                <w:rFonts w:ascii="Arial" w:hAnsi="Arial" w:cs="Arial"/>
                <w:sz w:val="18"/>
                <w:szCs w:val="18"/>
              </w:rPr>
              <w:t>přírodního materiálu (při příležitosti sezónních svátků – Velikonoce, Památka zesnulých, Vánoce), byliny, koření, kvašáky, kvašené zelí, burčák, čerstvé mošty (nepasterizované a nekonzervované), vejce.</w:t>
            </w:r>
          </w:p>
        </w:tc>
      </w:tr>
    </w:tbl>
    <w:p w14:paraId="182484EE" w14:textId="77777777" w:rsidR="00092ADE" w:rsidRPr="009A2384" w:rsidRDefault="00092ADE" w:rsidP="00092ADE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9A2384">
        <w:rPr>
          <w:rFonts w:ascii="Arial" w:hAnsi="Arial" w:cs="Arial"/>
          <w:b/>
          <w:bCs/>
          <w:sz w:val="22"/>
          <w:szCs w:val="22"/>
        </w:rPr>
        <w:t>A2) Tržiště – mimo k. ú. Město Brno: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8"/>
        <w:gridCol w:w="1054"/>
        <w:gridCol w:w="1978"/>
        <w:gridCol w:w="1033"/>
        <w:gridCol w:w="1058"/>
        <w:gridCol w:w="1137"/>
        <w:gridCol w:w="1357"/>
        <w:gridCol w:w="1558"/>
      </w:tblGrid>
      <w:tr w:rsidR="00092ADE" w:rsidRPr="005C0F58" w14:paraId="585D11E5" w14:textId="77777777" w:rsidTr="00523062">
        <w:trPr>
          <w:trHeight w:val="274"/>
        </w:trPr>
        <w:tc>
          <w:tcPr>
            <w:tcW w:w="1795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0C661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9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B5731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0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0C56E6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26E9BD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5C0F58" w14:paraId="7C46CE9B" w14:textId="77777777" w:rsidTr="00523062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845E07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17F23B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B4AA69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FA43FA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380EB2C0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EC3CEE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FEA2D62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(m</w:t>
            </w:r>
            <w:r w:rsidRPr="009A238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A238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DBE7E9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5CB14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F09F69E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5C0F58" w14:paraId="76820BC8" w14:textId="77777777" w:rsidTr="00523062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710DE3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5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2EA7C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 xml:space="preserve">57/17, 57/32 </w:t>
            </w:r>
          </w:p>
          <w:p w14:paraId="0FE7C08F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k. ú. Štýřice</w:t>
            </w:r>
          </w:p>
        </w:tc>
        <w:tc>
          <w:tcPr>
            <w:tcW w:w="103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D2EF10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ul. Heršpická</w:t>
            </w:r>
          </w:p>
        </w:tc>
        <w:tc>
          <w:tcPr>
            <w:tcW w:w="5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2A0CBB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374C8E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5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80CFA2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 6.30–21.30 h.</w:t>
            </w:r>
          </w:p>
        </w:tc>
        <w:tc>
          <w:tcPr>
            <w:tcW w:w="70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A50FE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F203A2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farmářské trhy</w:t>
            </w:r>
          </w:p>
        </w:tc>
      </w:tr>
      <w:tr w:rsidR="00092ADE" w:rsidRPr="005C0F58" w14:paraId="339A77B8" w14:textId="77777777" w:rsidTr="0052306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0ADEC1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108FEC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897/23</w:t>
            </w:r>
          </w:p>
          <w:p w14:paraId="086E035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9A2384">
              <w:rPr>
                <w:rFonts w:ascii="Arial" w:hAnsi="Arial" w:cs="Arial"/>
                <w:spacing w:val="-6"/>
                <w:sz w:val="16"/>
                <w:szCs w:val="16"/>
              </w:rPr>
              <w:t>k. ú. Trnitá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81DED6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ul. Ve Vaňkovce or. č. 2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4EC296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8BBE4C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parcely</w:t>
            </w:r>
          </w:p>
        </w:tc>
        <w:tc>
          <w:tcPr>
            <w:tcW w:w="5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10403A" w14:textId="77777777" w:rsidR="00092ADE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12"/>
                <w:sz w:val="16"/>
                <w:szCs w:val="16"/>
              </w:rPr>
            </w:pPr>
            <w:r w:rsidRPr="009A2384">
              <w:rPr>
                <w:rFonts w:ascii="Arial" w:hAnsi="Arial" w:cs="Arial"/>
                <w:spacing w:val="-12"/>
                <w:sz w:val="16"/>
                <w:szCs w:val="16"/>
              </w:rPr>
              <w:t>Po–Ne 6.30–</w:t>
            </w:r>
          </w:p>
          <w:p w14:paraId="127CCA0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12"/>
                <w:sz w:val="16"/>
                <w:szCs w:val="16"/>
              </w:rPr>
            </w:pPr>
            <w:r w:rsidRPr="009A2384">
              <w:rPr>
                <w:rFonts w:ascii="Arial" w:hAnsi="Arial" w:cs="Arial"/>
                <w:spacing w:val="-12"/>
                <w:sz w:val="16"/>
                <w:szCs w:val="16"/>
              </w:rPr>
              <w:t>–21.30 h.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5E9FDE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27EC2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5C0F58" w14:paraId="024C1CE1" w14:textId="77777777" w:rsidTr="0052306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EF9D7E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79C7D5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 xml:space="preserve">1525/1 </w:t>
            </w:r>
            <w:r w:rsidRPr="009A2384">
              <w:rPr>
                <w:rFonts w:ascii="Arial" w:hAnsi="Arial" w:cs="Arial"/>
                <w:spacing w:val="-10"/>
                <w:sz w:val="16"/>
                <w:szCs w:val="16"/>
              </w:rPr>
              <w:t>k. ú. Veveří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F42726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parkoviště před objektem na ul. Kotlářská or. č. 53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8E9E72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613362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parkoviště</w:t>
            </w:r>
          </w:p>
        </w:tc>
        <w:tc>
          <w:tcPr>
            <w:tcW w:w="5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FD2ABD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195D837B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89D1F6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48A0C2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 (trhy Regionální agrární komory</w:t>
            </w:r>
          </w:p>
        </w:tc>
      </w:tr>
      <w:tr w:rsidR="00092ADE" w:rsidRPr="005C0F58" w14:paraId="506D64B6" w14:textId="77777777" w:rsidTr="0052306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FC9484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DA6F50" w14:textId="77777777" w:rsidR="00092ADE" w:rsidRPr="009A2384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 xml:space="preserve">897/25 </w:t>
            </w:r>
            <w:r w:rsidRPr="009A2384">
              <w:rPr>
                <w:rFonts w:ascii="Arial" w:hAnsi="Arial" w:cs="Arial"/>
                <w:spacing w:val="-6"/>
                <w:sz w:val="16"/>
                <w:szCs w:val="16"/>
              </w:rPr>
              <w:t>k. ú. Trnitá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ED1500" w14:textId="77777777" w:rsidR="00092ADE" w:rsidRPr="009A2384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ul. Ve Vaňkovce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4B58AD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9596C1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parcely</w:t>
            </w:r>
          </w:p>
        </w:tc>
        <w:tc>
          <w:tcPr>
            <w:tcW w:w="5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C51C8A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 6.30–21.30 h.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E4BD56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4078F6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5C0F58" w14:paraId="3B7D3871" w14:textId="77777777" w:rsidTr="0052306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BD70F6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A354D9" w14:textId="77777777" w:rsidR="00092ADE" w:rsidRPr="009A2384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 xml:space="preserve">992/5, 993/2 </w:t>
            </w:r>
          </w:p>
          <w:p w14:paraId="21FAED9D" w14:textId="77777777" w:rsidR="00092ADE" w:rsidRPr="009A2384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pacing w:val="-6"/>
                <w:sz w:val="16"/>
                <w:szCs w:val="16"/>
              </w:rPr>
              <w:t>k. ú. Trnitá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7A5F5A" w14:textId="77777777" w:rsidR="00092ADE" w:rsidRPr="009A2384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ul. Úzká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A8C5D5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BA3075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parcely</w:t>
            </w:r>
          </w:p>
        </w:tc>
        <w:tc>
          <w:tcPr>
            <w:tcW w:w="5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E1B532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 6.30–21.30 h.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F11DF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16C480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5C0F58" w14:paraId="0C10C1CF" w14:textId="77777777" w:rsidTr="0052306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EB2E00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50A5DE" w14:textId="77777777" w:rsidR="00092ADE" w:rsidRPr="009A2384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 xml:space="preserve">885/3, 897/26 </w:t>
            </w:r>
            <w:r w:rsidRPr="009A2384">
              <w:rPr>
                <w:rFonts w:ascii="Arial" w:hAnsi="Arial" w:cs="Arial"/>
                <w:spacing w:val="-6"/>
                <w:sz w:val="16"/>
                <w:szCs w:val="16"/>
              </w:rPr>
              <w:t>k. ú. Trnitá</w:t>
            </w:r>
          </w:p>
        </w:tc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F816C1" w14:textId="77777777" w:rsidR="00092ADE" w:rsidRPr="009A2384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ul. Zvonařka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8DD38A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F91E7D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parcely</w:t>
            </w:r>
          </w:p>
        </w:tc>
        <w:tc>
          <w:tcPr>
            <w:tcW w:w="5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137494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 6.30–21.30 h.</w:t>
            </w:r>
          </w:p>
        </w:tc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6C436F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63C1DC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</w:tbl>
    <w:p w14:paraId="79E7CE1B" w14:textId="77777777" w:rsidR="00092ADE" w:rsidRPr="009A2384" w:rsidRDefault="00092ADE" w:rsidP="00092ADE">
      <w:pPr>
        <w:pStyle w:val="Zkladntext"/>
        <w:spacing w:before="12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2384">
        <w:rPr>
          <w:rFonts w:ascii="Arial" w:hAnsi="Arial" w:cs="Arial"/>
          <w:sz w:val="18"/>
          <w:szCs w:val="18"/>
        </w:rPr>
        <w:t>Farmářské trhy – na farmářských trzích budou prodávány regionální a tuzemské potraviny (např. zelenina, ovoce, ořechy, ovocné šťávy, mošty, byliny, koření, sazenice, med, medové produkty, maso, uzeniny, mléko a mléčné výrobky, sýry, vejce, pečivo, květiny, pivo, víno).</w:t>
      </w:r>
    </w:p>
    <w:p w14:paraId="4CDACC95" w14:textId="77777777" w:rsidR="00092ADE" w:rsidRDefault="00092ADE" w:rsidP="00092ADE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</w:p>
    <w:p w14:paraId="00E743D4" w14:textId="77777777" w:rsidR="00092ADE" w:rsidRDefault="00092ADE" w:rsidP="00092ADE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</w:p>
    <w:p w14:paraId="5D83F804" w14:textId="77777777" w:rsidR="00D24B11" w:rsidRDefault="00D24B11" w:rsidP="00092ADE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321CB5F" w14:textId="77777777" w:rsidR="00092ADE" w:rsidRPr="009A2384" w:rsidRDefault="00092ADE" w:rsidP="00092ADE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9A2384">
        <w:rPr>
          <w:rFonts w:ascii="Arial" w:hAnsi="Arial" w:cs="Arial"/>
          <w:b/>
          <w:bCs/>
          <w:sz w:val="22"/>
          <w:szCs w:val="22"/>
        </w:rPr>
        <w:lastRenderedPageBreak/>
        <w:t>HLAVA B: Tržní místa</w:t>
      </w:r>
    </w:p>
    <w:p w14:paraId="0283CD90" w14:textId="77777777" w:rsidR="00092ADE" w:rsidRPr="009A2384" w:rsidRDefault="00092ADE" w:rsidP="00092ADE">
      <w:pPr>
        <w:pStyle w:val="Zkladntext"/>
        <w:spacing w:after="160" w:line="240" w:lineRule="auto"/>
        <w:rPr>
          <w:rFonts w:ascii="Arial" w:hAnsi="Arial" w:cs="Arial"/>
          <w:b/>
          <w:bCs/>
          <w:sz w:val="22"/>
          <w:szCs w:val="22"/>
        </w:rPr>
      </w:pPr>
      <w:r w:rsidRPr="009A2384">
        <w:rPr>
          <w:rFonts w:ascii="Arial" w:hAnsi="Arial" w:cs="Arial"/>
          <w:b/>
          <w:bCs/>
          <w:sz w:val="22"/>
          <w:szCs w:val="22"/>
        </w:rPr>
        <w:t>B1) Tržní místa – k. ú. Město Brno (vyjma tzv. příležitostného prodeje):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64"/>
        <w:gridCol w:w="987"/>
        <w:gridCol w:w="1867"/>
        <w:gridCol w:w="1027"/>
        <w:gridCol w:w="857"/>
        <w:gridCol w:w="1437"/>
        <w:gridCol w:w="1414"/>
        <w:gridCol w:w="1430"/>
      </w:tblGrid>
      <w:tr w:rsidR="00092ADE" w:rsidRPr="009A2384" w14:paraId="2A4916F2" w14:textId="77777777" w:rsidTr="00523062">
        <w:trPr>
          <w:trHeight w:val="274"/>
        </w:trPr>
        <w:tc>
          <w:tcPr>
            <w:tcW w:w="178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71C849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8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1D4A20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8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B1818C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4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BC39C1E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9A2384" w14:paraId="2BABF738" w14:textId="77777777" w:rsidTr="00523062">
        <w:tc>
          <w:tcPr>
            <w:tcW w:w="29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0218E8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8251B3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851C91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A5A6A9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F7A63F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7B17450" w14:textId="77777777" w:rsidR="00092ADE" w:rsidRPr="009A2384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(m</w:t>
            </w:r>
            <w:r w:rsidRPr="009A238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A238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C7E81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1FC20D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26444B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9A2384" w14:paraId="23DDF9D8" w14:textId="77777777" w:rsidTr="00523062">
        <w:trPr>
          <w:cantSplit/>
          <w:trHeight w:hRule="exact" w:val="457"/>
        </w:trPr>
        <w:tc>
          <w:tcPr>
            <w:tcW w:w="294" w:type="pct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37ECAB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7F475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9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E0D21C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Zelný trh – před or. č. 20</w:t>
            </w:r>
          </w:p>
        </w:tc>
        <w:tc>
          <w:tcPr>
            <w:tcW w:w="5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E95F86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02927D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5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BA9429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D2BF1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 5.–31. 10.</w:t>
            </w:r>
          </w:p>
        </w:tc>
        <w:tc>
          <w:tcPr>
            <w:tcW w:w="74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73F89E4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zmrzlina</w:t>
            </w:r>
          </w:p>
        </w:tc>
      </w:tr>
      <w:tr w:rsidR="00092ADE" w:rsidRPr="009A2384" w14:paraId="3F521E3E" w14:textId="77777777" w:rsidTr="00523062"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C68F57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75B51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286/1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B17EA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ul. Nádražní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54051C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54F17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C04A7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69F5376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5A6C0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</w:tcPr>
          <w:p w14:paraId="4AEE9EE2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9A2384" w14:paraId="75EF09E9" w14:textId="77777777" w:rsidTr="00523062"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5EF7B4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51A3A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789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005A1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ul. Česká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8E14ED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C5B4BE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B3C567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20A8B4F2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32680F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</w:tcPr>
          <w:p w14:paraId="3FCEA725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9A2384" w14:paraId="711D7782" w14:textId="77777777" w:rsidTr="00523062"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5C2DD2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56CCF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032847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ul. Dominikánská (nádvoří radnice MČ Brno-střed)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2D1D3C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C760C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 parcely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D8DEA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6.00–24.00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E197A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65831730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5D119A5E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7EA5B9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 xml:space="preserve">5. 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A8687A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BCC1A0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Moravské náměstí – před vstupem do parku ve směru od ul. Joštova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5CDE8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D1E537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5358B4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267ED68C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F9749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7EFA22AF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zmrzlina</w:t>
            </w:r>
          </w:p>
        </w:tc>
      </w:tr>
      <w:tr w:rsidR="00092ADE" w:rsidRPr="009A2384" w14:paraId="2C6DA55B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5BFFAA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6BC55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7F923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Moravské náměstí – před Místodržitelským palácem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195DE9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349F3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výměra parcely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CDE11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7740375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A2384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971F39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A2384">
              <w:rPr>
                <w:rFonts w:ascii="Arial" w:hAnsi="Arial" w:cs="Arial"/>
                <w:sz w:val="16"/>
                <w:szCs w:val="16"/>
              </w:rPr>
              <w:t>11.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A2384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A2384">
              <w:rPr>
                <w:rFonts w:ascii="Arial" w:hAnsi="Arial" w:cs="Arial"/>
                <w:sz w:val="16"/>
                <w:szCs w:val="16"/>
              </w:rPr>
              <w:t>15.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A238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4195D73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6015ED3E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6D6822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408C2F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776/1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4ECAE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 xml:space="preserve">ul. Joštova – v blízkosti Joštova </w:t>
            </w:r>
            <w:r w:rsidRPr="009A2384">
              <w:rPr>
                <w:rFonts w:ascii="Arial" w:hAnsi="Arial" w:cs="Arial"/>
                <w:iCs/>
                <w:spacing w:val="-12"/>
                <w:sz w:val="16"/>
                <w:szCs w:val="16"/>
              </w:rPr>
              <w:t>or. č. 7 (Česká or. č. 31)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C9F17B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741CA0F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F17B24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780DD7CF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1D2832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679BD3B6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9A2384" w14:paraId="7568DE34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3B5497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29025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4C9E00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nám. Svobody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563546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3469F0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4F151A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7FE9463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374F3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6BE6196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zmrzlina</w:t>
            </w:r>
          </w:p>
        </w:tc>
      </w:tr>
      <w:tr w:rsidR="00092ADE" w:rsidRPr="009A2384" w14:paraId="1B3FE598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2158D1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59215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486, 392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61EC04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Šilingrovo náměstí (prostor mezi objekty Šilingrova nám. or. č. 7 a Starobrněnská or. č. 22)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A81944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DE07F2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E371E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5995A474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D2D872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1FC6733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9A2384" w14:paraId="2CAB2CE1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57CA69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FD2850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273/1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005CC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ul. Benešova naproti hotelu Grand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F5193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D5064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5FC88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4F9C0BD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7E8D5F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</w:tcPr>
          <w:p w14:paraId="020248B0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9A2384" w14:paraId="47B2680E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E57C46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DD4D5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EBE5A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ul. Rooseveltova u vstupu na piazzettu před Janáčkovým divadlem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D53D16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95488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0C9DEA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7B12F44B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32DCBB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374AB29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9A2384" w14:paraId="1DE8FEFC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4EBE13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DEA257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06A95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ul. Kobližná před OD Centrum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9C32BF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539AA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62087D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EC5FE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</w:tcPr>
          <w:p w14:paraId="3227049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9A2384" w14:paraId="3F6917FA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8ADE5E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81874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3075EF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ul. Kobližná před OD Centrum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2906F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FC754D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2CB71C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79601F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</w:tcPr>
          <w:p w14:paraId="436972E2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ovoce, zelenina, suché plody</w:t>
            </w:r>
          </w:p>
        </w:tc>
      </w:tr>
      <w:tr w:rsidR="00092ADE" w:rsidRPr="009A2384" w14:paraId="393450CA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C99D6C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A91CA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BC8257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E11774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4D7A6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5EBE20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6.30 - 21.30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B0CEAF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jednoráz.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A2384">
              <w:rPr>
                <w:rFonts w:ascii="Arial" w:hAnsi="Arial" w:cs="Arial"/>
                <w:sz w:val="16"/>
                <w:szCs w:val="16"/>
              </w:rPr>
              <w:t>akce (se souhl. pořadatele)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5DF5C93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57C024AC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0C361E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84E37C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17C39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ul. Kobližná před Etnografickým muzeem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B6825E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B4312F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CF942C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6.30 - 21.30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740306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07A4C90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9A2384" w14:paraId="57ED336C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4BB740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C1C0C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216/1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0D8AC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ul. Františkánská mezi tzv. "Římským náměstím" a ul. Masarykovou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91DC99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C8871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F2547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9F4966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od 1. 1. do 6. dne před první adventní nedělí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2BCFA4AC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ovoce, zelenina, suché plody</w:t>
            </w:r>
          </w:p>
        </w:tc>
      </w:tr>
      <w:tr w:rsidR="00092ADE" w:rsidRPr="009A2384" w14:paraId="3E859380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DAA760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53F25A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575/1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8556CA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ul. Česká vedle objektu or. č. 29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5F5309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0136F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A69280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4EFA2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 5.–31. 10.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77DEEF0C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zmrzlina</w:t>
            </w:r>
          </w:p>
        </w:tc>
      </w:tr>
      <w:tr w:rsidR="00092ADE" w:rsidRPr="009A2384" w14:paraId="3B4C443F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785DF5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B94C49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216/1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B03C8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ul. Františkánská mezi tzv. Římským náměstím a ul. Masarykovou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0FB14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10081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1455C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2A8216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 5.–31. 10.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43CD6FF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zmrzlina</w:t>
            </w:r>
          </w:p>
        </w:tc>
      </w:tr>
      <w:tr w:rsidR="00092ADE" w:rsidRPr="009A2384" w14:paraId="201602C5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E2FA9A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B4DE5B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C31F0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Moravské náměstí – před Místodržitelským palácem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8929F3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1B3F24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524F9F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6.30–24.00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C5773A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 4.–30. 9.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797BDE8F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092ADE" w:rsidRPr="009A2384" w14:paraId="3B423B6D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750BEC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5713BC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509/3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9CD337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Dominikánské nám. – prostor před Novou radnicí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5F962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0F762F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35CF35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5AC779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 4.–30. 9.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1CA32EAC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092ADE" w:rsidRPr="009A2384" w14:paraId="1C8284FE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EE8E40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D41C4B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509/3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4E4A94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Dominikánské nám. – prostor před Novou radnicí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8FE7BC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B9D438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0F0F4E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CB0E8E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 5.–31. 10.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21FA5B05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zmrzlina</w:t>
            </w:r>
          </w:p>
        </w:tc>
      </w:tr>
      <w:tr w:rsidR="00092ADE" w:rsidRPr="009A2384" w14:paraId="26963C6A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34C443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5A1CD3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10A65E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ul. Orlí or. č. 2 – prostor vedle objektu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CB2436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391111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50B721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8E53CB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48314E50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9A2384" w14:paraId="46446E9E" w14:textId="77777777" w:rsidTr="00523062">
        <w:trPr>
          <w:trHeight w:val="250"/>
        </w:trPr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9870D1" w14:textId="77777777" w:rsidR="00092ADE" w:rsidRPr="009A2384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2CF89D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272/1</w:t>
            </w:r>
          </w:p>
        </w:tc>
        <w:tc>
          <w:tcPr>
            <w:tcW w:w="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4A6E15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ul. Nádražní – prostor nástupišť vlakového nádraží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6E0DAC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0F44A5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C93A84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D6CC38" w14:textId="77777777" w:rsidR="00092ADE" w:rsidRPr="009A2384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37655A42" w14:textId="77777777" w:rsidR="00092ADE" w:rsidRPr="009A2384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</w:tbl>
    <w:p w14:paraId="4A5478AB" w14:textId="77777777" w:rsidR="00092ADE" w:rsidRDefault="00092ADE" w:rsidP="00092ADE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5A606B9" w14:textId="77777777" w:rsidR="00092ADE" w:rsidRPr="00374D80" w:rsidRDefault="00092ADE" w:rsidP="00092ADE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374D80">
        <w:rPr>
          <w:rFonts w:ascii="Arial" w:hAnsi="Arial" w:cs="Arial"/>
          <w:b/>
          <w:bCs/>
          <w:sz w:val="22"/>
          <w:szCs w:val="22"/>
        </w:rPr>
        <w:lastRenderedPageBreak/>
        <w:t>B2) Tržní místa – k. ú. Město Brno  (tzv. příležitostný prodej):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73"/>
        <w:gridCol w:w="970"/>
        <w:gridCol w:w="2030"/>
        <w:gridCol w:w="1039"/>
        <w:gridCol w:w="847"/>
        <w:gridCol w:w="1146"/>
        <w:gridCol w:w="1491"/>
        <w:gridCol w:w="1487"/>
      </w:tblGrid>
      <w:tr w:rsidR="00092ADE" w:rsidRPr="00374D80" w14:paraId="5ADA73AC" w14:textId="77777777" w:rsidTr="00523062">
        <w:trPr>
          <w:trHeight w:val="274"/>
        </w:trPr>
        <w:tc>
          <w:tcPr>
            <w:tcW w:w="186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5CAF6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8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C3396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7EC71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5A7A10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374D80" w14:paraId="146D2979" w14:textId="77777777" w:rsidTr="00523062">
        <w:tc>
          <w:tcPr>
            <w:tcW w:w="29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94624F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8C157E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213D5E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3C1AA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47D6B0B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470E1E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AF54501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(m</w:t>
            </w:r>
            <w:r w:rsidRPr="00374D8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74D8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65025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18A32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0388C5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374D80" w14:paraId="3FD10940" w14:textId="77777777" w:rsidTr="00523062">
        <w:tc>
          <w:tcPr>
            <w:tcW w:w="29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DCB318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0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CF610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270, 278</w:t>
            </w:r>
          </w:p>
        </w:tc>
        <w:tc>
          <w:tcPr>
            <w:tcW w:w="10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CA86F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 xml:space="preserve">ul. Benešova – </w:t>
            </w:r>
          </w:p>
          <w:p w14:paraId="21A86C6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 hotelu Grand</w:t>
            </w:r>
          </w:p>
        </w:tc>
        <w:tc>
          <w:tcPr>
            <w:tcW w:w="5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53678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B6D9F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D5B11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F8056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 dnů před Velikonocemi</w:t>
            </w:r>
          </w:p>
        </w:tc>
        <w:tc>
          <w:tcPr>
            <w:tcW w:w="7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F3AA1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092ADE" w:rsidRPr="00374D80" w14:paraId="00782141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5CAE5F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9A4F5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270, 278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E2E53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 xml:space="preserve">ul. Benešova – </w:t>
            </w:r>
          </w:p>
          <w:p w14:paraId="307F7D5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 hotelu Grand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F7513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F354B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05D0F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2F51F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Dnem matek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67C18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374D80" w14:paraId="7F2BE7A5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A0597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95BD9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97438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056E7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6C042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E8311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B0594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Dnem dětí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5D164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92ADE" w:rsidRPr="00374D80" w14:paraId="720E10D6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62A6F1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AB4B1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6C552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0C4C1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CF85F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53216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347F7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konc. šk. roku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0B1AC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92ADE" w:rsidRPr="00374D80" w14:paraId="4FE2142A" w14:textId="77777777" w:rsidTr="00523062">
        <w:trPr>
          <w:trHeight w:val="476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A8E0D3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C5B48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270, 278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AB698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 xml:space="preserve">ul. Benešova – </w:t>
            </w:r>
          </w:p>
          <w:p w14:paraId="4AFC024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 hotelu Grand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F084B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20F9E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2042C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AE8BA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3185A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374D80" w14:paraId="50C9DB45" w14:textId="77777777" w:rsidTr="00523062">
        <w:trPr>
          <w:trHeight w:val="210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2C72B0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38A53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26788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E9EB0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EADA5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C7112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EAAF7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59F99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09E6A4AE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EDBAB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21B8E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BE6FD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D6999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CE74E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673C8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89B78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52572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574B0754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485716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41E9D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B3D67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37370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479A7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FD3EE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636AA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FE713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38389062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64F702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64EB3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A118A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3C109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56559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1E53A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7CFB2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BCB35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3E5FADB8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07C488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0B99C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184C2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2F3A1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D4FD0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FC63A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88547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1E103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0E7AAD74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985318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B8A51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A280C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33443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CB9C8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40147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5E395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CB11E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2FDB3EF5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5CE926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691E8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C45AE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E075E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1745C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DBD14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F7AA2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4706C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09CEDAB5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0B07D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39480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8C3A5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A6C54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EA9B3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5275B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79A47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A69C8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514E9EF9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A8FD10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01283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70211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B347A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D09DA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3CA3F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6B69E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CB036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2E840ED3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358967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E5112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D0E69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2B9A6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D04AC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D24FF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52D17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3A52B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3AC5DA94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396E0D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3FA17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21592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65CC4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5A0ED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F91D0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DBB99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6A943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1A14AB05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5F2141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8B8B04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60C81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E9A1B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EE485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592D0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2265E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AD07E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42BDDCE6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F19597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04933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90FBF4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1E77F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EDEF2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FCF86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D2283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5E751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6E9A18C6" w14:textId="77777777" w:rsidTr="00523062">
        <w:trPr>
          <w:trHeight w:val="474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D04797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571A2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575/1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937A7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Česká vedle objektu or. č. 31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CE5D2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D8A24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D609B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3F3A1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A4A6A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374D80" w14:paraId="6F1C9848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B56868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7316A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38D95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Česká – naproti Avionu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F69BD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C4B07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B3862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2E386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svátkem sv. Valentýna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3562C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374D80" w14:paraId="3FE91DCE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0AF060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B4743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DAED3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CB60A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46A77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92D20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8F211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F4659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3343A100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292F2A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035B7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D8ABC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Česká – naproti Avionu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4329C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A625D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06503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40472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 dnů před Velikonocemi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F5FEF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092ADE" w:rsidRPr="00374D80" w14:paraId="6AB10B56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84514B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2F915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E7DAC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C0B6C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31741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3EA6B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8E7B9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Dnem matek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284A2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374D80" w14:paraId="68FD0F35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0CCE5E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55A3B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77A7A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68C19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D674B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49AF8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DEEC2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Dnem dětí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17BEB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92ADE" w:rsidRPr="00374D80" w14:paraId="223D0C2B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3D4715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DCE0D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ABA89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6FCA7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B77C7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2DD7E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BFFB5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konc. šk. roku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19938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92ADE" w:rsidRPr="00374D80" w14:paraId="1CC01931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087F9A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13F05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F818B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D8050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45EFB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0A9B0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E9F09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20.8.-31.10.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BFF8F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92ADE" w:rsidRPr="00374D80" w14:paraId="06326EA3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933C61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8004F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4B6C9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92D10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69B51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55DC8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F9C2F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BA5A9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55DCB9F3" w14:textId="77777777" w:rsidTr="00523062">
        <w:trPr>
          <w:trHeight w:val="458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CB0887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130E6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1CDD8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Česká – naproti Avionu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6ABEB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240B7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D88D8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BB325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4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86FE7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374D80" w14:paraId="02547516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D68B41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A8F1B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4EB12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F0238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8FC88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0C14B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849DF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AD81A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6597351B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1C790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5CBA1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5B26E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F0F22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872B9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9F529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310B1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83DBE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29F5973B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DD3C00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53BB1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3E5620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7AD68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83D44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73713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CB71D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DB591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06F24A76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B77E30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70C36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059A6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00C2D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3FD47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C7176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D97E0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C54B9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5126B211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1F397B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ECE86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9C33D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7CE3E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40918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1C312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966CB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D5E10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13FCD8B6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8A1EED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D1416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C6644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01040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04686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25BB1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87375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64256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12BE474E" w14:textId="77777777" w:rsidTr="00523062">
        <w:trPr>
          <w:trHeight w:val="415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12793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C1D8B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A3261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Jakubská vedle objektu or. č. 11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F8285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2FE34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2FD11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74800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61246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374D80" w14:paraId="2B3C2268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C244B1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D20D7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216/1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5BA64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Františkánská mezi tzv. "Římským náměstím" a ul. Masarykovou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0620D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27DE4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865C5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90A78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svátkem sv. Valentýna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77DBE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374D80" w14:paraId="2C188CD5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00C26D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2FB6D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86883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24503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271F1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E04A3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8AD9F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D7EFD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27478A0E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DF81A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7E897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216/1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6C55E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Františkánská mezi tzv. "Římským náměstím" a ul. Masarykovou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273C5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42471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AD4E6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6.30 -21.30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A5058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 dnů před Velikonocemi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D1020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092ADE" w:rsidRPr="00374D80" w14:paraId="226DFEC3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8807D0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A0A76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43098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D1B4E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1687A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5E8A8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F6134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Dnem matek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4D316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374D80" w14:paraId="23F0972A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D3427F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AB032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A5340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C8EAC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E4652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0A9B1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EC5AC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Dnem dětí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628E0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92ADE" w:rsidRPr="00374D80" w14:paraId="01F46A79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E3E532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DC9F2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D396C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4B4B4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946CA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1894B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0EE33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konc. šk. roku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30673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92ADE" w:rsidRPr="00374D80" w14:paraId="628CBE1F" w14:textId="77777777" w:rsidTr="00523062">
        <w:trPr>
          <w:trHeight w:val="473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A54DFF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ADDF4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5C1EC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16A78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25554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44AAC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6.30 -21.30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5974E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E6BA7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</w:tbl>
    <w:p w14:paraId="4C66A95E" w14:textId="77777777" w:rsidR="00092ADE" w:rsidRDefault="00092ADE" w:rsidP="00092ADE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73"/>
        <w:gridCol w:w="970"/>
        <w:gridCol w:w="2030"/>
        <w:gridCol w:w="1039"/>
        <w:gridCol w:w="847"/>
        <w:gridCol w:w="1146"/>
        <w:gridCol w:w="1491"/>
        <w:gridCol w:w="1487"/>
      </w:tblGrid>
      <w:tr w:rsidR="00092ADE" w:rsidRPr="00374D80" w14:paraId="5506C4CB" w14:textId="77777777" w:rsidTr="00523062">
        <w:trPr>
          <w:trHeight w:val="274"/>
        </w:trPr>
        <w:tc>
          <w:tcPr>
            <w:tcW w:w="186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7C498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98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1D735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DFC74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7EB9D8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374D80" w14:paraId="1F7BA013" w14:textId="77777777" w:rsidTr="00523062">
        <w:tc>
          <w:tcPr>
            <w:tcW w:w="29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B8728A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0F0D52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7EDFEC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61587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3D8BD7A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DBDB7C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57FED06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(m</w:t>
            </w:r>
            <w:r w:rsidRPr="00374D8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74D8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B4FC3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3D69B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00D0B6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374D80" w14:paraId="68D1EA15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B8C614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93CA8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CE628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A6D70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94A07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DC6BB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1D22B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C8F0F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7CDA5018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0E0F1B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6652B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80943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C207D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B3E6D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AB021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7B491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AF444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19B991DF" w14:textId="77777777" w:rsidTr="00523062">
        <w:trPr>
          <w:trHeight w:val="458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3FAACB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88142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227/1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7AC170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Josefská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5BBD4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79339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BD302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ED0B2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                                                                                            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D1BFD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374D80" w14:paraId="12C2DD3E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1DC7AA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81B2A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B082A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91C29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E23CF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49DF7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0DDAB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8CE1E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2BC35C20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AE5F33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8712E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ECE68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Joštova – Údolní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55D01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1D01E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DE1AC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B6692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8.-22.12.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EC2E9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H</w:t>
            </w:r>
          </w:p>
        </w:tc>
      </w:tr>
      <w:tr w:rsidR="00092ADE" w:rsidRPr="00374D80" w14:paraId="2025D1FC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B1FD3D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4CB6D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0E6FD4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Joštova – Údolní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E4FFA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30186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263CD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F9720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16.-24.12.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975F0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092ADE" w:rsidRPr="00374D80" w14:paraId="7334E69A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F571B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191430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293, 294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283594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 xml:space="preserve">Kapucínské nám. </w:t>
            </w:r>
          </w:p>
          <w:p w14:paraId="1E9C34D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– U tří kohoutů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A3561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2BCA7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02091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23D8D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svátkem sv. Valentýna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42013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374D80" w14:paraId="464D96B3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7FA36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AD3B4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C7F2D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BC69F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3906B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C43F6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C020F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BE5EF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05FDC2C0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9B25C6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04E11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293, 294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3CFA9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 xml:space="preserve">Kapucínské nám. </w:t>
            </w:r>
          </w:p>
          <w:p w14:paraId="3C67342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– U tří kohoutů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486AD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37E6E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A18D6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BB44D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 dnů před Velikonocemi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4CFFC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092ADE" w:rsidRPr="00374D80" w14:paraId="3DF3DCD1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24F579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70.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EA05D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EFC02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AAB1E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7753F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DDFAC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EABDB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Dnem matek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7E223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374D80" w14:paraId="1ED1651B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6B1E5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71.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78807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E6502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9D644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1C9A3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53E54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9087D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Dnem dětí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B8779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92ADE" w:rsidRPr="00374D80" w14:paraId="45039187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207095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72.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8BF1A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C342C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E4B5D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20B6C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10903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794FF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konc. šk. roku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FE9E1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92ADE" w:rsidRPr="00374D80" w14:paraId="0A223991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F2B24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73.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AEE7A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FA9810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A86AD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17897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010EB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9D773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Památkou zesnulých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F25E8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92ADE" w:rsidRPr="00374D80" w14:paraId="79DC28F2" w14:textId="77777777" w:rsidTr="00523062">
        <w:trPr>
          <w:trHeight w:val="285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072A31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74.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EA94A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56D33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F1D66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BBC73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D6B55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F6B59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A0976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374D80" w14:paraId="0F87B045" w14:textId="77777777" w:rsidTr="00523062">
        <w:trPr>
          <w:cantSplit/>
          <w:trHeight w:hRule="exact" w:val="39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1BBB69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75.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F1696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65B8D0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6FCAF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CA69E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4DACA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E4F4C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16.-24.12.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906BE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092ADE" w:rsidRPr="00374D80" w14:paraId="7741190A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820182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76.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80CC2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245AD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BDDB2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8E047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4F49F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D63E3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1C71A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7BA0C019" w14:textId="77777777" w:rsidTr="00523062">
        <w:trPr>
          <w:cantSplit/>
          <w:trHeight w:hRule="exact" w:val="39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6A7AC3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77.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F4547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294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5A54D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Kapucínské nám. – před kostelem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74B74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A736F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F39ED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211EB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8.-22. 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A3CA9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H</w:t>
            </w:r>
          </w:p>
        </w:tc>
      </w:tr>
      <w:tr w:rsidR="00092ADE" w:rsidRPr="00374D80" w14:paraId="484F6F30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F681D5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78.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DFA0D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2B525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Kobližná – u Etno- grafického muzea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02D0D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11831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E001A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AC0F6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svátkem sv. Valentýna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D8A56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374D80" w14:paraId="5B807339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695271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79.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8C6FE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ADA2E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4F0AF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63EB5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49159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CE34A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C6824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49980C87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D129BF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3B6EA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102C6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Kobližná – u Etnograf. muzea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84F07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09FF2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8DCFE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6EE51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 dnů před Velikonocemi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5727A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092ADE" w:rsidRPr="00374D80" w14:paraId="63FD0D54" w14:textId="77777777" w:rsidTr="00523062">
        <w:trPr>
          <w:cantSplit/>
          <w:trHeight w:hRule="exact" w:val="403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2563FE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79F604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DFE32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191D2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7FB1B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D27A5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AB93B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Dnem matek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4FFF2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374D80" w14:paraId="3C9B8830" w14:textId="77777777" w:rsidTr="00523062">
        <w:trPr>
          <w:cantSplit/>
          <w:trHeight w:hRule="exact" w:val="546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F54141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D5507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7D278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Kobližná – u Etnograf. muzea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61F2E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B1779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45C19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214AC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Dnem dětí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3E645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92ADE" w:rsidRPr="00374D80" w14:paraId="3F79DB5B" w14:textId="77777777" w:rsidTr="00523062">
        <w:trPr>
          <w:cantSplit/>
          <w:trHeight w:hRule="exact" w:val="583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C47094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1FC11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40968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DCACB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D9B36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C3691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A3F49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konc. šk. roku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EC39F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92ADE" w:rsidRPr="00374D80" w14:paraId="28E85A84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E1053B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9273B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6EE230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E8450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ADAFB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3A7E2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05ADD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EB535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479F723B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E538BD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BEB31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E9E3C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D53D3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9B1A1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4592E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2206A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671BB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6467451D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EE1C19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B8BCA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2B31A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1BE63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5AFDE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CB7CC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7ED3D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92522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381A478C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D34F49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9596F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CE17D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765CB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CFB3B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2F630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F5F54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CE9AE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1A3DAA4B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37A158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35A4D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02310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1F169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B1371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9BC16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5767E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3A00C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3BDEB53D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BAAF5A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E5DAB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03D80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84281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02CB3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3A635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026F4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72D83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5114EB4A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DBC285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90.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C24E9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4DF4B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B2B02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1BC81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D8F07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8E606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14E7F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0CF708A3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9364EE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91.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93B94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37C930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i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2DFB9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19E92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1295C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098D0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73F7D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43615488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13046B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92.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9D675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92792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i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3EB35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741F9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EBA39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EFAE4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FC915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685BD47D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F4C4A5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93.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289C3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FF007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C1BE6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B35CB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F8179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ADF08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F0F10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3D980DF5" w14:textId="77777777" w:rsidTr="00523062">
        <w:trPr>
          <w:cantSplit/>
          <w:trHeight w:hRule="exact" w:val="5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F3A0AB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94.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67911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37134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Kobližná před OD Centrum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EC3DE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10757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77B52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6D0E9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D612B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374D80" w14:paraId="1744D381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5C3AF0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 xml:space="preserve"> 95.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4DAEE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3AAF3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61147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5B159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58EF9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EC5F9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1C786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60B6A2AF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72B08A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 xml:space="preserve"> 96.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EB6C3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A3116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E0A38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EEEBA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D25B0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FBDA5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F4F70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232892C6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8C022B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 xml:space="preserve"> 97.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3C095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3FCAD0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5476F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65914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82B0E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C84CA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3277B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1FEF75C6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937086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 xml:space="preserve">  98.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50A02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1D632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714DE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C620A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DFBE8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9DE1D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ECEA9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58576A48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85F024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 xml:space="preserve">  99.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5A6C4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F9639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6DA84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DDE6F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F2618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94630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A85F2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729D8F93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952373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100.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7DBDB4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E394C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D08AC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68323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5AED2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48B91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F1DC4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55B3FE55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99E254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101.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8C87F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489AD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6A20D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7A00E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80F42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24823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A5763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25952AB0" w14:textId="77777777" w:rsidTr="00523062">
        <w:trPr>
          <w:cantSplit/>
          <w:trHeight w:hRule="exact" w:val="528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30D61F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102.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935BE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293</w:t>
            </w:r>
          </w:p>
          <w:p w14:paraId="49394B1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03792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i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Masarykova – Jánská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4C341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7775E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F2079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18FC7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 dnů před Velikonocemi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9992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092ADE" w:rsidRPr="00374D80" w14:paraId="27115F4C" w14:textId="77777777" w:rsidTr="00523062">
        <w:trPr>
          <w:trHeight w:val="274"/>
        </w:trPr>
        <w:tc>
          <w:tcPr>
            <w:tcW w:w="186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935A4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98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FB6CC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88C1F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68713D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374D80" w14:paraId="44577C2E" w14:textId="77777777" w:rsidTr="00523062">
        <w:tc>
          <w:tcPr>
            <w:tcW w:w="29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81BCED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39B386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A91D4D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D61C7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770EE70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C2FE99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0ADE676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(m</w:t>
            </w:r>
            <w:r w:rsidRPr="00374D8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74D8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6EFD2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F2BB8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11100C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374D80" w14:paraId="69DE53C6" w14:textId="77777777" w:rsidTr="00523062">
        <w:trPr>
          <w:cantSplit/>
          <w:trHeight w:hRule="exact" w:val="473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43B8CA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103.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15138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293</w:t>
            </w:r>
          </w:p>
          <w:p w14:paraId="639BA69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51F82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Masarykova – Jánská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AA6E4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5464E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B052C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647A1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AD212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374D80" w14:paraId="465D5195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40B504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104.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6D1C0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D89CD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04F65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6B171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626D4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0824F9" w14:textId="77777777" w:rsidR="00092ADE" w:rsidRPr="00374D80" w:rsidRDefault="00092ADE" w:rsidP="00523062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7F43E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4237179B" w14:textId="77777777" w:rsidTr="00523062">
        <w:trPr>
          <w:cantSplit/>
          <w:trHeight w:hRule="exact" w:val="454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0F986D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105.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57322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293</w:t>
            </w:r>
          </w:p>
          <w:p w14:paraId="262C4150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D25B8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Masarykova – Orlí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0F009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97A9C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59253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F5745D" w14:textId="77777777" w:rsidR="00092ADE" w:rsidRPr="00374D80" w:rsidRDefault="00092ADE" w:rsidP="00523062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74D80">
              <w:rPr>
                <w:rFonts w:ascii="Arial" w:hAnsi="Arial" w:cs="Arial"/>
                <w:noProof/>
                <w:sz w:val="16"/>
                <w:szCs w:val="16"/>
              </w:rPr>
              <w:t>14 dnů před Velikonocemi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7DF54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092ADE" w:rsidRPr="00374D80" w14:paraId="23FF08D8" w14:textId="77777777" w:rsidTr="00523062">
        <w:trPr>
          <w:cantSplit/>
          <w:trHeight w:hRule="exact" w:val="454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917058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106.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8FD46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293</w:t>
            </w:r>
          </w:p>
          <w:p w14:paraId="3CD47DF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F11A9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Masarykova – P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374D80">
              <w:rPr>
                <w:rFonts w:ascii="Arial" w:hAnsi="Arial" w:cs="Arial"/>
                <w:sz w:val="16"/>
                <w:szCs w:val="16"/>
              </w:rPr>
              <w:t>nská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95CCA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D7F1B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5FC56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25D44B" w14:textId="77777777" w:rsidR="00092ADE" w:rsidRPr="00374D80" w:rsidRDefault="00092ADE" w:rsidP="00523062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74D80">
              <w:rPr>
                <w:rFonts w:ascii="Arial" w:hAnsi="Arial" w:cs="Arial"/>
                <w:noProof/>
                <w:sz w:val="16"/>
                <w:szCs w:val="16"/>
              </w:rPr>
              <w:t>14 dnů před Velikonocemi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4E181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092ADE" w:rsidRPr="00374D80" w14:paraId="51029691" w14:textId="77777777" w:rsidTr="00523062">
        <w:trPr>
          <w:cantSplit/>
          <w:trHeight w:hRule="exact" w:val="415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02FBD2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107.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83675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293, </w:t>
            </w:r>
            <w:r w:rsidRPr="00374D80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20CD2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Masarykova – P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374D80">
              <w:rPr>
                <w:rFonts w:ascii="Arial" w:hAnsi="Arial" w:cs="Arial"/>
                <w:sz w:val="16"/>
                <w:szCs w:val="16"/>
              </w:rPr>
              <w:t xml:space="preserve">nská </w:t>
            </w:r>
            <w:r w:rsidRPr="00374D80">
              <w:rPr>
                <w:rFonts w:ascii="Arial" w:hAnsi="Arial" w:cs="Arial"/>
                <w:iCs/>
                <w:sz w:val="16"/>
                <w:szCs w:val="16"/>
              </w:rPr>
              <w:t>vedle objektu or. č. 1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6B026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47C37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239AB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F2D4B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D83F5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374D80" w14:paraId="153906DD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5707B9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108.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D03640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BDFA6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3C5AB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71371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5C071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88AFA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C6AF1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0F8FCC23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C91484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109.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24E9B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25E7B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365A9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3D9B1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74559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055D1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D0711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1FCBD35F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971E74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110.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78036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27A09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49C68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532AC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9CCB1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271C8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7F0AB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118D1415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78ADC3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111.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AF1244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5CA14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A4142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A71E6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46FCC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5C85E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89FBC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192607D7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4816B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112.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9D117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B42D7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4023C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A8D64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30D43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4ABA1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D107D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48FD7DDF" w14:textId="77777777" w:rsidTr="00523062">
        <w:trPr>
          <w:cantSplit/>
          <w:trHeight w:hRule="exact" w:val="454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0782F1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113.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374E7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293</w:t>
            </w:r>
          </w:p>
          <w:p w14:paraId="0EC9E8D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F5A5F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Masarykova – Zelný trh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ECE13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89488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AF864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BF56F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 dnů před Velikonocemi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772CC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092ADE" w:rsidRPr="00374D80" w14:paraId="6E3416E3" w14:textId="77777777" w:rsidTr="00523062">
        <w:trPr>
          <w:cantSplit/>
          <w:trHeight w:hRule="exact" w:val="454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D2BB0A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114.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5E3F1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A7CBC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42148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1B049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8CFF6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301D9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Dnem matek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EC02C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92ADE" w:rsidRPr="00374D80" w14:paraId="7B041149" w14:textId="77777777" w:rsidTr="00523062">
        <w:trPr>
          <w:cantSplit/>
          <w:trHeight w:hRule="exact" w:val="454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5EE718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115.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D45B7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C58C3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A2003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EF01B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21AB1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AE450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Dnem dětí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9A56E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92ADE" w:rsidRPr="00374D80" w14:paraId="33A1B9CD" w14:textId="77777777" w:rsidTr="00523062">
        <w:trPr>
          <w:cantSplit/>
          <w:trHeight w:hRule="exact" w:val="454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182104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116.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B78E4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D98B3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BD8B0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8B562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75AC8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68890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konc. šk. roku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5D2D5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92ADE" w:rsidRPr="00374D80" w14:paraId="4ADA1FE7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61BAB9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117.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452F7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3A9D0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A7FE1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CBE10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8451D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4544F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20.8.-31.10.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7425C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92ADE" w:rsidRPr="00374D80" w14:paraId="5F0B8EC6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06CE3D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118.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22D48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3FF4C4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9DE62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9470E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BBB02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625D8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ABD4B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374D80" w14:paraId="7D8B24B4" w14:textId="77777777" w:rsidTr="00523062">
        <w:trPr>
          <w:cantSplit/>
          <w:trHeight w:hRule="exact" w:val="574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71212A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119.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121CE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293, </w:t>
            </w:r>
            <w:r w:rsidRPr="00374D80">
              <w:rPr>
                <w:rFonts w:ascii="Arial" w:hAnsi="Arial" w:cs="Arial"/>
                <w:sz w:val="16"/>
                <w:szCs w:val="16"/>
              </w:rPr>
              <w:t>409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EC93A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Cs/>
                <w:sz w:val="16"/>
                <w:szCs w:val="16"/>
              </w:rPr>
              <w:t>ul. Masarykova – Květinářská vedle objektu or. č. 18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EA3D0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34D01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2027B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A0B97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F84C1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374D80" w14:paraId="26F32DAB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0C093F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CB997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216/1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CB536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Františkánská – tzv. „Římské náměstí“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4C7DB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7F149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45D98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B6960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20.8.-31.10.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A6C57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92ADE" w:rsidRPr="00374D80" w14:paraId="044E2089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2BCA1E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F5C84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11FEE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6D927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993DF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EC13C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BFF00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8.-22.12.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68B0A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H</w:t>
            </w:r>
          </w:p>
        </w:tc>
      </w:tr>
      <w:tr w:rsidR="00092ADE" w:rsidRPr="00374D80" w14:paraId="649A3742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42D2C7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9D002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1C76B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0254E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80958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F489C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5639D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16.-24.12.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F5967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092ADE" w:rsidRPr="00374D80" w14:paraId="2AD47E7E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46CBA0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FE7B2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C6C88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07C29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C0720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E303E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18B55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F0B17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2F0F6CAE" w14:textId="77777777" w:rsidTr="00523062">
        <w:trPr>
          <w:cantSplit/>
          <w:trHeight w:hRule="exact" w:val="454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0568F6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98804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7D241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Zelný trh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DF58F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64827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EE432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924DC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16.-24.12.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BE069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092ADE" w:rsidRPr="00374D80" w14:paraId="29589ACA" w14:textId="77777777" w:rsidTr="00523062">
        <w:trPr>
          <w:cantSplit/>
          <w:trHeight w:hRule="exact" w:val="215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C90DE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28183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35A4AA" w14:textId="77777777" w:rsidR="00092ADE" w:rsidRPr="00374D80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FAC77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C281B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F7E5E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3BE29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71084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62C38DB0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36F3ED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389BF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C36C60" w14:textId="77777777" w:rsidR="00092ADE" w:rsidRPr="00374D80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219A6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2E5C0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8D723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63F45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A0615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22305291" w14:textId="77777777" w:rsidTr="00523062">
        <w:trPr>
          <w:cantSplit/>
          <w:trHeight w:hRule="exact" w:val="215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1F8A88" w14:textId="77777777" w:rsidR="00092ADE" w:rsidRPr="00374D80" w:rsidRDefault="00092ADE" w:rsidP="0052306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1244F7" w14:textId="77777777" w:rsidR="00092ADE" w:rsidRPr="00374D80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ECB577" w14:textId="77777777" w:rsidR="00092ADE" w:rsidRPr="00374D80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FA58D7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2F1C4D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5D9AE7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0C5D2C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5F1EDF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609E999F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DC3A67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B93DF6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8AD736" w14:textId="77777777" w:rsidR="00092ADE" w:rsidRPr="00374D80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6F327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EF14C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FC2C0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328C7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43B5B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4DCB1715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7863CB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994654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2BC759" w14:textId="77777777" w:rsidR="00092ADE" w:rsidRPr="00374D80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8BA26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E354F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3F5D0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DF979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C7B72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76AFA4E8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416363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130.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8E8FD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326616" w14:textId="77777777" w:rsidR="00092ADE" w:rsidRPr="00374D80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Panská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831F2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4EE7B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1D564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842ED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74D80">
              <w:rPr>
                <w:rFonts w:ascii="Arial" w:hAnsi="Arial" w:cs="Arial"/>
                <w:sz w:val="16"/>
                <w:szCs w:val="16"/>
              </w:rPr>
              <w:t>8.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374D80">
              <w:rPr>
                <w:rFonts w:ascii="Arial" w:hAnsi="Arial" w:cs="Arial"/>
                <w:sz w:val="16"/>
                <w:szCs w:val="16"/>
              </w:rPr>
              <w:t>31.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74D80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07009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92ADE" w:rsidRPr="00374D80" w14:paraId="59D6B9D3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564D9E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131.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EC919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9B57D4" w14:textId="77777777" w:rsidR="00092ADE" w:rsidRPr="00374D80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Moravské nám. – u sochy markraběte Jošta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853C6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6B13D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E4B91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9E274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74D80">
              <w:rPr>
                <w:rFonts w:ascii="Arial" w:hAnsi="Arial" w:cs="Arial"/>
                <w:sz w:val="16"/>
                <w:szCs w:val="16"/>
              </w:rPr>
              <w:t>8.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374D80">
              <w:rPr>
                <w:rFonts w:ascii="Arial" w:hAnsi="Arial" w:cs="Arial"/>
                <w:sz w:val="16"/>
                <w:szCs w:val="16"/>
              </w:rPr>
              <w:t>31.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74D80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557E3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92ADE" w:rsidRPr="00374D80" w14:paraId="02D4AB8B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A3AAF2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132.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E1D0D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15BA86" w14:textId="77777777" w:rsidR="00092ADE" w:rsidRPr="003C671D" w:rsidRDefault="00092ADE" w:rsidP="0052306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3C671D">
              <w:rPr>
                <w:rFonts w:ascii="Arial" w:hAnsi="Arial" w:cs="Arial"/>
                <w:spacing w:val="-4"/>
                <w:sz w:val="16"/>
                <w:szCs w:val="16"/>
              </w:rPr>
              <w:t>ul. Benešova – pod schody vedle hotelu Grand naproti stánku PNS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A1682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260A0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5B37D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79D44D" w14:textId="77777777" w:rsidR="00092ADE" w:rsidRPr="00374D80" w:rsidRDefault="00092ADE" w:rsidP="00523062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74D80">
              <w:rPr>
                <w:rFonts w:ascii="Arial" w:hAnsi="Arial" w:cs="Arial"/>
                <w:noProof/>
                <w:sz w:val="16"/>
                <w:szCs w:val="16"/>
              </w:rPr>
              <w:t>20.8.-31.10.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D2535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92ADE" w:rsidRPr="00374D80" w14:paraId="621AD3E4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C5B309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133.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723B4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5A2AC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Kobližná or. č. 1 u Etnografického muzea na rozhraní s budovou Komerční banky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27EF6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183DD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08A7B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16C5B6" w14:textId="77777777" w:rsidR="00092ADE" w:rsidRPr="00374D80" w:rsidRDefault="00092ADE" w:rsidP="00523062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74D80">
              <w:rPr>
                <w:rFonts w:ascii="Arial" w:hAnsi="Arial" w:cs="Arial"/>
                <w:noProof/>
                <w:sz w:val="16"/>
                <w:szCs w:val="16"/>
              </w:rPr>
              <w:t>20.8.-31.10.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ABB3B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92ADE" w:rsidRPr="00374D80" w14:paraId="3F9A12FA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3FAC44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134.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C08FC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57E442" w14:textId="77777777" w:rsidR="00092ADE" w:rsidRPr="00374D80" w:rsidRDefault="00092ADE" w:rsidP="00523062">
            <w:pPr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Joštova – Údolní,</w:t>
            </w:r>
          </w:p>
          <w:p w14:paraId="53DCAF90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konečná trolejbusů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47FD4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CB8D9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02BD2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206ED1" w14:textId="77777777" w:rsidR="00092ADE" w:rsidRPr="00374D80" w:rsidRDefault="00092ADE" w:rsidP="00523062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74D80">
              <w:rPr>
                <w:rFonts w:ascii="Arial" w:hAnsi="Arial" w:cs="Arial"/>
                <w:noProof/>
                <w:sz w:val="16"/>
                <w:szCs w:val="16"/>
              </w:rPr>
              <w:t>20.8.-31.10.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48315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92ADE" w:rsidRPr="00374D80" w14:paraId="1DAB0733" w14:textId="77777777" w:rsidTr="00523062">
        <w:trPr>
          <w:cantSplit/>
          <w:trHeight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D6CD2D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135.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89EE5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898C3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D6246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3F634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CF746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B076E6" w14:textId="77777777" w:rsidR="00092ADE" w:rsidRPr="00374D80" w:rsidRDefault="00092ADE" w:rsidP="00523062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CDF7D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133CDCDA" w14:textId="77777777" w:rsidTr="00523062">
        <w:trPr>
          <w:cantSplit/>
          <w:trHeight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3FEA32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136.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08629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BC3B2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36861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C2CCF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3CF00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D0F20B" w14:textId="77777777" w:rsidR="00092ADE" w:rsidRPr="00374D80" w:rsidRDefault="00092ADE" w:rsidP="00523062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E25DF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1F55E6A4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F1492D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137.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90FCB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3CE41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Kobližná – u Etnografického muzea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07CCE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4CA5B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7F2C1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CC0FF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Památkou zesnulých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8CDF0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92ADE" w:rsidRPr="00374D80" w14:paraId="407CD0D2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7DF127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138.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993B4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8347D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Kobližná – u Etnografického muzea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68D0E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235C8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A07D0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E9704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851B8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374D80" w14:paraId="3F85F500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63E188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139.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CFDEB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293, 162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9F26A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Masarykova – Jánská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9AEC9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7477B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20726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D0CC1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svátkem sv. Valentýna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32EB9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374D80" w14:paraId="72B7521D" w14:textId="77777777" w:rsidTr="00523062"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14CA5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A3D83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293, 162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AB1AB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Masarykova – Jánská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2D8D3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8E640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A0F2A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88F54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Dnem matek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35DEF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</w:tbl>
    <w:p w14:paraId="7DD61F10" w14:textId="77777777" w:rsidR="00092ADE" w:rsidRDefault="00092ADE" w:rsidP="00092ADE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73"/>
        <w:gridCol w:w="970"/>
        <w:gridCol w:w="2030"/>
        <w:gridCol w:w="1039"/>
        <w:gridCol w:w="847"/>
        <w:gridCol w:w="1146"/>
        <w:gridCol w:w="1491"/>
        <w:gridCol w:w="1487"/>
      </w:tblGrid>
      <w:tr w:rsidR="00092ADE" w:rsidRPr="00374D80" w14:paraId="6C8E1A80" w14:textId="77777777" w:rsidTr="00523062">
        <w:trPr>
          <w:trHeight w:val="274"/>
        </w:trPr>
        <w:tc>
          <w:tcPr>
            <w:tcW w:w="186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72A4D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98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29D77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3AEB0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256873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374D80" w14:paraId="1C3C1BF7" w14:textId="77777777" w:rsidTr="00523062">
        <w:tc>
          <w:tcPr>
            <w:tcW w:w="29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9B9251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4903F8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2A1311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2A421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5A35B70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BA94FA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5F21F13" w14:textId="77777777" w:rsidR="00092ADE" w:rsidRPr="00374D80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(m</w:t>
            </w:r>
            <w:r w:rsidRPr="00374D8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74D8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9EF71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7A095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1C6371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374D80" w14:paraId="0610E9C8" w14:textId="77777777" w:rsidTr="00523062">
        <w:trPr>
          <w:trHeight w:val="47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098575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51B23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293, 162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2EEA9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Masarykova – Jánská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EA209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F1C94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C3830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85B1E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Památkou zesnulých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05C98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92ADE" w:rsidRPr="00374D80" w14:paraId="4F32449D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E557E0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690B6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E694B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E4938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FBF0A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4C8F0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19227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4C1E4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6A6AB4E5" w14:textId="77777777" w:rsidTr="00523062">
        <w:trPr>
          <w:cantSplit/>
          <w:trHeight w:hRule="exact" w:val="56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7F1087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A9EE8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293, 397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31531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Masarykova – Zelný trh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4D783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09AE2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6B9FC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DE892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svátkem sv. Valentýna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40D65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374D80" w14:paraId="6F19EBEF" w14:textId="77777777" w:rsidTr="00523062">
        <w:trPr>
          <w:cantSplit/>
          <w:trHeight w:hRule="exact" w:val="56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AA9C85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43604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227/1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D2367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Josefská – ohyb k eskalátoru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80AB4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36BAA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A34A9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709BD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svátkem sv. Valentýna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16F74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374D80" w14:paraId="5E2F366E" w14:textId="77777777" w:rsidTr="00523062">
        <w:trPr>
          <w:cantSplit/>
          <w:trHeight w:hRule="exact" w:val="39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7D1B0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837280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CC7BD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B854D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9C164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10390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69809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 dnů před Velikonocemi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76E4A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092ADE" w:rsidRPr="00374D80" w14:paraId="5D0D9838" w14:textId="77777777" w:rsidTr="00523062">
        <w:trPr>
          <w:cantSplit/>
          <w:trHeight w:hRule="exact" w:val="56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4810A5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B37F5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2991B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C8C4D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3378D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B0A88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3F033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 dnů před Památkou zesnulých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6B0E3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92ADE" w:rsidRPr="00374D80" w14:paraId="2A2E7B70" w14:textId="77777777" w:rsidTr="00523062">
        <w:trPr>
          <w:cantSplit/>
          <w:trHeight w:hRule="exact" w:val="445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958252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B565CC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0F0D11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374D80">
              <w:rPr>
                <w:rFonts w:ascii="Arial" w:hAnsi="Arial" w:cs="Arial"/>
                <w:iCs/>
                <w:sz w:val="16"/>
                <w:szCs w:val="16"/>
              </w:rPr>
              <w:t>ul. Josefská vedle objektu or. č. 27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75035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0EFDD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2D397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013BB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  <w:r w:rsidRPr="00374D80">
              <w:rPr>
                <w:rFonts w:ascii="Arial" w:hAnsi="Arial" w:cs="Arial"/>
                <w:spacing w:val="-2"/>
                <w:sz w:val="16"/>
                <w:szCs w:val="16"/>
              </w:rPr>
              <w:t xml:space="preserve"> do 24.12.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5D37B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374D80" w14:paraId="7BA4207A" w14:textId="77777777" w:rsidTr="00523062">
        <w:trPr>
          <w:cantSplit/>
          <w:trHeight w:hRule="exact" w:val="1403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422E02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EBF705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702AB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Radnická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22CB2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D76A0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0AB15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8–22 h.*)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41E53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 dny o Velikonočních svátcích –</w:t>
            </w:r>
          </w:p>
          <w:p w14:paraId="220358E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velikonoční</w:t>
            </w:r>
          </w:p>
          <w:p w14:paraId="7577762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pá, so, ne</w:t>
            </w:r>
          </w:p>
          <w:p w14:paraId="02FCB24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(Otevírání turistické sezony)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4F134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56A07EEF" w14:textId="77777777" w:rsidTr="00523062">
        <w:trPr>
          <w:cantSplit/>
          <w:trHeight w:hRule="exact" w:val="56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7EDF4E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149.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499E42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492B8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17ED4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F693C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výměra náměstí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905B7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8–22 h.*)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10B43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10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10"/>
                <w:sz w:val="16"/>
                <w:szCs w:val="16"/>
              </w:rPr>
              <w:t>7.–18. 6. (Mezinárodní festival Divadelní svět Brno)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DED50F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6BA057A7" w14:textId="77777777" w:rsidTr="00523062">
        <w:trPr>
          <w:cantSplit/>
          <w:trHeight w:hRule="exact" w:val="56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327289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150.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60D83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52DB9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Zelný trh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C013F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CBB7C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5682E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8–22 h.*)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E9569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10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10"/>
                <w:sz w:val="16"/>
                <w:szCs w:val="16"/>
              </w:rPr>
              <w:t>7.–18. 6. (Mezinárodní festival Divadelní svět Brno)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AC14A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1E4C9911" w14:textId="77777777" w:rsidTr="00523062">
        <w:trPr>
          <w:cantSplit/>
          <w:trHeight w:hRule="exact" w:val="56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4F827B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151.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4D4FDF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FDF7C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17637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4F7B5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výměra náměstí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3C5BE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8–22 h.*)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9F755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20.–22.6. (Evropský svátek hudby)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64F66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4EB6141C" w14:textId="77777777" w:rsidTr="00523062">
        <w:trPr>
          <w:cantSplit/>
          <w:trHeight w:hRule="exact" w:val="22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98F2FF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152.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AF07F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D154C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i/>
                <w:sz w:val="16"/>
                <w:szCs w:val="16"/>
              </w:rPr>
            </w:pPr>
            <w:r w:rsidRPr="00374D80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AE9CD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C43E6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99A100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C2325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12724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527C91F1" w14:textId="77777777" w:rsidTr="00523062">
        <w:trPr>
          <w:cantSplit/>
          <w:trHeight w:hRule="exact" w:val="768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2E509C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153.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D753B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B3E55A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72A54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3B911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výměra náměstí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3A530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8–22 h.*)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9049C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5.–21.8.</w:t>
            </w:r>
          </w:p>
          <w:p w14:paraId="3F6B120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(</w:t>
            </w:r>
            <w:r w:rsidRPr="00374D80">
              <w:rPr>
                <w:rFonts w:ascii="Arial" w:hAnsi="Arial" w:cs="Arial"/>
                <w:spacing w:val="-6"/>
                <w:sz w:val="16"/>
                <w:szCs w:val="16"/>
              </w:rPr>
              <w:t>Den Brna – Brněnské lidové slavnosti</w:t>
            </w:r>
            <w:r w:rsidRPr="00374D8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9FCCB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61F21E7F" w14:textId="77777777" w:rsidTr="00523062">
        <w:trPr>
          <w:cantSplit/>
          <w:trHeight w:hRule="exact" w:val="709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F7BD1F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154.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1EF75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02F34E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Radnická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3CF478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7B604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28947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8–22 h.*)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D3DCEB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5.–21.8.</w:t>
            </w:r>
          </w:p>
          <w:p w14:paraId="13CECE75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(</w:t>
            </w:r>
            <w:r w:rsidRPr="00374D80">
              <w:rPr>
                <w:rFonts w:ascii="Arial" w:hAnsi="Arial" w:cs="Arial"/>
                <w:spacing w:val="-6"/>
                <w:sz w:val="16"/>
                <w:szCs w:val="16"/>
              </w:rPr>
              <w:t>Den Brna – Brněnské lidové slavnosti</w:t>
            </w:r>
            <w:r w:rsidRPr="00374D8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D322F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26757838" w14:textId="77777777" w:rsidTr="00523062">
        <w:trPr>
          <w:cantSplit/>
          <w:trHeight w:hRule="exact" w:val="39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88DF35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155.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E7AB67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A75C44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8B925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79F45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výměra náměstí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9F743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8–22 h.*)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39335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9.–27.9. (Festival vědy)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72C17C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7C3B6A41" w14:textId="77777777" w:rsidTr="00523062">
        <w:trPr>
          <w:cantSplit/>
          <w:trHeight w:hRule="exact" w:val="124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91B2F8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156.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8B978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41022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Radnická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FCE33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A5ACA4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DCEC7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8–22 h.*)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695A3E" w14:textId="77777777" w:rsidR="00092ADE" w:rsidRPr="00374D80" w:rsidRDefault="00092ADE" w:rsidP="00523062">
            <w:pPr>
              <w:pStyle w:val="Styltabulk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25.11.2011–1.1.2012,</w:t>
            </w:r>
          </w:p>
          <w:p w14:paraId="75B7C666" w14:textId="77777777" w:rsidR="00092ADE" w:rsidRPr="00374D80" w:rsidRDefault="00092ADE" w:rsidP="00523062">
            <w:pPr>
              <w:pStyle w:val="Styltabulk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od r. 2012: 15.11.–7.1. (Brněnské Vánoce)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433B0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1B9B93AB" w14:textId="77777777" w:rsidTr="00523062">
        <w:trPr>
          <w:cantSplit/>
          <w:trHeight w:hRule="exact" w:val="1247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68381A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157.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3CF3E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665A3B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nám. Svobody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A07DCD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06D866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výměra náměstí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A87A01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8–22 h.*)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5D2DA3" w14:textId="77777777" w:rsidR="00092ADE" w:rsidRPr="00374D80" w:rsidRDefault="00092ADE" w:rsidP="00523062">
            <w:pPr>
              <w:pStyle w:val="Styltabulk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25.11.2011–1.1.2012,</w:t>
            </w:r>
          </w:p>
          <w:p w14:paraId="65ACA5AC" w14:textId="77777777" w:rsidR="00092ADE" w:rsidRPr="00374D80" w:rsidRDefault="00092ADE" w:rsidP="00523062">
            <w:pPr>
              <w:pStyle w:val="Styltabulk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od r. 2012: 15.11.–7.1. (Brněnské Vánoce)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5CA10F" w14:textId="77777777" w:rsidR="00092ADE" w:rsidRPr="00374D80" w:rsidRDefault="00092ADE" w:rsidP="00523062">
            <w:pPr>
              <w:pStyle w:val="adresa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49F3BDA2" w14:textId="77777777" w:rsidTr="00523062">
        <w:trPr>
          <w:cantSplit/>
          <w:trHeight w:hRule="exact" w:val="624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7CCB15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158.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87B4CD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3003F3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Moravské náměstí – park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145533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1549CA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výměra parku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BC9012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8–22 h.*)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EFB32B" w14:textId="77777777" w:rsidR="00092ADE" w:rsidRPr="00374D80" w:rsidRDefault="00092ADE" w:rsidP="00523062">
            <w:pPr>
              <w:pStyle w:val="Styltabulk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10"/>
                <w:sz w:val="16"/>
                <w:szCs w:val="16"/>
              </w:rPr>
              <w:t>7.–18.6. (Mezinárodní festival Divadelní svět Brno)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B94E0A" w14:textId="77777777" w:rsidR="00092ADE" w:rsidRPr="00374D80" w:rsidRDefault="00092ADE" w:rsidP="00523062">
            <w:pPr>
              <w:pStyle w:val="adresa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374D80" w14:paraId="7FA48810" w14:textId="77777777" w:rsidTr="00523062">
        <w:trPr>
          <w:cantSplit/>
          <w:trHeight w:hRule="exact" w:val="624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BECE30" w14:textId="77777777" w:rsidR="00092ADE" w:rsidRPr="00374D80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159.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F8D538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186749" w14:textId="77777777" w:rsidR="00092ADE" w:rsidRPr="00374D80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ul. Radnická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3F4039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8FB4CE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výměra ulice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182477" w14:textId="77777777" w:rsidR="00092ADE" w:rsidRPr="00374D80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8–22 h.*)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3BDD13" w14:textId="77777777" w:rsidR="00092ADE" w:rsidRPr="00374D80" w:rsidRDefault="00092ADE" w:rsidP="00523062">
            <w:pPr>
              <w:pStyle w:val="Styltabulk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pacing w:val="-10"/>
                <w:sz w:val="16"/>
                <w:szCs w:val="16"/>
              </w:rPr>
              <w:t>7.–18.6. (Mezinárodní festival Divadelní svět Brno)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9CCE56" w14:textId="77777777" w:rsidR="00092ADE" w:rsidRPr="00374D80" w:rsidRDefault="00092ADE" w:rsidP="00523062">
            <w:pPr>
              <w:pStyle w:val="adresa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04D14F" w14:textId="77777777" w:rsidR="00092ADE" w:rsidRDefault="00092ADE" w:rsidP="00092ADE">
      <w:pPr>
        <w:pStyle w:val="Zkladntext"/>
        <w:spacing w:before="120" w:after="240" w:line="240" w:lineRule="auto"/>
        <w:rPr>
          <w:rFonts w:ascii="Arial" w:hAnsi="Arial" w:cs="Arial"/>
          <w:sz w:val="18"/>
          <w:szCs w:val="18"/>
        </w:rPr>
      </w:pPr>
      <w:r w:rsidRPr="00F32B03">
        <w:rPr>
          <w:rFonts w:ascii="Arial" w:hAnsi="Arial" w:cs="Arial"/>
          <w:sz w:val="18"/>
          <w:szCs w:val="18"/>
        </w:rPr>
        <w:t>*) do uvedené doby prodeje se započítává i doba nezbytného úklidu</w:t>
      </w:r>
    </w:p>
    <w:p w14:paraId="61DEBB82" w14:textId="77777777" w:rsidR="00092ADE" w:rsidRDefault="00092ADE" w:rsidP="00092ADE">
      <w:pPr>
        <w:pStyle w:val="Zkladntext"/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DA41C1">
        <w:rPr>
          <w:rFonts w:ascii="Arial" w:hAnsi="Arial" w:cs="Arial"/>
          <w:sz w:val="18"/>
          <w:szCs w:val="18"/>
        </w:rPr>
        <w:t>LEGENDA – vymezení sortimentu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F17601">
        <w:rPr>
          <w:rFonts w:ascii="Arial" w:hAnsi="Arial" w:cs="Arial"/>
          <w:sz w:val="18"/>
          <w:szCs w:val="18"/>
        </w:rPr>
        <w:t xml:space="preserve">k tabulce </w:t>
      </w:r>
      <w:r>
        <w:rPr>
          <w:rFonts w:ascii="Arial" w:hAnsi="Arial" w:cs="Arial"/>
          <w:sz w:val="18"/>
          <w:szCs w:val="18"/>
        </w:rPr>
        <w:t xml:space="preserve">je na následující </w:t>
      </w:r>
      <w:r w:rsidRPr="00F17601">
        <w:rPr>
          <w:rFonts w:ascii="Arial" w:hAnsi="Arial" w:cs="Arial"/>
          <w:sz w:val="18"/>
          <w:szCs w:val="18"/>
        </w:rPr>
        <w:t>straně</w:t>
      </w:r>
      <w:r>
        <w:rPr>
          <w:rFonts w:ascii="Arial" w:hAnsi="Arial" w:cs="Arial"/>
          <w:sz w:val="18"/>
          <w:szCs w:val="18"/>
        </w:rPr>
        <w:t>.</w:t>
      </w:r>
    </w:p>
    <w:tbl>
      <w:tblPr>
        <w:tblW w:w="5004" w:type="pct"/>
        <w:tblInd w:w="-4" w:type="dxa"/>
        <w:tblLook w:val="01E0" w:firstRow="1" w:lastRow="1" w:firstColumn="1" w:lastColumn="1" w:noHBand="0" w:noVBand="0"/>
      </w:tblPr>
      <w:tblGrid>
        <w:gridCol w:w="9583"/>
      </w:tblGrid>
      <w:tr w:rsidR="00092ADE" w:rsidRPr="005C0F58" w14:paraId="11E8947E" w14:textId="77777777" w:rsidTr="00523062">
        <w:trPr>
          <w:cantSplit/>
        </w:trPr>
        <w:tc>
          <w:tcPr>
            <w:tcW w:w="0" w:type="auto"/>
          </w:tcPr>
          <w:p w14:paraId="38CC5513" w14:textId="77777777" w:rsidR="00092ADE" w:rsidRPr="00F32B03" w:rsidRDefault="00092ADE" w:rsidP="00523062">
            <w:pPr>
              <w:pStyle w:val="Zkladntext"/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F32B0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LEGENDA – vymezení sortimentu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17601">
              <w:rPr>
                <w:rFonts w:ascii="Arial" w:hAnsi="Arial" w:cs="Arial"/>
                <w:sz w:val="18"/>
                <w:szCs w:val="18"/>
              </w:rPr>
              <w:t>(k tabulce končící na předchozí straně)</w:t>
            </w:r>
          </w:p>
        </w:tc>
      </w:tr>
      <w:tr w:rsidR="00092ADE" w:rsidRPr="005C0F58" w14:paraId="5A05F5F5" w14:textId="77777777" w:rsidTr="00523062">
        <w:trPr>
          <w:cantSplit/>
        </w:trPr>
        <w:tc>
          <w:tcPr>
            <w:tcW w:w="0" w:type="auto"/>
            <w:vAlign w:val="center"/>
          </w:tcPr>
          <w:p w14:paraId="22957067" w14:textId="77777777" w:rsidR="00092ADE" w:rsidRPr="00F32B0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F32B03">
              <w:rPr>
                <w:rFonts w:ascii="Arial" w:hAnsi="Arial" w:cs="Arial"/>
                <w:sz w:val="18"/>
                <w:szCs w:val="18"/>
              </w:rPr>
              <w:t>A – květiny, perníčky, drobné dárkové předměty</w:t>
            </w:r>
          </w:p>
        </w:tc>
      </w:tr>
      <w:tr w:rsidR="00092ADE" w:rsidRPr="005C0F58" w14:paraId="3BAEC881" w14:textId="77777777" w:rsidTr="00523062">
        <w:trPr>
          <w:cantSplit/>
        </w:trPr>
        <w:tc>
          <w:tcPr>
            <w:tcW w:w="0" w:type="auto"/>
            <w:vAlign w:val="center"/>
          </w:tcPr>
          <w:p w14:paraId="31B9B057" w14:textId="77777777" w:rsidR="00092ADE" w:rsidRPr="00F32B0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F32B03">
              <w:rPr>
                <w:rFonts w:ascii="Arial" w:hAnsi="Arial" w:cs="Arial"/>
                <w:sz w:val="18"/>
                <w:szCs w:val="18"/>
              </w:rPr>
              <w:t>B – pomlázky, kraslice, řehtačky, květiny, suchá vazba, svíčky, štramberské uši, vizovické pečivo, perníčky, obtisky</w:t>
            </w:r>
          </w:p>
        </w:tc>
      </w:tr>
      <w:tr w:rsidR="00092ADE" w:rsidRPr="005C0F58" w14:paraId="5C195758" w14:textId="77777777" w:rsidTr="00523062">
        <w:trPr>
          <w:cantSplit/>
        </w:trPr>
        <w:tc>
          <w:tcPr>
            <w:tcW w:w="0" w:type="auto"/>
            <w:vAlign w:val="center"/>
          </w:tcPr>
          <w:p w14:paraId="3B4EE0F8" w14:textId="77777777" w:rsidR="00092ADE" w:rsidRPr="00F32B0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F32B03">
              <w:rPr>
                <w:rFonts w:ascii="Arial" w:hAnsi="Arial" w:cs="Arial"/>
                <w:sz w:val="18"/>
                <w:szCs w:val="18"/>
              </w:rPr>
              <w:t>C – perníčky, cukrovinky, hračky, nafukovací balonky, cukrová vata, květiny, drobné dárkové předměty</w:t>
            </w:r>
          </w:p>
        </w:tc>
      </w:tr>
      <w:tr w:rsidR="00092ADE" w:rsidRPr="005C0F58" w14:paraId="40A6F8E5" w14:textId="77777777" w:rsidTr="00523062">
        <w:trPr>
          <w:cantSplit/>
        </w:trPr>
        <w:tc>
          <w:tcPr>
            <w:tcW w:w="0" w:type="auto"/>
            <w:vAlign w:val="center"/>
          </w:tcPr>
          <w:p w14:paraId="5338AF39" w14:textId="77777777" w:rsidR="00092ADE" w:rsidRPr="00F32B0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F32B03">
              <w:rPr>
                <w:rFonts w:ascii="Arial" w:hAnsi="Arial" w:cs="Arial"/>
                <w:sz w:val="18"/>
                <w:szCs w:val="18"/>
              </w:rPr>
              <w:t>D – květiny, perníčky, cukrovinky, drobné dárkové předměty</w:t>
            </w:r>
          </w:p>
        </w:tc>
      </w:tr>
      <w:tr w:rsidR="00092ADE" w:rsidRPr="005C0F58" w14:paraId="0C16B7D5" w14:textId="77777777" w:rsidTr="00523062">
        <w:trPr>
          <w:cantSplit/>
        </w:trPr>
        <w:tc>
          <w:tcPr>
            <w:tcW w:w="0" w:type="auto"/>
            <w:vAlign w:val="center"/>
          </w:tcPr>
          <w:p w14:paraId="60A74534" w14:textId="77777777" w:rsidR="00092ADE" w:rsidRPr="00F32B0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F32B03">
              <w:rPr>
                <w:rFonts w:ascii="Arial" w:hAnsi="Arial" w:cs="Arial"/>
                <w:sz w:val="18"/>
                <w:szCs w:val="18"/>
              </w:rPr>
              <w:t>E – hroznový mošt, suché plody</w:t>
            </w:r>
          </w:p>
        </w:tc>
      </w:tr>
      <w:tr w:rsidR="00092ADE" w:rsidRPr="005C0F58" w14:paraId="650CE0A2" w14:textId="77777777" w:rsidTr="00523062">
        <w:trPr>
          <w:cantSplit/>
        </w:trPr>
        <w:tc>
          <w:tcPr>
            <w:tcW w:w="0" w:type="auto"/>
            <w:vAlign w:val="center"/>
          </w:tcPr>
          <w:p w14:paraId="5E9714FC" w14:textId="77777777" w:rsidR="00092ADE" w:rsidRPr="00F32B0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F32B03">
              <w:rPr>
                <w:rFonts w:ascii="Arial" w:hAnsi="Arial" w:cs="Arial"/>
                <w:sz w:val="18"/>
                <w:szCs w:val="18"/>
              </w:rPr>
              <w:t>F – květiny, suchá vazba, věnce, svíčky</w:t>
            </w:r>
          </w:p>
        </w:tc>
      </w:tr>
      <w:tr w:rsidR="00092ADE" w:rsidRPr="005C0F58" w14:paraId="787477B2" w14:textId="77777777" w:rsidTr="00523062">
        <w:trPr>
          <w:cantSplit/>
        </w:trPr>
        <w:tc>
          <w:tcPr>
            <w:tcW w:w="0" w:type="auto"/>
            <w:vAlign w:val="center"/>
          </w:tcPr>
          <w:p w14:paraId="3A12A5EE" w14:textId="77777777" w:rsidR="00092ADE" w:rsidRPr="00F32B0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F32B03">
              <w:rPr>
                <w:rFonts w:ascii="Arial" w:hAnsi="Arial" w:cs="Arial"/>
                <w:sz w:val="18"/>
                <w:szCs w:val="18"/>
              </w:rPr>
              <w:t>G – jmelí, adventní věnce, suchá vazba, svíčky, perníčky a vizovické pečivo</w:t>
            </w:r>
          </w:p>
        </w:tc>
      </w:tr>
      <w:tr w:rsidR="00092ADE" w:rsidRPr="005C0F58" w14:paraId="321EBBFC" w14:textId="77777777" w:rsidTr="00523062">
        <w:trPr>
          <w:cantSplit/>
        </w:trPr>
        <w:tc>
          <w:tcPr>
            <w:tcW w:w="0" w:type="auto"/>
            <w:vAlign w:val="center"/>
          </w:tcPr>
          <w:p w14:paraId="2720D882" w14:textId="77777777" w:rsidR="00092ADE" w:rsidRPr="00F32B0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F32B03">
              <w:rPr>
                <w:rFonts w:ascii="Arial" w:hAnsi="Arial" w:cs="Arial"/>
                <w:sz w:val="18"/>
                <w:szCs w:val="18"/>
              </w:rPr>
              <w:t>H – vánoční stromky</w:t>
            </w:r>
          </w:p>
        </w:tc>
      </w:tr>
      <w:tr w:rsidR="00092ADE" w:rsidRPr="005C0F58" w14:paraId="0B61CD27" w14:textId="77777777" w:rsidTr="00523062">
        <w:trPr>
          <w:cantSplit/>
          <w:trHeight w:val="475"/>
        </w:trPr>
        <w:tc>
          <w:tcPr>
            <w:tcW w:w="0" w:type="auto"/>
            <w:vAlign w:val="center"/>
          </w:tcPr>
          <w:p w14:paraId="601E7455" w14:textId="77777777" w:rsidR="00092ADE" w:rsidRPr="00F32B03" w:rsidRDefault="00092ADE" w:rsidP="00523062">
            <w:pPr>
              <w:pStyle w:val="Zkladntext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F32B03">
              <w:rPr>
                <w:rFonts w:ascii="Arial" w:hAnsi="Arial" w:cs="Arial"/>
                <w:sz w:val="18"/>
                <w:szCs w:val="18"/>
              </w:rPr>
              <w:t>I – vánoční ozdoby, bižuterie, hračky, keramika, košíkářské zboží, perníčky, vizovické pečivo, pečené kaštany, dekorativní předměty s vánoční tematikou, suchá vazba a jmelí</w:t>
            </w:r>
          </w:p>
        </w:tc>
      </w:tr>
      <w:tr w:rsidR="00092ADE" w:rsidRPr="005C0F58" w14:paraId="4B5BC072" w14:textId="77777777" w:rsidTr="00523062">
        <w:trPr>
          <w:cantSplit/>
          <w:trHeight w:hRule="exact" w:val="227"/>
        </w:trPr>
        <w:tc>
          <w:tcPr>
            <w:tcW w:w="0" w:type="auto"/>
            <w:vAlign w:val="center"/>
          </w:tcPr>
          <w:p w14:paraId="420816B4" w14:textId="77777777" w:rsidR="00092ADE" w:rsidRPr="00F32B0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F32B03">
              <w:rPr>
                <w:rFonts w:ascii="Arial" w:hAnsi="Arial" w:cs="Arial"/>
                <w:sz w:val="18"/>
                <w:szCs w:val="18"/>
              </w:rPr>
              <w:t>J – kapři, zvěřina</w:t>
            </w:r>
          </w:p>
        </w:tc>
      </w:tr>
    </w:tbl>
    <w:p w14:paraId="19F2B314" w14:textId="77777777" w:rsidR="00092ADE" w:rsidRPr="00A554E2" w:rsidRDefault="00092ADE" w:rsidP="00092ADE">
      <w:pPr>
        <w:pStyle w:val="Zkladntext"/>
        <w:spacing w:before="30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A554E2">
        <w:rPr>
          <w:rFonts w:ascii="Arial" w:hAnsi="Arial" w:cs="Arial"/>
          <w:b/>
          <w:bCs/>
          <w:sz w:val="22"/>
          <w:szCs w:val="22"/>
        </w:rPr>
        <w:t>B3) Tržní místa – k. ú. Stránice: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3"/>
        <w:gridCol w:w="1096"/>
        <w:gridCol w:w="2158"/>
        <w:gridCol w:w="1062"/>
        <w:gridCol w:w="884"/>
        <w:gridCol w:w="1131"/>
        <w:gridCol w:w="1309"/>
        <w:gridCol w:w="1520"/>
      </w:tblGrid>
      <w:tr w:rsidR="00092ADE" w:rsidRPr="005C0F58" w14:paraId="27494469" w14:textId="77777777" w:rsidTr="00523062">
        <w:trPr>
          <w:trHeight w:val="274"/>
        </w:trPr>
        <w:tc>
          <w:tcPr>
            <w:tcW w:w="191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CCBBB1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54E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1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493C55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54E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7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9C6A37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54E2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6A37195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54E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5C0F58" w14:paraId="132BB155" w14:textId="77777777" w:rsidTr="00523062"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D23D79" w14:textId="77777777" w:rsidR="00092ADE" w:rsidRPr="00A554E2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4E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8D0FD1" w14:textId="77777777" w:rsidR="00092ADE" w:rsidRPr="00A554E2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4E2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A49BFE" w14:textId="77777777" w:rsidR="00092ADE" w:rsidRPr="00A554E2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4E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013BAA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4E2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5A9AD0" w14:textId="77777777" w:rsidR="00092ADE" w:rsidRPr="00A554E2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4E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8F1DDED" w14:textId="77777777" w:rsidR="00092ADE" w:rsidRPr="00A554E2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4E2">
              <w:rPr>
                <w:rFonts w:ascii="Arial" w:hAnsi="Arial" w:cs="Arial"/>
                <w:sz w:val="16"/>
                <w:szCs w:val="16"/>
              </w:rPr>
              <w:t>(m</w:t>
            </w:r>
            <w:r w:rsidRPr="00A554E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A554E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DBA80F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4E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CB34EB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4E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8BA03AB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54E2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5C0F58" w14:paraId="3CCE1FF8" w14:textId="77777777" w:rsidTr="00523062">
        <w:trPr>
          <w:cantSplit/>
          <w:trHeight w:hRule="exact" w:val="227"/>
        </w:trPr>
        <w:tc>
          <w:tcPr>
            <w:tcW w:w="22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3EC740" w14:textId="77777777" w:rsidR="00092ADE" w:rsidRPr="00DA41C1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A41C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7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6E8CA9" w14:textId="77777777" w:rsidR="00092ADE" w:rsidRPr="00DA41C1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1701E4" w14:textId="77777777" w:rsidR="00092ADE" w:rsidRPr="00A554E2" w:rsidRDefault="00092ADE" w:rsidP="00523062">
            <w:pPr>
              <w:pStyle w:val="Styltabulky"/>
              <w:rPr>
                <w:rFonts w:ascii="Arial" w:hAnsi="Arial" w:cs="Arial"/>
                <w:i/>
                <w:sz w:val="16"/>
                <w:szCs w:val="16"/>
              </w:rPr>
            </w:pPr>
            <w:r w:rsidRPr="00A554E2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B06125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8B8FB3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1495E7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C78A85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19F4B8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6BD6BCFF" w14:textId="77777777" w:rsidTr="00523062">
        <w:trPr>
          <w:cantSplit/>
          <w:trHeight w:hRule="exact" w:val="227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AD40DD" w14:textId="77777777" w:rsidR="00092ADE" w:rsidRPr="00A554E2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54E2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9E3AF8" w14:textId="77777777" w:rsidR="00092ADE" w:rsidRPr="00A554E2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493063" w14:textId="77777777" w:rsidR="00092ADE" w:rsidRPr="00A554E2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54E2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D1F5D8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D13BED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F4F8D8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FB5927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97E91C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2439E9EE" w14:textId="77777777" w:rsidTr="00523062">
        <w:trPr>
          <w:cantSplit/>
          <w:trHeight w:hRule="exact" w:val="227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1D7D25" w14:textId="77777777" w:rsidR="00092ADE" w:rsidRPr="00A554E2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54E2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56CDAF" w14:textId="77777777" w:rsidR="00092ADE" w:rsidRPr="00A554E2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1D72DD" w14:textId="77777777" w:rsidR="00092ADE" w:rsidRPr="00A554E2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554E2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CC5C49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FD0163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2AF487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F3B669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A9AC0A" w14:textId="77777777" w:rsidR="00092ADE" w:rsidRPr="00A554E2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D01152" w14:textId="77777777" w:rsidR="00092ADE" w:rsidRPr="00A554E2" w:rsidRDefault="00092ADE" w:rsidP="00092ADE">
      <w:pPr>
        <w:pStyle w:val="Zkladntext"/>
        <w:spacing w:before="30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A554E2">
        <w:rPr>
          <w:rFonts w:ascii="Arial" w:hAnsi="Arial" w:cs="Arial"/>
          <w:b/>
          <w:bCs/>
          <w:sz w:val="22"/>
          <w:szCs w:val="22"/>
        </w:rPr>
        <w:t>B4) Tržní místa – k. ú. Veveří: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3"/>
        <w:gridCol w:w="1054"/>
        <w:gridCol w:w="2150"/>
        <w:gridCol w:w="1056"/>
        <w:gridCol w:w="880"/>
        <w:gridCol w:w="1123"/>
        <w:gridCol w:w="1303"/>
        <w:gridCol w:w="1514"/>
      </w:tblGrid>
      <w:tr w:rsidR="00092ADE" w:rsidRPr="005C0F58" w14:paraId="47E91B3B" w14:textId="77777777" w:rsidTr="00523062">
        <w:trPr>
          <w:trHeight w:val="274"/>
        </w:trPr>
        <w:tc>
          <w:tcPr>
            <w:tcW w:w="193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356A08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3E8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1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317651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3E8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6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94F138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3E8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5F6CB7B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3E8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5C0F58" w14:paraId="14B1C328" w14:textId="77777777" w:rsidTr="00523062">
        <w:tc>
          <w:tcPr>
            <w:tcW w:w="262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C66F56" w14:textId="77777777" w:rsidR="00092ADE" w:rsidRPr="004333E8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AA2C54" w14:textId="77777777" w:rsidR="00092ADE" w:rsidRPr="004333E8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73768C" w14:textId="77777777" w:rsidR="00092ADE" w:rsidRPr="004333E8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979F25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C11075" w14:textId="77777777" w:rsidR="00092ADE" w:rsidRPr="004333E8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AA10CF5" w14:textId="77777777" w:rsidR="00092ADE" w:rsidRPr="004333E8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(m</w:t>
            </w:r>
            <w:r w:rsidRPr="009B213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333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7ACC2C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F7A487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B6FA24A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5C0F58" w14:paraId="77E9B944" w14:textId="77777777" w:rsidTr="00523062">
        <w:tc>
          <w:tcPr>
            <w:tcW w:w="2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9899F2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5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56862C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1525/2</w:t>
            </w:r>
          </w:p>
        </w:tc>
        <w:tc>
          <w:tcPr>
            <w:tcW w:w="112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6614BD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ul. Kotlářská (za objektem Štefánikova or. č. 1)</w:t>
            </w:r>
          </w:p>
        </w:tc>
        <w:tc>
          <w:tcPr>
            <w:tcW w:w="5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365D77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AC9105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445126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7–21 h.</w:t>
            </w:r>
          </w:p>
        </w:tc>
        <w:tc>
          <w:tcPr>
            <w:tcW w:w="6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E9DA99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73F779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</w:tr>
      <w:tr w:rsidR="00092ADE" w:rsidRPr="005C0F58" w14:paraId="508F9644" w14:textId="77777777" w:rsidTr="00523062"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755D83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915584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1113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8A6425" w14:textId="77777777" w:rsidR="00092ADE" w:rsidRPr="00DA2691" w:rsidRDefault="00092ADE" w:rsidP="00523062">
            <w:pPr>
              <w:pStyle w:val="Styltabulky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DA2691">
              <w:rPr>
                <w:rFonts w:ascii="Arial" w:hAnsi="Arial" w:cs="Arial"/>
                <w:spacing w:val="-2"/>
                <w:sz w:val="16"/>
                <w:szCs w:val="16"/>
              </w:rPr>
              <w:t>ul. Lidická – vstup do parku Lužánky při křižovatce s ul. Lužáneckou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30CC50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1AF00D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781E81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4333E8">
              <w:rPr>
                <w:rFonts w:ascii="Arial" w:hAnsi="Arial" w:cs="Arial"/>
                <w:sz w:val="16"/>
                <w:szCs w:val="16"/>
              </w:rPr>
              <w:t>–1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4333E8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371766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 xml:space="preserve"> 5. – 30</w:t>
            </w:r>
            <w:r w:rsidRPr="004333E8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9</w:t>
            </w:r>
            <w:r w:rsidRPr="004333E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898A67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občerstvení, bez prodeje alkoholu</w:t>
            </w:r>
          </w:p>
        </w:tc>
      </w:tr>
      <w:tr w:rsidR="00092ADE" w:rsidRPr="005C0F58" w14:paraId="6A5C4295" w14:textId="77777777" w:rsidTr="00523062"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848A7E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C1CACF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8E222B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C1A397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AD94C6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313D42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07D1D6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09D5CF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26AFC215" w14:textId="77777777" w:rsidTr="00523062"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734CE8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5A4703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62F2C4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081747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71E2F9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1D3EC1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FD32DA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94ACA4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</w:tr>
      <w:tr w:rsidR="00092ADE" w:rsidRPr="005C0F58" w14:paraId="65B46033" w14:textId="77777777" w:rsidTr="00523062"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B56370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B4A84A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A8E83D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E23F54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A46B2F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B0B29A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C0B78E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4E94EE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1847D4AC" w14:textId="77777777" w:rsidTr="00523062">
        <w:trPr>
          <w:trHeight w:val="246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DB7A63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F31D74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BDBDC9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26AF45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1ECF98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0ED8C7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9F2CF9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8D2EC3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71AC6DB3" w14:textId="77777777" w:rsidTr="00523062">
        <w:trPr>
          <w:cantSplit/>
          <w:trHeight w:hRule="exact" w:val="397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B67832" w14:textId="77777777" w:rsidR="00092ADE" w:rsidRPr="004333E8" w:rsidRDefault="00092ADE" w:rsidP="0052306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2DC1FF" w14:textId="77777777" w:rsidR="00092ADE" w:rsidRPr="004333E8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345/10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783772" w14:textId="77777777" w:rsidR="00092ADE" w:rsidRPr="004333E8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Žerotínovo nám. or. č. 6 před Bílým domem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F3C1CB" w14:textId="77777777" w:rsidR="00092ADE" w:rsidRPr="004333E8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5E571F" w14:textId="77777777" w:rsidR="00092ADE" w:rsidRPr="004333E8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4119F4" w14:textId="77777777" w:rsidR="00092ADE" w:rsidRPr="004333E8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8D6961" w14:textId="77777777" w:rsidR="00092ADE" w:rsidRPr="004333E8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106981" w14:textId="77777777" w:rsidR="00092ADE" w:rsidRPr="004333E8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občerstvení, bez prodeje alkoholu</w:t>
            </w:r>
          </w:p>
        </w:tc>
      </w:tr>
      <w:tr w:rsidR="00092ADE" w:rsidRPr="005C0F58" w14:paraId="55C4A99C" w14:textId="77777777" w:rsidTr="00523062">
        <w:trPr>
          <w:cantSplit/>
          <w:trHeight w:hRule="exact" w:val="397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F9652F" w14:textId="77777777" w:rsidR="00092ADE" w:rsidRPr="004333E8" w:rsidRDefault="00092ADE" w:rsidP="00523062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ABB156" w14:textId="77777777" w:rsidR="00092ADE" w:rsidRPr="004333E8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504/1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BF146D" w14:textId="77777777" w:rsidR="00092ADE" w:rsidRPr="004333E8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Obilní trh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7F4774" w14:textId="77777777" w:rsidR="00092ADE" w:rsidRPr="004333E8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E50D46" w14:textId="77777777" w:rsidR="00092ADE" w:rsidRPr="004333E8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3B11FF" w14:textId="77777777" w:rsidR="00092ADE" w:rsidRPr="004333E8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2E15C4" w14:textId="77777777" w:rsidR="00092ADE" w:rsidRPr="004333E8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05C78A" w14:textId="77777777" w:rsidR="00092ADE" w:rsidRPr="004333E8" w:rsidRDefault="00092ADE" w:rsidP="00523062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občerstvení, bez prodeje alkoholu</w:t>
            </w:r>
          </w:p>
        </w:tc>
      </w:tr>
      <w:tr w:rsidR="00092ADE" w:rsidRPr="005C0F58" w14:paraId="71ED665B" w14:textId="77777777" w:rsidTr="00523062">
        <w:trPr>
          <w:trHeight w:hRule="exact" w:val="227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ABB384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12BF31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3DBEE6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i/>
                <w:sz w:val="16"/>
                <w:szCs w:val="16"/>
              </w:rPr>
            </w:pPr>
            <w:r w:rsidRPr="004333E8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D16063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6B7FD9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145F0F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8F70E7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EB3F70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1860C3BF" w14:textId="77777777" w:rsidTr="00523062"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7C9384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33FC81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685/12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6ABAA1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park Kraví hora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867D31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7D9E50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2F30EA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6.30–2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4333E8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4333E8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745047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38BABE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092ADE" w:rsidRPr="005C0F58" w14:paraId="64114287" w14:textId="77777777" w:rsidTr="00523062"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423D1E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2F93B9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42E24B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F03907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C89CF5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3A2D8F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F29685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8568C6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6D909CC6" w14:textId="77777777" w:rsidTr="00523062"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3223A4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8E01F3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EDAA09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ul. Úvoz – naproti ZŠ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A0DE54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7E2C29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70ED40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6.30 -21.30 h.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4A673F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1.-24.12.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67C229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4333E8">
              <w:rPr>
                <w:rFonts w:ascii="Arial" w:hAnsi="Arial" w:cs="Arial"/>
                <w:spacing w:val="-6"/>
                <w:sz w:val="16"/>
                <w:szCs w:val="16"/>
              </w:rPr>
              <w:t>vánoční stromky</w:t>
            </w:r>
          </w:p>
        </w:tc>
      </w:tr>
      <w:tr w:rsidR="00092ADE" w:rsidRPr="005C0F58" w14:paraId="4A444BE1" w14:textId="77777777" w:rsidTr="00523062"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DB37C3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F719F7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1095/1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AC08AC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ul. Veveří – Šumavská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D596B6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0390FF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DE480C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7EE427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1.-24.12.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03864E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4333E8">
              <w:rPr>
                <w:rFonts w:ascii="Arial" w:hAnsi="Arial" w:cs="Arial"/>
                <w:spacing w:val="-6"/>
                <w:sz w:val="16"/>
                <w:szCs w:val="16"/>
              </w:rPr>
              <w:t>vánoční stromky</w:t>
            </w:r>
          </w:p>
        </w:tc>
      </w:tr>
      <w:tr w:rsidR="00092ADE" w:rsidRPr="005C0F58" w14:paraId="5A468BAE" w14:textId="77777777" w:rsidTr="00523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1FE602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C7AA74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280/4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E2E1CE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ul. Veveří – Zahradníkova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FD887B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69BF0F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D37D43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7952DF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16.-24.12.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6D258E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kapři, zvěřina</w:t>
            </w:r>
          </w:p>
        </w:tc>
      </w:tr>
      <w:tr w:rsidR="00092ADE" w:rsidRPr="005C0F58" w14:paraId="007A2EEE" w14:textId="77777777" w:rsidTr="00523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697CE8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E9C34B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280/7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F60D7B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ul. Veveří – Zahradníkova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6FFDA1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61CA15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922AC5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7FA8AC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76B7E8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ovoce, zelenina, vejce</w:t>
            </w:r>
          </w:p>
        </w:tc>
      </w:tr>
      <w:tr w:rsidR="00092ADE" w:rsidRPr="005C0F58" w14:paraId="0D7C46CB" w14:textId="77777777" w:rsidTr="00523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67064C" w14:textId="77777777" w:rsidR="00092ADE" w:rsidRPr="004333E8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698767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7C27AD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areál Kraví hora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0AE699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3D51C0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výměra areálu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76083F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271607" w14:textId="77777777" w:rsidR="00092ADE" w:rsidRPr="004333E8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84ECC6" w14:textId="77777777" w:rsidR="00092ADE" w:rsidRPr="004333E8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5C0F58" w14:paraId="705B5839" w14:textId="77777777" w:rsidTr="005230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000" w:type="pct"/>
            <w:gridSpan w:val="8"/>
          </w:tcPr>
          <w:p w14:paraId="73B48B92" w14:textId="77777777" w:rsidR="00092ADE" w:rsidRPr="004333E8" w:rsidRDefault="00092ADE" w:rsidP="00523062">
            <w:pPr>
              <w:pStyle w:val="Styltabulky"/>
              <w:spacing w:before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4333E8">
              <w:rPr>
                <w:rFonts w:ascii="Arial" w:hAnsi="Arial" w:cs="Arial"/>
                <w:sz w:val="18"/>
                <w:szCs w:val="18"/>
              </w:rPr>
              <w:t>* – lokalita areálu Kraví hora je vymezena následujícími pozemky:</w:t>
            </w:r>
          </w:p>
        </w:tc>
      </w:tr>
      <w:tr w:rsidR="00092ADE" w:rsidRPr="005C0F58" w14:paraId="7074A153" w14:textId="77777777" w:rsidTr="005230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5000" w:type="pct"/>
            <w:gridSpan w:val="8"/>
          </w:tcPr>
          <w:p w14:paraId="7B546A08" w14:textId="77777777" w:rsidR="00092ADE" w:rsidRPr="004333E8" w:rsidRDefault="00092ADE" w:rsidP="00523062">
            <w:pPr>
              <w:pStyle w:val="Styltabulky"/>
              <w:spacing w:before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33E8">
              <w:rPr>
                <w:rFonts w:ascii="Arial" w:hAnsi="Arial" w:cs="Arial"/>
                <w:sz w:val="18"/>
                <w:szCs w:val="18"/>
              </w:rPr>
              <w:t>p. č. 670/2, 671/2, 671/3, 662/2, 662/3, 662/4, 663/2, 663/3, 663/4, 664/2, 667/2, 668/2, 669/1, 669/2, 670/1, 671/1, 671/4, 671/6, 672/1, 674/2, 724/2.</w:t>
            </w:r>
          </w:p>
        </w:tc>
      </w:tr>
    </w:tbl>
    <w:p w14:paraId="455DE710" w14:textId="77777777" w:rsidR="00092ADE" w:rsidRPr="004333E8" w:rsidRDefault="00092ADE" w:rsidP="00092ADE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4333E8">
        <w:rPr>
          <w:rFonts w:ascii="Arial" w:hAnsi="Arial" w:cs="Arial"/>
          <w:b/>
          <w:bCs/>
          <w:sz w:val="22"/>
          <w:szCs w:val="22"/>
        </w:rPr>
        <w:t>B5) Tržní místa – k. ú. Trnitá: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89"/>
        <w:gridCol w:w="1020"/>
        <w:gridCol w:w="2152"/>
        <w:gridCol w:w="1054"/>
        <w:gridCol w:w="878"/>
        <w:gridCol w:w="1123"/>
        <w:gridCol w:w="1359"/>
        <w:gridCol w:w="1508"/>
      </w:tblGrid>
      <w:tr w:rsidR="00092ADE" w:rsidRPr="005C0F58" w14:paraId="438C697B" w14:textId="77777777" w:rsidTr="00523062">
        <w:trPr>
          <w:trHeight w:val="274"/>
        </w:trPr>
        <w:tc>
          <w:tcPr>
            <w:tcW w:w="191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7618AB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213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0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9D3961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213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AF0F3C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213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8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3E85833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213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5C0F58" w14:paraId="53FAF142" w14:textId="77777777" w:rsidTr="00523062">
        <w:tc>
          <w:tcPr>
            <w:tcW w:w="25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B75C10" w14:textId="77777777" w:rsidR="00092ADE" w:rsidRPr="009B213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53BD7D" w14:textId="77777777" w:rsidR="00092ADE" w:rsidRPr="009B213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9918A3" w14:textId="77777777" w:rsidR="00092ADE" w:rsidRPr="009B213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52EFD8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C80803" w14:textId="77777777" w:rsidR="00092ADE" w:rsidRPr="009B213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CE82D10" w14:textId="77777777" w:rsidR="00092ADE" w:rsidRPr="009B213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(m</w:t>
            </w:r>
            <w:r w:rsidRPr="009B213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B213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158DB7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EA6338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DED4EF5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5C0F58" w14:paraId="38D21507" w14:textId="77777777" w:rsidTr="00523062">
        <w:tc>
          <w:tcPr>
            <w:tcW w:w="25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064C2A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3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A4C345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990/1</w:t>
            </w:r>
          </w:p>
        </w:tc>
        <w:tc>
          <w:tcPr>
            <w:tcW w:w="11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E40A01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ul. Úzká</w:t>
            </w:r>
          </w:p>
        </w:tc>
        <w:tc>
          <w:tcPr>
            <w:tcW w:w="55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609D55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809EF7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5F68D0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7044A96F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0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24F82B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8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515260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9B2133" w14:paraId="40687B8E" w14:textId="77777777" w:rsidTr="00523062">
        <w:trPr>
          <w:trHeight w:val="274"/>
        </w:trPr>
        <w:tc>
          <w:tcPr>
            <w:tcW w:w="191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7D7373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2133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100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C2EEAC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213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4B2BE8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213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8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0E01A94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213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9B2133" w14:paraId="7295859D" w14:textId="77777777" w:rsidTr="00523062">
        <w:tc>
          <w:tcPr>
            <w:tcW w:w="25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58BD9F" w14:textId="77777777" w:rsidR="00092ADE" w:rsidRPr="009B213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6F37BA" w14:textId="77777777" w:rsidR="00092ADE" w:rsidRPr="009B213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B9D8E7" w14:textId="77777777" w:rsidR="00092ADE" w:rsidRPr="009B213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C2D2FB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24E8D0" w14:textId="77777777" w:rsidR="00092ADE" w:rsidRPr="009B213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7043054" w14:textId="77777777" w:rsidR="00092ADE" w:rsidRPr="009B213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(m</w:t>
            </w:r>
            <w:r w:rsidRPr="009B213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B213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BEEC45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7AE02C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5F6A7F0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5C0F58" w14:paraId="01140FC0" w14:textId="77777777" w:rsidTr="00523062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33D9A9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320B86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958/1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F0F983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ul. Trnitá – při rozhraní ulic Trnitá a Rosická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A0C45F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9A49AC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095188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6.00–22.00 h.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89A699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C90D68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5C0F58" w14:paraId="4ED9E63F" w14:textId="77777777" w:rsidTr="00523062">
        <w:trPr>
          <w:trHeight w:val="246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ACD85E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F58103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870/3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634700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ul. Rosická naproti železniční stanici Brno-dolní nádraží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A7AF07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F28C31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F8F5D0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1DFB0761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56CD69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12FF54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5C0F58" w14:paraId="7361F9E9" w14:textId="77777777" w:rsidTr="00523062">
        <w:trPr>
          <w:trHeight w:val="261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62E996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A7EC25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822/11, 989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1B1A50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ul. Dornych – u OD Tesco (na trase od podchodu k OD)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CD44DB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D75E94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53FF26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6.30 -21.30 h.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703529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10.-14.2.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B4565C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5C0F58" w14:paraId="0E538FBA" w14:textId="77777777" w:rsidTr="00523062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BD4E77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77F795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61EC7E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BA5DB0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A90074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8341FA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6.30 -21.30 h.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86D383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6.-8.3.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6D0B33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5C0F58" w14:paraId="6B835C40" w14:textId="77777777" w:rsidTr="00523062">
        <w:trPr>
          <w:trHeight w:val="246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BD9123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75B8E5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42E01D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9C97D7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7A151B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888C58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7CD625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10 dní před Velikonocemi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3042E7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092ADE" w:rsidRPr="005C0F58" w14:paraId="375380E2" w14:textId="77777777" w:rsidTr="00523062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76F644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D261A6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F8FA11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9E3313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1A0BA9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3E2F3B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A6C64C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3 dny před Dnem matek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121F9D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5C0F58" w14:paraId="3C8DDDE2" w14:textId="77777777" w:rsidTr="00523062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843672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296CD0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822/11, 989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402048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ul. Dornych – u OD Tesco (na trase od podchodu k OD)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235741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D72C76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D16829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6.30 -21.30 h.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95B6B3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29.5.-1.6.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8EC7A4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92ADE" w:rsidRPr="005C0F58" w14:paraId="72E1E026" w14:textId="77777777" w:rsidTr="00523062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85F1F5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A00917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897CF7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8BDFC1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13C8A6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058AD4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ABD109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 dny před konc. šk. r.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7F4760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92ADE" w:rsidRPr="005C0F58" w14:paraId="78F75FEF" w14:textId="77777777" w:rsidTr="00523062">
        <w:trPr>
          <w:trHeight w:val="246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610D6F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4D5070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13AEDB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27DD0E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581F3B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B2D64E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D426D4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E29191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276E8DDE" w14:textId="77777777" w:rsidTr="00523062">
        <w:trPr>
          <w:trHeight w:val="246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284232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804112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822/11, 989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4D1F43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ul. Dornych – u OD Tesco (na trase od podchodu k OD)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B5315F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33CFCB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B78720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6.30 -21.30 h.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C78B13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20.10.-3.11.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2F376F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92ADE" w:rsidRPr="005C0F58" w14:paraId="5C8626F8" w14:textId="77777777" w:rsidTr="00523062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4550BE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3773B9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822/11, 989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5F4CDB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ul. Dornych – u OD Tesco (na trase od podchodu k OD)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1466CC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B84FB0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D5F9E3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6.30 -21.30 h.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E06956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od 5. dne před první adventní nedělí do 24.12.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35C2FC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92ADE" w:rsidRPr="005C0F58" w14:paraId="39328245" w14:textId="77777777" w:rsidTr="00523062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91E7BD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7409DC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AB32B5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C53845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0CAC45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39C0EA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AA8F6C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1.-24.12.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4D07D7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H</w:t>
            </w:r>
          </w:p>
        </w:tc>
      </w:tr>
      <w:tr w:rsidR="00092ADE" w:rsidRPr="005C0F58" w14:paraId="0F88B77D" w14:textId="77777777" w:rsidTr="00523062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BC6FA0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132FCF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1DD425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604EE8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BFEE59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27C4E5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B942B6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13.-24.12.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40F877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092ADE" w:rsidRPr="005C0F58" w14:paraId="7973583F" w14:textId="77777777" w:rsidTr="00523062">
        <w:trPr>
          <w:trHeight w:val="246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F4011E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DB930C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822/11, 989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A50135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ul. Dornych – u OD Tesco (na trase od podchodu k OD)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2C43E5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356290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12F4E5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6.30 -21.30 h.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49D314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1.-24.12.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337098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5C0F58" w14:paraId="2ACB5E4D" w14:textId="77777777" w:rsidTr="00523062">
        <w:trPr>
          <w:trHeight w:val="246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0D71B4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CFFA4D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998/1,6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C25C1A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ul. Dornych u OD Tesco – podloubí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541C4D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CE7B0F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53B40E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6.30 -21.30 h.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2F737A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10 dní před Velikonoc.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6DC27F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092ADE" w:rsidRPr="005C0F58" w14:paraId="11EC6AA2" w14:textId="77777777" w:rsidTr="00523062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ED737B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7428C5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4D0DC4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161051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7CAD80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18B235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7989A0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20.10.-3.11.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A18808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92ADE" w:rsidRPr="005C0F58" w14:paraId="0573C9A2" w14:textId="77777777" w:rsidTr="00523062">
        <w:trPr>
          <w:trHeight w:val="276"/>
        </w:trPr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C38685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0C629A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2F6FF5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E6E4D1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E50576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0F4A0B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988175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22.11.-24.12.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AB29EB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92ADE" w:rsidRPr="005C0F58" w14:paraId="1CE35E2D" w14:textId="77777777" w:rsidTr="00523062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0AF43D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489E54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EED202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FB7A3B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8D0BAA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05579E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FF2096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1.-24.12.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9212AE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H</w:t>
            </w:r>
          </w:p>
        </w:tc>
      </w:tr>
      <w:tr w:rsidR="00092ADE" w:rsidRPr="005C0F58" w14:paraId="11676A15" w14:textId="77777777" w:rsidTr="00523062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A0AA54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B34B62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5FB38A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776CCE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95F319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9C053C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81B214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16.-24.12.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997697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092ADE" w:rsidRPr="005C0F58" w14:paraId="6EDC0BC6" w14:textId="77777777" w:rsidTr="00523062">
        <w:tc>
          <w:tcPr>
            <w:tcW w:w="2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5D5855" w14:textId="77777777" w:rsidR="00092ADE" w:rsidRPr="009B213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129144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5BB61E" w14:textId="77777777" w:rsidR="00092ADE" w:rsidRPr="009B213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B213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6683A1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D46C16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437576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FE183F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F4DD57" w14:textId="77777777" w:rsidR="00092ADE" w:rsidRPr="009B213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BC9B7A" w14:textId="77777777" w:rsidR="00092ADE" w:rsidRPr="00071EA1" w:rsidRDefault="00092ADE" w:rsidP="00092ADE">
      <w:pPr>
        <w:pStyle w:val="Styltabulky"/>
        <w:rPr>
          <w:rFonts w:ascii="Arial" w:hAnsi="Arial" w:cs="Arial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5"/>
      </w:tblGrid>
      <w:tr w:rsidR="00092ADE" w:rsidRPr="00693353" w14:paraId="5F365129" w14:textId="77777777" w:rsidTr="00523062">
        <w:tc>
          <w:tcPr>
            <w:tcW w:w="0" w:type="auto"/>
          </w:tcPr>
          <w:p w14:paraId="00A54435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b/>
                <w:bCs/>
                <w:sz w:val="18"/>
                <w:szCs w:val="18"/>
              </w:rPr>
              <w:t>LEGENDA – vymezení sortimentu</w:t>
            </w:r>
          </w:p>
        </w:tc>
      </w:tr>
      <w:tr w:rsidR="00092ADE" w:rsidRPr="00693353" w14:paraId="0FBF8B35" w14:textId="77777777" w:rsidTr="00523062">
        <w:tc>
          <w:tcPr>
            <w:tcW w:w="0" w:type="auto"/>
            <w:vAlign w:val="center"/>
          </w:tcPr>
          <w:p w14:paraId="41D47CAB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A – květiny, perníčky, drobné dárkové předměty</w:t>
            </w:r>
          </w:p>
        </w:tc>
      </w:tr>
      <w:tr w:rsidR="00092ADE" w:rsidRPr="00693353" w14:paraId="00E64D5F" w14:textId="77777777" w:rsidTr="00523062">
        <w:tc>
          <w:tcPr>
            <w:tcW w:w="0" w:type="auto"/>
            <w:vAlign w:val="center"/>
          </w:tcPr>
          <w:p w14:paraId="424C36FD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B – pomlázky, kraslice, řehtačky, květiny, suchá vazba, svíčky, štramberské uši, vizovické pečivo, perníčky, obtisky</w:t>
            </w:r>
          </w:p>
        </w:tc>
      </w:tr>
      <w:tr w:rsidR="00092ADE" w:rsidRPr="00693353" w14:paraId="24518A5E" w14:textId="77777777" w:rsidTr="00523062">
        <w:tc>
          <w:tcPr>
            <w:tcW w:w="0" w:type="auto"/>
            <w:vAlign w:val="center"/>
          </w:tcPr>
          <w:p w14:paraId="1E32F79A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C – perníčky, cukrovinky, hračky, nafukovací balonky, cukrová vata, květiny, drobné dárkové předměty</w:t>
            </w:r>
          </w:p>
        </w:tc>
      </w:tr>
      <w:tr w:rsidR="00092ADE" w:rsidRPr="00693353" w14:paraId="1C92C43B" w14:textId="77777777" w:rsidTr="00523062">
        <w:tc>
          <w:tcPr>
            <w:tcW w:w="0" w:type="auto"/>
            <w:vAlign w:val="center"/>
          </w:tcPr>
          <w:p w14:paraId="6735F8B2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D – květiny, perníčky, cukrovinky, drobné dárkové předměty</w:t>
            </w:r>
          </w:p>
        </w:tc>
      </w:tr>
      <w:tr w:rsidR="00092ADE" w:rsidRPr="00693353" w14:paraId="2EB5F10B" w14:textId="77777777" w:rsidTr="00523062">
        <w:tc>
          <w:tcPr>
            <w:tcW w:w="0" w:type="auto"/>
            <w:vAlign w:val="center"/>
          </w:tcPr>
          <w:p w14:paraId="457EDB75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E – hroznový mošt, suché plody</w:t>
            </w:r>
          </w:p>
        </w:tc>
      </w:tr>
      <w:tr w:rsidR="00092ADE" w:rsidRPr="00693353" w14:paraId="656B5B67" w14:textId="77777777" w:rsidTr="00523062">
        <w:tc>
          <w:tcPr>
            <w:tcW w:w="0" w:type="auto"/>
            <w:vAlign w:val="center"/>
          </w:tcPr>
          <w:p w14:paraId="14ED0F29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F – květiny, suchá vazba, věnce, svíčky</w:t>
            </w:r>
          </w:p>
        </w:tc>
      </w:tr>
      <w:tr w:rsidR="00092ADE" w:rsidRPr="00693353" w14:paraId="73756210" w14:textId="77777777" w:rsidTr="00523062">
        <w:tc>
          <w:tcPr>
            <w:tcW w:w="0" w:type="auto"/>
            <w:vAlign w:val="center"/>
          </w:tcPr>
          <w:p w14:paraId="629E7182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G – jmelí, adventní věnce, suchá vazba, svíčky, perníčky a vizovické pečivo</w:t>
            </w:r>
          </w:p>
        </w:tc>
      </w:tr>
      <w:tr w:rsidR="00092ADE" w:rsidRPr="00693353" w14:paraId="26141960" w14:textId="77777777" w:rsidTr="00523062">
        <w:tc>
          <w:tcPr>
            <w:tcW w:w="0" w:type="auto"/>
            <w:vAlign w:val="center"/>
          </w:tcPr>
          <w:p w14:paraId="793FF7D8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H – vánoční stromky</w:t>
            </w:r>
          </w:p>
        </w:tc>
      </w:tr>
      <w:tr w:rsidR="00092ADE" w:rsidRPr="00693353" w14:paraId="5CCDE93A" w14:textId="77777777" w:rsidTr="00523062">
        <w:trPr>
          <w:trHeight w:val="475"/>
        </w:trPr>
        <w:tc>
          <w:tcPr>
            <w:tcW w:w="0" w:type="auto"/>
          </w:tcPr>
          <w:p w14:paraId="6C1E2DBF" w14:textId="77777777" w:rsidR="00092ADE" w:rsidRPr="00693353" w:rsidRDefault="00092ADE" w:rsidP="00523062">
            <w:pPr>
              <w:pStyle w:val="Zkladntext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I – vánoční ozdoby, bižuterie, hračky, keramika, košíkářské zboží, perníčky, vizovické pečivo, pečené kaštany, dekorativní předměty s vánoční tematikou, suchá vazba a jmelí</w:t>
            </w:r>
          </w:p>
        </w:tc>
      </w:tr>
      <w:tr w:rsidR="00092ADE" w:rsidRPr="00693353" w14:paraId="61602A96" w14:textId="77777777" w:rsidTr="00523062">
        <w:tc>
          <w:tcPr>
            <w:tcW w:w="0" w:type="auto"/>
            <w:vAlign w:val="center"/>
          </w:tcPr>
          <w:p w14:paraId="62794530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J – kapři, zvěřina</w:t>
            </w:r>
          </w:p>
        </w:tc>
      </w:tr>
    </w:tbl>
    <w:p w14:paraId="414EA8C4" w14:textId="77777777" w:rsidR="00092ADE" w:rsidRPr="00693353" w:rsidRDefault="00092ADE" w:rsidP="00092ADE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93353">
        <w:rPr>
          <w:rFonts w:ascii="Arial" w:hAnsi="Arial" w:cs="Arial"/>
          <w:b/>
          <w:bCs/>
          <w:sz w:val="22"/>
          <w:szCs w:val="22"/>
        </w:rPr>
        <w:t>B6) Tržní místa – k. ú. Staré Brno: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3"/>
        <w:gridCol w:w="1039"/>
        <w:gridCol w:w="2124"/>
        <w:gridCol w:w="1039"/>
        <w:gridCol w:w="866"/>
        <w:gridCol w:w="1303"/>
        <w:gridCol w:w="1326"/>
        <w:gridCol w:w="1413"/>
      </w:tblGrid>
      <w:tr w:rsidR="00092ADE" w:rsidRPr="005C0F58" w14:paraId="620330D9" w14:textId="77777777" w:rsidTr="00523062">
        <w:trPr>
          <w:trHeight w:val="274"/>
        </w:trPr>
        <w:tc>
          <w:tcPr>
            <w:tcW w:w="189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AD2CBE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7D2E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9A17B7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7D2E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8CA525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7D2E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BA848F1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7D2E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5C0F58" w14:paraId="5A73F0A7" w14:textId="77777777" w:rsidTr="00523062"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75D2DE" w14:textId="77777777" w:rsidR="00092ADE" w:rsidRPr="00427D2E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2766EA" w14:textId="77777777" w:rsidR="00092ADE" w:rsidRPr="00427D2E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A3F7CC" w14:textId="77777777" w:rsidR="00092ADE" w:rsidRPr="00427D2E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663050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5859CA" w14:textId="77777777" w:rsidR="00092ADE" w:rsidRPr="00427D2E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C793D13" w14:textId="77777777" w:rsidR="00092ADE" w:rsidRPr="00427D2E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(m</w:t>
            </w:r>
            <w:r w:rsidRPr="0069335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27D2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28DF90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157319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2ED737A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5C0F58" w14:paraId="3186653D" w14:textId="77777777" w:rsidTr="00523062"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E40EA3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 xml:space="preserve"> 1.</w:t>
            </w:r>
          </w:p>
        </w:tc>
        <w:tc>
          <w:tcPr>
            <w:tcW w:w="5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124022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945/2</w:t>
            </w:r>
          </w:p>
        </w:tc>
        <w:tc>
          <w:tcPr>
            <w:tcW w:w="110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3325AE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Mendlovo nám.</w:t>
            </w:r>
          </w:p>
        </w:tc>
        <w:tc>
          <w:tcPr>
            <w:tcW w:w="5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394912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B50E9B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FE2CB3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69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058115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35C2FE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5C0F58" w14:paraId="54E87632" w14:textId="77777777" w:rsidTr="0052306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E6B346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 xml:space="preserve"> 2.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783D4D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952/3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D487A5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648228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E221BC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34DDAC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28E80E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5B2007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5C0F58" w14:paraId="65C46C84" w14:textId="77777777" w:rsidTr="0052306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0B4B34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 xml:space="preserve"> 3.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51116F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809/3,6</w:t>
            </w:r>
          </w:p>
          <w:p w14:paraId="3A16BFCB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813/1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C89AE0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Mendlovo nám.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EA4BD5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6BF6A7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E2616D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C056B5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10.–14. 2.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CB3BDD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5C0F58" w14:paraId="78713187" w14:textId="77777777" w:rsidTr="0052306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83FEFC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 xml:space="preserve"> 4.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D9ED20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6ACDD3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66F265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6DBEE4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41257D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48257F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6.–8. 3.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D340FE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</w:tbl>
    <w:p w14:paraId="2985FF68" w14:textId="77777777" w:rsidR="00092ADE" w:rsidRDefault="00092ADE" w:rsidP="00092ADE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3"/>
        <w:gridCol w:w="1039"/>
        <w:gridCol w:w="2124"/>
        <w:gridCol w:w="1039"/>
        <w:gridCol w:w="866"/>
        <w:gridCol w:w="1303"/>
        <w:gridCol w:w="1326"/>
        <w:gridCol w:w="1413"/>
      </w:tblGrid>
      <w:tr w:rsidR="00092ADE" w:rsidRPr="00427D2E" w14:paraId="7DD2BB9B" w14:textId="77777777" w:rsidTr="00523062">
        <w:trPr>
          <w:trHeight w:val="274"/>
        </w:trPr>
        <w:tc>
          <w:tcPr>
            <w:tcW w:w="189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A3F9E6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7D2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99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B69A1C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7D2E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430ECC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7D2E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89B6DDD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7D2E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427D2E" w14:paraId="1590D232" w14:textId="77777777" w:rsidTr="00523062"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74211F" w14:textId="77777777" w:rsidR="00092ADE" w:rsidRPr="00427D2E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2766D2" w14:textId="77777777" w:rsidR="00092ADE" w:rsidRPr="00427D2E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A067D9" w14:textId="77777777" w:rsidR="00092ADE" w:rsidRPr="00427D2E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BCB656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ABFE86" w14:textId="77777777" w:rsidR="00092ADE" w:rsidRPr="00427D2E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3502922" w14:textId="77777777" w:rsidR="00092ADE" w:rsidRPr="00427D2E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(m</w:t>
            </w:r>
            <w:r w:rsidRPr="0069335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27D2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46B7A5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001AEC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0158B61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5C0F58" w14:paraId="5B8DFBB8" w14:textId="77777777" w:rsidTr="0052306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DC865A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 xml:space="preserve">  5.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1B21C1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809/3,6</w:t>
            </w:r>
          </w:p>
          <w:p w14:paraId="7DEADB13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813/1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E372BF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Mendlovo nám.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B5D330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73D56A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CF42CF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42F057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10 dní před Velikonoc.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0B1E16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092ADE" w:rsidRPr="005C0F58" w14:paraId="295E9CAF" w14:textId="77777777" w:rsidTr="0052306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FEB7DA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 xml:space="preserve">  6.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E0299E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A98352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1F8A13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00D7F7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69E921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21A55A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3 dny před Dnem matek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D14C07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092ADE" w:rsidRPr="005C0F58" w14:paraId="2727CC4E" w14:textId="77777777" w:rsidTr="0052306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ADADE2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 xml:space="preserve">  7.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F47570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4A4EB0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B9794D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6F3DC3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A143ED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B785A8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29. 5.–1. 6.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8F5E77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92ADE" w:rsidRPr="005C0F58" w14:paraId="0A31EB20" w14:textId="77777777" w:rsidTr="00523062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D59458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 xml:space="preserve">  8.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A8BCCC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5FCD3B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511238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34DA9E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B3A502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CE0DBF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2 dny před konc. šk. r.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F2584A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92ADE" w:rsidRPr="005C0F58" w14:paraId="087B1577" w14:textId="77777777" w:rsidTr="0052306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15CEBE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 xml:space="preserve">  9.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A917A1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FC55B3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70A88B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FEA15B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80F71F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956302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1. 9.–31. 10.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044294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92ADE" w:rsidRPr="005C0F58" w14:paraId="3C079FDB" w14:textId="77777777" w:rsidTr="0052306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F326B5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20DB9A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956183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CAABC3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2C5B7D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BEA9CB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84B35A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427D2E">
              <w:rPr>
                <w:rFonts w:ascii="Arial" w:hAnsi="Arial" w:cs="Arial"/>
                <w:spacing w:val="-4"/>
                <w:sz w:val="16"/>
                <w:szCs w:val="16"/>
              </w:rPr>
              <w:t>20. 10.–3. 11.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E15F09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92ADE" w:rsidRPr="005C0F58" w14:paraId="0DCC411E" w14:textId="77777777" w:rsidTr="00523062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8C6842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885B55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249DEE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CB62F6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A07DB6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03A32E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98037D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od 5. dne před první adventní nedělí do 24.12.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CA9BEB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5C0F58" w14:paraId="69B4660E" w14:textId="77777777" w:rsidTr="0052306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EADEF5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784CA6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2148A8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ED3265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B30C9B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F76DD4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3D177D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1.–24. 12.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BAD61A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H</w:t>
            </w:r>
          </w:p>
        </w:tc>
      </w:tr>
      <w:tr w:rsidR="00092ADE" w:rsidRPr="005C0F58" w14:paraId="3428C3C2" w14:textId="77777777" w:rsidTr="0052306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BC1348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3C9615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56972C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F22A0F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444855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97B846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8535A4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16.–24. 12.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6790BF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092ADE" w:rsidRPr="005C0F58" w14:paraId="10667163" w14:textId="77777777" w:rsidTr="00523062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EAB12F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9C2B65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399AEE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F9831C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27C387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8503B6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EC25B9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1.–24. 12.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70046C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G, I</w:t>
            </w:r>
          </w:p>
        </w:tc>
      </w:tr>
      <w:tr w:rsidR="00092ADE" w:rsidRPr="005C0F58" w14:paraId="546363AC" w14:textId="77777777" w:rsidTr="00523062">
        <w:trPr>
          <w:cantSplit/>
          <w:trHeight w:hRule="exact" w:val="483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18A7C0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E840D9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1337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0CA557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Ghegova – Business Complex Titanium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2FD2A6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B0EE32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AE9702" w14:textId="77777777" w:rsidR="00092AD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Po–Pá</w:t>
            </w:r>
          </w:p>
          <w:p w14:paraId="29E3ECF6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427D2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427D2E">
              <w:rPr>
                <w:rFonts w:ascii="Arial" w:hAnsi="Arial" w:cs="Arial"/>
                <w:sz w:val="16"/>
                <w:szCs w:val="16"/>
              </w:rPr>
              <w:t>0–</w:t>
            </w: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427D2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427D2E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066CEA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8D14CB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5C0F58" w14:paraId="64A50E1F" w14:textId="77777777" w:rsidTr="00523062">
        <w:trPr>
          <w:cantSplit/>
          <w:trHeight w:hRule="exact" w:val="48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F3929B" w14:textId="77777777" w:rsidR="00092ADE" w:rsidRPr="00427D2E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427D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4C04F9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427D2E">
              <w:rPr>
                <w:rFonts w:ascii="Arial" w:hAnsi="Arial" w:cs="Arial"/>
                <w:sz w:val="16"/>
                <w:szCs w:val="16"/>
              </w:rPr>
              <w:t>9/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6794EF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Mendlovo nám.</w:t>
            </w:r>
            <w:r>
              <w:rPr>
                <w:rFonts w:ascii="Arial" w:hAnsi="Arial" w:cs="Arial"/>
                <w:sz w:val="16"/>
                <w:szCs w:val="16"/>
              </w:rPr>
              <w:t xml:space="preserve"> – centrální část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C94B73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603E37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3F89BE" w14:textId="77777777" w:rsidR="00092AD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7193F59E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6.30–2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427D2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427D2E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42A60F" w14:textId="77777777" w:rsidR="00092ADE" w:rsidRPr="00427D2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7D2E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E96A70" w14:textId="77777777" w:rsidR="00092ADE" w:rsidRPr="00427D2E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</w:tbl>
    <w:p w14:paraId="2B1BA763" w14:textId="77777777" w:rsidR="00092ADE" w:rsidRPr="00071EA1" w:rsidRDefault="00092ADE" w:rsidP="00092ADE">
      <w:pPr>
        <w:rPr>
          <w:rFonts w:ascii="Arial" w:hAnsi="Arial" w:cs="Arial"/>
          <w:sz w:val="10"/>
          <w:szCs w:val="10"/>
        </w:rPr>
      </w:pPr>
    </w:p>
    <w:tbl>
      <w:tblPr>
        <w:tblW w:w="5004" w:type="pct"/>
        <w:tblInd w:w="-4" w:type="dxa"/>
        <w:tblLook w:val="01E0" w:firstRow="1" w:lastRow="1" w:firstColumn="1" w:lastColumn="1" w:noHBand="0" w:noVBand="0"/>
      </w:tblPr>
      <w:tblGrid>
        <w:gridCol w:w="9583"/>
      </w:tblGrid>
      <w:tr w:rsidR="00092ADE" w:rsidRPr="005C0F58" w14:paraId="6713BD9C" w14:textId="77777777" w:rsidTr="00523062">
        <w:trPr>
          <w:cantSplit/>
        </w:trPr>
        <w:tc>
          <w:tcPr>
            <w:tcW w:w="0" w:type="auto"/>
          </w:tcPr>
          <w:p w14:paraId="5EF1388F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b/>
                <w:bCs/>
                <w:sz w:val="18"/>
                <w:szCs w:val="18"/>
              </w:rPr>
              <w:t>LEGENDA – vymezení sortimentu</w:t>
            </w:r>
          </w:p>
        </w:tc>
      </w:tr>
      <w:tr w:rsidR="00092ADE" w:rsidRPr="005C0F58" w14:paraId="5C63C4F5" w14:textId="77777777" w:rsidTr="00523062">
        <w:trPr>
          <w:cantSplit/>
        </w:trPr>
        <w:tc>
          <w:tcPr>
            <w:tcW w:w="0" w:type="auto"/>
          </w:tcPr>
          <w:p w14:paraId="7B5DE694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A – květiny, perníčky, drobné dárkové předměty</w:t>
            </w:r>
          </w:p>
        </w:tc>
      </w:tr>
      <w:tr w:rsidR="00092ADE" w:rsidRPr="005C0F58" w14:paraId="48F5BD58" w14:textId="77777777" w:rsidTr="00523062">
        <w:trPr>
          <w:cantSplit/>
        </w:trPr>
        <w:tc>
          <w:tcPr>
            <w:tcW w:w="0" w:type="auto"/>
          </w:tcPr>
          <w:p w14:paraId="7A87DB51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B – pomlázky, kraslice, řehtačky, květiny, suchá vazba, svíčky, štramberské uši, vizovické pečivo, perníčky, obtisky</w:t>
            </w:r>
          </w:p>
        </w:tc>
      </w:tr>
      <w:tr w:rsidR="00092ADE" w:rsidRPr="005C0F58" w14:paraId="08189065" w14:textId="77777777" w:rsidTr="00523062">
        <w:trPr>
          <w:cantSplit/>
        </w:trPr>
        <w:tc>
          <w:tcPr>
            <w:tcW w:w="0" w:type="auto"/>
          </w:tcPr>
          <w:p w14:paraId="166DA9D2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C – perníčky, cukrovinky, hračky, nafukovací balonky, cukrová vata, květiny, drobné dárkové předměty</w:t>
            </w:r>
          </w:p>
        </w:tc>
      </w:tr>
      <w:tr w:rsidR="00092ADE" w:rsidRPr="005C0F58" w14:paraId="02DAD951" w14:textId="77777777" w:rsidTr="00523062">
        <w:trPr>
          <w:cantSplit/>
        </w:trPr>
        <w:tc>
          <w:tcPr>
            <w:tcW w:w="0" w:type="auto"/>
          </w:tcPr>
          <w:p w14:paraId="31682186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D – květiny, perníčky, cukrovinky, drobné dárkové předměty</w:t>
            </w:r>
          </w:p>
        </w:tc>
      </w:tr>
      <w:tr w:rsidR="00092ADE" w:rsidRPr="005C0F58" w14:paraId="57FD25DF" w14:textId="77777777" w:rsidTr="00523062">
        <w:trPr>
          <w:cantSplit/>
        </w:trPr>
        <w:tc>
          <w:tcPr>
            <w:tcW w:w="0" w:type="auto"/>
          </w:tcPr>
          <w:p w14:paraId="20CF9E6B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E – hroznový mošt, suché plody</w:t>
            </w:r>
          </w:p>
        </w:tc>
      </w:tr>
      <w:tr w:rsidR="00092ADE" w:rsidRPr="005C0F58" w14:paraId="6DB722E9" w14:textId="77777777" w:rsidTr="00523062">
        <w:trPr>
          <w:cantSplit/>
        </w:trPr>
        <w:tc>
          <w:tcPr>
            <w:tcW w:w="0" w:type="auto"/>
          </w:tcPr>
          <w:p w14:paraId="25A2B2EE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F – květiny, suchá vazba, věnce, svíčky</w:t>
            </w:r>
          </w:p>
        </w:tc>
      </w:tr>
      <w:tr w:rsidR="00092ADE" w:rsidRPr="005C0F58" w14:paraId="4A7AE119" w14:textId="77777777" w:rsidTr="00523062">
        <w:trPr>
          <w:cantSplit/>
        </w:trPr>
        <w:tc>
          <w:tcPr>
            <w:tcW w:w="0" w:type="auto"/>
          </w:tcPr>
          <w:p w14:paraId="25C3254E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G – jmelí, adventní věnce, suchá vazba, svíčky, perníčky a vizovické pečivo</w:t>
            </w:r>
          </w:p>
        </w:tc>
      </w:tr>
      <w:tr w:rsidR="00092ADE" w:rsidRPr="005C0F58" w14:paraId="7BAF0A40" w14:textId="77777777" w:rsidTr="00523062">
        <w:trPr>
          <w:cantSplit/>
        </w:trPr>
        <w:tc>
          <w:tcPr>
            <w:tcW w:w="0" w:type="auto"/>
          </w:tcPr>
          <w:p w14:paraId="671A6C06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H – vánoční stromky</w:t>
            </w:r>
          </w:p>
        </w:tc>
      </w:tr>
      <w:tr w:rsidR="00092ADE" w:rsidRPr="005C0F58" w14:paraId="1B45B507" w14:textId="77777777" w:rsidTr="00523062">
        <w:trPr>
          <w:cantSplit/>
          <w:trHeight w:val="475"/>
        </w:trPr>
        <w:tc>
          <w:tcPr>
            <w:tcW w:w="0" w:type="auto"/>
          </w:tcPr>
          <w:p w14:paraId="052944EC" w14:textId="77777777" w:rsidR="00092ADE" w:rsidRPr="00693353" w:rsidRDefault="00092ADE" w:rsidP="00523062">
            <w:pPr>
              <w:pStyle w:val="Zkladntext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I – vánoční ozdoby, bižuterie, hračky, keramika, košíkářské zboží, perníčky, vizovické pečivo, pečené kaštany, dekorativní předměty s vánoční tematikou, suchá vazba a jmelí</w:t>
            </w:r>
          </w:p>
        </w:tc>
      </w:tr>
      <w:tr w:rsidR="00092ADE" w:rsidRPr="005C0F58" w14:paraId="6815E9E3" w14:textId="77777777" w:rsidTr="00523062">
        <w:trPr>
          <w:cantSplit/>
        </w:trPr>
        <w:tc>
          <w:tcPr>
            <w:tcW w:w="0" w:type="auto"/>
          </w:tcPr>
          <w:p w14:paraId="5C3E9639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J – kapři, zvěřina</w:t>
            </w:r>
          </w:p>
        </w:tc>
      </w:tr>
    </w:tbl>
    <w:p w14:paraId="2BBA99DC" w14:textId="77777777" w:rsidR="00092ADE" w:rsidRPr="00693353" w:rsidRDefault="00092ADE" w:rsidP="00092ADE">
      <w:pPr>
        <w:pStyle w:val="Zkladntext"/>
        <w:spacing w:before="30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93353">
        <w:rPr>
          <w:rFonts w:ascii="Arial" w:hAnsi="Arial" w:cs="Arial"/>
          <w:b/>
          <w:bCs/>
          <w:sz w:val="22"/>
          <w:szCs w:val="22"/>
        </w:rPr>
        <w:t>B7) Tržní místa – k. ú. Štýřice: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96"/>
        <w:gridCol w:w="1048"/>
        <w:gridCol w:w="2149"/>
        <w:gridCol w:w="1050"/>
        <w:gridCol w:w="749"/>
        <w:gridCol w:w="1273"/>
        <w:gridCol w:w="1299"/>
        <w:gridCol w:w="8"/>
        <w:gridCol w:w="1503"/>
        <w:gridCol w:w="8"/>
      </w:tblGrid>
      <w:tr w:rsidR="00092ADE" w:rsidRPr="005C0F58" w14:paraId="7EB5770D" w14:textId="77777777" w:rsidTr="00523062">
        <w:trPr>
          <w:trHeight w:val="274"/>
        </w:trPr>
        <w:tc>
          <w:tcPr>
            <w:tcW w:w="192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AD5215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3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32BC36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46" w:type="pct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6B0928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8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A4B1D73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5C0F58" w14:paraId="31538BFF" w14:textId="77777777" w:rsidTr="00523062">
        <w:trPr>
          <w:gridAfter w:val="1"/>
          <w:wAfter w:w="4" w:type="pct"/>
        </w:trPr>
        <w:tc>
          <w:tcPr>
            <w:tcW w:w="25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A5295C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3056CE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7F195F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FD00A4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0E7716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EFB42DD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(m</w:t>
            </w:r>
            <w:r w:rsidRPr="0069335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9335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40D0C8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9660D8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90E36A7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5C0F58" w14:paraId="6274C609" w14:textId="77777777" w:rsidTr="00523062">
        <w:trPr>
          <w:gridAfter w:val="1"/>
          <w:wAfter w:w="4" w:type="pct"/>
          <w:cantSplit/>
          <w:trHeight w:hRule="exact" w:val="454"/>
        </w:trPr>
        <w:tc>
          <w:tcPr>
            <w:tcW w:w="2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2E7BB1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4C2F23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59/20</w:t>
            </w:r>
          </w:p>
        </w:tc>
        <w:tc>
          <w:tcPr>
            <w:tcW w:w="112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B912AE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M-palác, u parkoviště</w:t>
            </w:r>
          </w:p>
        </w:tc>
        <w:tc>
          <w:tcPr>
            <w:tcW w:w="5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0E6331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0041AB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6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E40220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6.30-21.30 h.</w:t>
            </w:r>
          </w:p>
        </w:tc>
        <w:tc>
          <w:tcPr>
            <w:tcW w:w="67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3290FF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8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F1346C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5C0F58" w14:paraId="4C696C6E" w14:textId="77777777" w:rsidTr="00523062">
        <w:trPr>
          <w:gridAfter w:val="1"/>
          <w:wAfter w:w="4" w:type="pct"/>
          <w:cantSplit/>
          <w:trHeight w:hRule="exact" w:val="907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DE26F4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8936C2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701/4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067B55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Táborského nábř. – komunikace v zeleni naproti budovy Fakulty architektury VUT (pravý břeh řeky Svratky)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B630F8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813956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818EA2" w14:textId="77777777" w:rsidR="00092AD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54499007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6.30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693353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93353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93353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2738B5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duben–listopad</w:t>
            </w: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B73B43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5C0F58" w14:paraId="144BDE2F" w14:textId="77777777" w:rsidTr="00523062">
        <w:trPr>
          <w:gridAfter w:val="1"/>
          <w:wAfter w:w="4" w:type="pct"/>
          <w:cantSplit/>
          <w:trHeight w:hRule="exact" w:val="907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7191CE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F33725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743/4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975FD5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Táborského nábř. – komunikace v zeleni naproti budovy Fakulty architektury VUT (pravý břeh řeky Svratky)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443C9A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D5D20F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E87BCB" w14:textId="77777777" w:rsidR="00092AD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63E1D56A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6.30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693353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93353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93353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C525F6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duben–listopad</w:t>
            </w: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4E4222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  <w:tr w:rsidR="00092ADE" w:rsidRPr="005C0F58" w14:paraId="77D9E2C0" w14:textId="77777777" w:rsidTr="00523062">
        <w:trPr>
          <w:gridAfter w:val="1"/>
          <w:wAfter w:w="4" w:type="pct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975DA8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F0D2CA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D38AA4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i/>
                <w:sz w:val="16"/>
                <w:szCs w:val="16"/>
              </w:rPr>
            </w:pPr>
            <w:r w:rsidRPr="0069335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7A87C7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B79ABD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B7F60A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66AC03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E1ADEC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5E67BA04" w14:textId="77777777" w:rsidTr="00523062">
        <w:trPr>
          <w:gridAfter w:val="1"/>
          <w:wAfter w:w="4" w:type="pct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DCE827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C32744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C6225C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210847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475226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276B26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466780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FD530C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25E92C3E" w14:textId="77777777" w:rsidTr="00523062">
        <w:trPr>
          <w:gridAfter w:val="1"/>
          <w:wAfter w:w="4" w:type="pct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58104E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766CE8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3CE1AF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AAFBDF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8D7940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713A8E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E03D2A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975D76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0B45576A" w14:textId="77777777" w:rsidTr="00523062">
        <w:trPr>
          <w:gridAfter w:val="1"/>
          <w:wAfter w:w="4" w:type="pct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531F16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DC83A7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B396D4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AE11EB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F2221C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137FCA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1A2646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3B269E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0F5025C3" w14:textId="77777777" w:rsidTr="00523062">
        <w:trPr>
          <w:gridAfter w:val="1"/>
          <w:wAfter w:w="4" w:type="pct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373314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AF8199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0BA3D3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9895F0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BD128C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7D5029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7923CA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5ECFA1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2E126C6E" w14:textId="77777777" w:rsidTr="00523062">
        <w:trPr>
          <w:gridAfter w:val="1"/>
          <w:wAfter w:w="4" w:type="pct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C56E41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2360E0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4819C3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112401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9F41AE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A7B236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6CA127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6F1F58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300DF605" w14:textId="77777777" w:rsidTr="00523062">
        <w:trPr>
          <w:gridAfter w:val="1"/>
          <w:wAfter w:w="4" w:type="pct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D67C4C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6B3C43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F3A935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AF5268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F95F3D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C75996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C4B2B2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084363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5C090CC5" w14:textId="77777777" w:rsidTr="00523062">
        <w:trPr>
          <w:gridAfter w:val="1"/>
          <w:wAfter w:w="4" w:type="pct"/>
          <w:cantSplit/>
          <w:trHeight w:hRule="exact" w:val="227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A3FB7B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F3531C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C82035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884C39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E0FEAC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96EFC4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78FF87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EFC943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47F3B18D" w14:textId="77777777" w:rsidTr="00523062">
        <w:trPr>
          <w:gridAfter w:val="1"/>
          <w:wAfter w:w="4" w:type="pct"/>
          <w:cantSplit/>
          <w:trHeight w:hRule="exact" w:val="227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3BBE1A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F8D1CD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955D97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346BEF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1D6FE4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5A3CEB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DFDAF6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DFF62B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077D69B4" w14:textId="77777777" w:rsidTr="00523062">
        <w:trPr>
          <w:gridAfter w:val="1"/>
          <w:wAfter w:w="4" w:type="pct"/>
          <w:cantSplit/>
          <w:trHeight w:hRule="exact" w:val="227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EF5792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FF64B6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C790E1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0DDDD5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0402E8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F03F8C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C2995A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81F414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693353" w14:paraId="74D9BE03" w14:textId="77777777" w:rsidTr="00523062">
        <w:trPr>
          <w:trHeight w:val="274"/>
        </w:trPr>
        <w:tc>
          <w:tcPr>
            <w:tcW w:w="192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4CC7F9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93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A09465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46" w:type="pct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69A0C4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8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F4929EA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693353" w14:paraId="205FC662" w14:textId="77777777" w:rsidTr="00523062">
        <w:trPr>
          <w:gridAfter w:val="1"/>
          <w:wAfter w:w="4" w:type="pct"/>
        </w:trPr>
        <w:tc>
          <w:tcPr>
            <w:tcW w:w="25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5B6848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BC8147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B84295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DF140A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10892B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86AFFAE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(m</w:t>
            </w:r>
            <w:r w:rsidRPr="0069335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9335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DF6D83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78F004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B9C907C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5C0F58" w14:paraId="4112310F" w14:textId="77777777" w:rsidTr="00523062">
        <w:trPr>
          <w:cantSplit/>
          <w:trHeight w:hRule="exact" w:val="227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4A4F35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CD612B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15A250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009BEC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6A83CD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4F2BDC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526F57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861CF7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3AC1CB5B" w14:textId="77777777" w:rsidTr="00523062">
        <w:trPr>
          <w:cantSplit/>
          <w:trHeight w:hRule="exact" w:val="227"/>
        </w:trPr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F0D3B4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F696A1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FD6A3E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E19880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A44761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534F1E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0F2DE7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60E86F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A34484" w14:textId="77777777" w:rsidR="00092ADE" w:rsidRPr="0062782B" w:rsidRDefault="00092ADE" w:rsidP="00092ADE">
      <w:pPr>
        <w:rPr>
          <w:sz w:val="16"/>
          <w:szCs w:val="16"/>
        </w:rPr>
      </w:pPr>
    </w:p>
    <w:tbl>
      <w:tblPr>
        <w:tblW w:w="5004" w:type="pct"/>
        <w:tblInd w:w="-4" w:type="dxa"/>
        <w:tblLook w:val="01E0" w:firstRow="1" w:lastRow="1" w:firstColumn="1" w:lastColumn="1" w:noHBand="0" w:noVBand="0"/>
      </w:tblPr>
      <w:tblGrid>
        <w:gridCol w:w="9583"/>
      </w:tblGrid>
      <w:tr w:rsidR="00092ADE" w:rsidRPr="005C0F58" w14:paraId="4072F3E3" w14:textId="77777777" w:rsidTr="00523062">
        <w:tc>
          <w:tcPr>
            <w:tcW w:w="0" w:type="auto"/>
          </w:tcPr>
          <w:p w14:paraId="0D88495C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b/>
                <w:bCs/>
                <w:sz w:val="18"/>
                <w:szCs w:val="18"/>
              </w:rPr>
              <w:t>LEGENDA – vymezení sortimentu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71EA1">
              <w:rPr>
                <w:rFonts w:ascii="Arial" w:hAnsi="Arial" w:cs="Arial"/>
                <w:sz w:val="18"/>
                <w:szCs w:val="18"/>
              </w:rPr>
              <w:t>(k tabulce na předchozí straně)</w:t>
            </w:r>
          </w:p>
        </w:tc>
      </w:tr>
      <w:tr w:rsidR="00092ADE" w:rsidRPr="005C0F58" w14:paraId="33B27EE8" w14:textId="77777777" w:rsidTr="00523062">
        <w:tc>
          <w:tcPr>
            <w:tcW w:w="0" w:type="auto"/>
            <w:vAlign w:val="center"/>
          </w:tcPr>
          <w:p w14:paraId="15031E6A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A – květiny, perníčky, drobné dárkové předměty</w:t>
            </w:r>
          </w:p>
        </w:tc>
      </w:tr>
      <w:tr w:rsidR="00092ADE" w:rsidRPr="005C0F58" w14:paraId="6C3F1377" w14:textId="77777777" w:rsidTr="00523062">
        <w:tc>
          <w:tcPr>
            <w:tcW w:w="0" w:type="auto"/>
            <w:vAlign w:val="center"/>
          </w:tcPr>
          <w:p w14:paraId="61BB5F2C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B – pomlázky, kraslice, řehtačky, květiny, suchá vazba, svíčky, štramberské uši, vizovické pečivo, perníčky, obtisky</w:t>
            </w:r>
          </w:p>
        </w:tc>
      </w:tr>
      <w:tr w:rsidR="00092ADE" w:rsidRPr="005C0F58" w14:paraId="44EEBAE6" w14:textId="77777777" w:rsidTr="00523062">
        <w:tc>
          <w:tcPr>
            <w:tcW w:w="0" w:type="auto"/>
            <w:vAlign w:val="center"/>
          </w:tcPr>
          <w:p w14:paraId="4ADABF6E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C – perníčky, cukrovinky, hračky, nafukovací balonky, cukrová vata, květiny, drobné dárkové předměty</w:t>
            </w:r>
          </w:p>
        </w:tc>
      </w:tr>
      <w:tr w:rsidR="00092ADE" w:rsidRPr="005C0F58" w14:paraId="255993C5" w14:textId="77777777" w:rsidTr="00523062">
        <w:tc>
          <w:tcPr>
            <w:tcW w:w="0" w:type="auto"/>
            <w:vAlign w:val="center"/>
          </w:tcPr>
          <w:p w14:paraId="1584DE87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D – květiny, perníčky, cukrovinky, drobné dárkové předměty</w:t>
            </w:r>
          </w:p>
        </w:tc>
      </w:tr>
      <w:tr w:rsidR="00092ADE" w:rsidRPr="005C0F58" w14:paraId="654B3764" w14:textId="77777777" w:rsidTr="00523062">
        <w:tc>
          <w:tcPr>
            <w:tcW w:w="0" w:type="auto"/>
            <w:vAlign w:val="center"/>
          </w:tcPr>
          <w:p w14:paraId="7886C547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E – hroznový mošt, suché plody</w:t>
            </w:r>
          </w:p>
        </w:tc>
      </w:tr>
      <w:tr w:rsidR="00092ADE" w:rsidRPr="005C0F58" w14:paraId="32128876" w14:textId="77777777" w:rsidTr="00523062">
        <w:tc>
          <w:tcPr>
            <w:tcW w:w="0" w:type="auto"/>
            <w:vAlign w:val="center"/>
          </w:tcPr>
          <w:p w14:paraId="1198E840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F – květiny, suchá vazba, věnce, svíčky</w:t>
            </w:r>
          </w:p>
        </w:tc>
      </w:tr>
      <w:tr w:rsidR="00092ADE" w:rsidRPr="005C0F58" w14:paraId="73D467E4" w14:textId="77777777" w:rsidTr="00523062">
        <w:tc>
          <w:tcPr>
            <w:tcW w:w="0" w:type="auto"/>
            <w:vAlign w:val="center"/>
          </w:tcPr>
          <w:p w14:paraId="0C09ECF7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G – jmelí, adventní věnce, suchá vazba, svíčky, perníčky a vizovické pečivo</w:t>
            </w:r>
          </w:p>
        </w:tc>
      </w:tr>
      <w:tr w:rsidR="00092ADE" w:rsidRPr="005C0F58" w14:paraId="12B3AD13" w14:textId="77777777" w:rsidTr="00523062">
        <w:tc>
          <w:tcPr>
            <w:tcW w:w="0" w:type="auto"/>
            <w:vAlign w:val="center"/>
          </w:tcPr>
          <w:p w14:paraId="36A27D74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H – vánoční stromky</w:t>
            </w:r>
          </w:p>
        </w:tc>
      </w:tr>
      <w:tr w:rsidR="00092ADE" w:rsidRPr="005C0F58" w14:paraId="29A81124" w14:textId="77777777" w:rsidTr="00523062">
        <w:trPr>
          <w:trHeight w:val="475"/>
        </w:trPr>
        <w:tc>
          <w:tcPr>
            <w:tcW w:w="0" w:type="auto"/>
          </w:tcPr>
          <w:p w14:paraId="120374E4" w14:textId="77777777" w:rsidR="00092ADE" w:rsidRPr="00693353" w:rsidRDefault="00092ADE" w:rsidP="00523062">
            <w:pPr>
              <w:pStyle w:val="Zkladntext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I – vánoční ozdoby, bižuterie, hračky, keramika, košíkářské zboží, perníčky, vizovické pečivo, pečené kaštany, dekorativní předměty s vánoční tematikou, suchá vazba a jmelí</w:t>
            </w:r>
          </w:p>
        </w:tc>
      </w:tr>
      <w:tr w:rsidR="00092ADE" w:rsidRPr="005C0F58" w14:paraId="1D19D878" w14:textId="77777777" w:rsidTr="00523062">
        <w:tc>
          <w:tcPr>
            <w:tcW w:w="0" w:type="auto"/>
          </w:tcPr>
          <w:p w14:paraId="2FA66267" w14:textId="77777777" w:rsidR="00092ADE" w:rsidRPr="00693353" w:rsidRDefault="00092ADE" w:rsidP="00523062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J – kapři, zvěřina</w:t>
            </w:r>
          </w:p>
        </w:tc>
      </w:tr>
    </w:tbl>
    <w:p w14:paraId="03923F46" w14:textId="77777777" w:rsidR="00092ADE" w:rsidRPr="00693353" w:rsidRDefault="00092ADE" w:rsidP="00092ADE">
      <w:pPr>
        <w:pStyle w:val="Zkladntext"/>
        <w:spacing w:before="3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93353">
        <w:rPr>
          <w:rFonts w:ascii="Arial" w:hAnsi="Arial" w:cs="Arial"/>
          <w:b/>
          <w:bCs/>
          <w:sz w:val="22"/>
          <w:szCs w:val="22"/>
        </w:rPr>
        <w:t>B8) Tržní místa – k. ú. Černá Pole: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2"/>
        <w:gridCol w:w="1092"/>
        <w:gridCol w:w="2152"/>
        <w:gridCol w:w="968"/>
        <w:gridCol w:w="882"/>
        <w:gridCol w:w="1165"/>
        <w:gridCol w:w="1198"/>
        <w:gridCol w:w="1704"/>
      </w:tblGrid>
      <w:tr w:rsidR="00092ADE" w:rsidRPr="005C0F58" w14:paraId="799DC372" w14:textId="77777777" w:rsidTr="00523062">
        <w:trPr>
          <w:trHeight w:val="274"/>
        </w:trPr>
        <w:tc>
          <w:tcPr>
            <w:tcW w:w="191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922571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6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B31EB1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3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AD4072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08E2E94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5C0F58" w14:paraId="1B07490A" w14:textId="77777777" w:rsidTr="00523062">
        <w:tc>
          <w:tcPr>
            <w:tcW w:w="220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5FEAE5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C31E0B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647771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471605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24B448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C24E860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(m</w:t>
            </w:r>
            <w:r w:rsidRPr="0069335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9335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F389E2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FD893B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C866617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5C0F58" w14:paraId="384BEFAE" w14:textId="77777777" w:rsidTr="00523062">
        <w:tc>
          <w:tcPr>
            <w:tcW w:w="220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189BF75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70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C828F2C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3717</w:t>
            </w:r>
          </w:p>
        </w:tc>
        <w:tc>
          <w:tcPr>
            <w:tcW w:w="1123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7BB5025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693353">
              <w:rPr>
                <w:rFonts w:ascii="Arial" w:hAnsi="Arial" w:cs="Arial"/>
                <w:iCs/>
                <w:sz w:val="16"/>
                <w:szCs w:val="16"/>
              </w:rPr>
              <w:t>ul. Lužánecká – rozšířená část chodníku u vstupu do parku Lužánky při křižovatce se třídou Kpt. Jaroše</w:t>
            </w:r>
          </w:p>
        </w:tc>
        <w:tc>
          <w:tcPr>
            <w:tcW w:w="505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7FE7385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7A28FD5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08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274A20B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8–18 h.</w:t>
            </w:r>
          </w:p>
        </w:tc>
        <w:tc>
          <w:tcPr>
            <w:tcW w:w="625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F79344C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1. 5.–30. 9.</w:t>
            </w:r>
          </w:p>
        </w:tc>
        <w:tc>
          <w:tcPr>
            <w:tcW w:w="889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7D81935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občerstvení bez prodeje alkoholu, ovoce a zelenina</w:t>
            </w:r>
          </w:p>
        </w:tc>
      </w:tr>
      <w:tr w:rsidR="00092ADE" w:rsidRPr="005C0F58" w14:paraId="5AC0DCDC" w14:textId="77777777" w:rsidTr="00523062">
        <w:tc>
          <w:tcPr>
            <w:tcW w:w="2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5436AF91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50FA20D8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3718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26CAF023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693353">
              <w:rPr>
                <w:rFonts w:ascii="Arial" w:hAnsi="Arial" w:cs="Arial"/>
                <w:iCs/>
                <w:sz w:val="16"/>
                <w:szCs w:val="16"/>
              </w:rPr>
              <w:t>tříd</w:t>
            </w:r>
            <w:r>
              <w:rPr>
                <w:rFonts w:ascii="Arial" w:hAnsi="Arial" w:cs="Arial"/>
                <w:iCs/>
                <w:sz w:val="16"/>
                <w:szCs w:val="16"/>
              </w:rPr>
              <w:t>a</w:t>
            </w:r>
            <w:r w:rsidRPr="00693353">
              <w:rPr>
                <w:rFonts w:ascii="Arial" w:hAnsi="Arial" w:cs="Arial"/>
                <w:iCs/>
                <w:sz w:val="16"/>
                <w:szCs w:val="16"/>
              </w:rPr>
              <w:t xml:space="preserve"> Kpt. Jaroše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– nároží při ul. Milady Horákové or. č. 3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526B373F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76333F21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2709CDA0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693353">
              <w:rPr>
                <w:rFonts w:ascii="Arial" w:hAnsi="Arial" w:cs="Arial"/>
                <w:sz w:val="16"/>
                <w:szCs w:val="16"/>
              </w:rPr>
              <w:t>.30-2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93353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93353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3E2237AF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41BF1622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</w:p>
        </w:tc>
      </w:tr>
    </w:tbl>
    <w:p w14:paraId="33E5BAD7" w14:textId="77777777" w:rsidR="00092ADE" w:rsidRPr="00693353" w:rsidRDefault="00092ADE" w:rsidP="00092ADE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93353">
        <w:rPr>
          <w:rFonts w:ascii="Arial" w:hAnsi="Arial" w:cs="Arial"/>
          <w:b/>
          <w:bCs/>
          <w:sz w:val="22"/>
          <w:szCs w:val="22"/>
        </w:rPr>
        <w:t>B9) Tržní místa – k. ú. Pisárky: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3"/>
        <w:gridCol w:w="1096"/>
        <w:gridCol w:w="2158"/>
        <w:gridCol w:w="1062"/>
        <w:gridCol w:w="761"/>
        <w:gridCol w:w="1292"/>
        <w:gridCol w:w="1202"/>
        <w:gridCol w:w="1589"/>
      </w:tblGrid>
      <w:tr w:rsidR="00092ADE" w:rsidRPr="005C0F58" w14:paraId="165DA52F" w14:textId="77777777" w:rsidTr="00523062">
        <w:trPr>
          <w:trHeight w:val="274"/>
        </w:trPr>
        <w:tc>
          <w:tcPr>
            <w:tcW w:w="191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3D988F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12603E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0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031080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D9CE081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335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5C0F58" w14:paraId="2E83FC82" w14:textId="77777777" w:rsidTr="00523062"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96BA44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749367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47A1F2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1C9E59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F3A994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EBD662A" w14:textId="77777777" w:rsidR="00092ADE" w:rsidRPr="0069335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(m</w:t>
            </w:r>
            <w:r w:rsidRPr="0069335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9335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05131B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BAAEF9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8D78130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5C0F58" w14:paraId="07954F73" w14:textId="77777777" w:rsidTr="00523062">
        <w:tc>
          <w:tcPr>
            <w:tcW w:w="221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87ADA8D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72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C1F0619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126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D39D3BD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areál Riviéra</w:t>
            </w:r>
          </w:p>
        </w:tc>
        <w:tc>
          <w:tcPr>
            <w:tcW w:w="554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</w:tcPr>
          <w:p w14:paraId="7E7CA74A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F2AB37A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výměra areálu</w:t>
            </w:r>
          </w:p>
        </w:tc>
        <w:tc>
          <w:tcPr>
            <w:tcW w:w="674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43410E1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7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C788579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9" w:type="pct"/>
            <w:tcBorders>
              <w:top w:val="single" w:sz="12" w:space="0" w:color="000000"/>
              <w:left w:val="single" w:sz="8" w:space="0" w:color="000000"/>
              <w:bottom w:val="single" w:sz="6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6A51EA5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  <w:tr w:rsidR="00092ADE" w:rsidRPr="005C0F58" w14:paraId="1DF7A566" w14:textId="77777777" w:rsidTr="00523062">
        <w:trPr>
          <w:trHeight w:val="643"/>
        </w:trPr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0615A867" w14:textId="77777777" w:rsidR="00092ADE" w:rsidRPr="0069335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07EA1EAF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948/1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3BA7D9F2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Bauerova při ústí ul. Křížkovského – mokřad poblíž koupaliště Riviéra (levý břeh řeky Svratky) 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3160DF7F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6C6AE905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5C7A5582" w14:textId="77777777" w:rsidR="00092ADE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5C2F3D42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693353">
              <w:rPr>
                <w:rFonts w:ascii="Arial" w:hAnsi="Arial" w:cs="Arial"/>
                <w:sz w:val="16"/>
                <w:szCs w:val="16"/>
              </w:rPr>
              <w:t>.30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693353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93353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93353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1B4DEF6F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duben–listopad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14:paraId="17E742BA" w14:textId="77777777" w:rsidR="00092ADE" w:rsidRPr="0069335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353">
              <w:rPr>
                <w:rFonts w:ascii="Arial" w:hAnsi="Arial" w:cs="Arial"/>
                <w:sz w:val="16"/>
                <w:szCs w:val="16"/>
              </w:rPr>
              <w:t>občerstvení bez prodeje alkoholu</w:t>
            </w:r>
            <w:r>
              <w:rPr>
                <w:rFonts w:ascii="Arial" w:hAnsi="Arial" w:cs="Arial"/>
                <w:sz w:val="16"/>
                <w:szCs w:val="16"/>
              </w:rPr>
              <w:t xml:space="preserve"> (vyjma piva)</w:t>
            </w:r>
          </w:p>
        </w:tc>
      </w:tr>
    </w:tbl>
    <w:p w14:paraId="40910D00" w14:textId="77777777" w:rsidR="00092ADE" w:rsidRPr="0062782B" w:rsidRDefault="00092ADE" w:rsidP="00092ADE">
      <w:pPr>
        <w:pStyle w:val="Styltabulky"/>
        <w:rPr>
          <w:rFonts w:ascii="Arial" w:hAnsi="Arial" w:cs="Arial"/>
          <w:sz w:val="16"/>
          <w:szCs w:val="1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575"/>
      </w:tblGrid>
      <w:tr w:rsidR="00092ADE" w:rsidRPr="005C0F58" w14:paraId="52FA2EBC" w14:textId="77777777" w:rsidTr="00523062">
        <w:tc>
          <w:tcPr>
            <w:tcW w:w="5000" w:type="pct"/>
          </w:tcPr>
          <w:p w14:paraId="17AC95C4" w14:textId="77777777" w:rsidR="00092ADE" w:rsidRPr="00693353" w:rsidRDefault="00092ADE" w:rsidP="00523062">
            <w:pPr>
              <w:pStyle w:val="Styltabulky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* – lokalita areálu Riviéra je vymezena následujícími pozemky:</w:t>
            </w:r>
          </w:p>
        </w:tc>
      </w:tr>
      <w:tr w:rsidR="00092ADE" w:rsidRPr="005C0F58" w14:paraId="3B1949B5" w14:textId="77777777" w:rsidTr="00523062">
        <w:trPr>
          <w:cantSplit/>
        </w:trPr>
        <w:tc>
          <w:tcPr>
            <w:tcW w:w="5000" w:type="pct"/>
          </w:tcPr>
          <w:p w14:paraId="62DFB46B" w14:textId="77777777" w:rsidR="00092ADE" w:rsidRPr="00693353" w:rsidRDefault="00092ADE" w:rsidP="00523062">
            <w:pPr>
              <w:pStyle w:val="Styltabulky"/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353">
              <w:rPr>
                <w:rFonts w:ascii="Arial" w:hAnsi="Arial" w:cs="Arial"/>
                <w:sz w:val="18"/>
                <w:szCs w:val="18"/>
              </w:rPr>
              <w:t>p. č. 915/1, 915/2, 915/3, 915/5, 915/6, 915/8, 915/10, 919, 920/1, 920/3, 920/4, 920/5, 923/1, 923/3, 923/5, 923/6, 923/8, 923/11, 927, 931/1, 931/2, 931/3, 912/2, 912/3, 912/10, 914, 916, 917, 918, 923/7, 924, 925, 926/1, 926/2, 928, 930, 911/1, 911/3, 912/1, 912/4, 912/8, 912/9, 912/12, 913/1, 913/2, 913/3.</w:t>
            </w:r>
          </w:p>
        </w:tc>
      </w:tr>
    </w:tbl>
    <w:p w14:paraId="542D809D" w14:textId="77777777" w:rsidR="00092ADE" w:rsidRPr="00693353" w:rsidRDefault="00092ADE" w:rsidP="00092ADE">
      <w:pPr>
        <w:pStyle w:val="Zkladntext"/>
        <w:spacing w:before="30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693353">
        <w:rPr>
          <w:rFonts w:ascii="Arial" w:hAnsi="Arial" w:cs="Arial"/>
          <w:b/>
          <w:bCs/>
          <w:sz w:val="22"/>
          <w:szCs w:val="22"/>
        </w:rPr>
        <w:t xml:space="preserve">B10) Další lokality tržních míst: </w:t>
      </w:r>
    </w:p>
    <w:p w14:paraId="70ABFB65" w14:textId="77777777" w:rsidR="00092ADE" w:rsidRPr="00693353" w:rsidRDefault="00092ADE" w:rsidP="00092ADE">
      <w:pPr>
        <w:pStyle w:val="Zkladntext"/>
        <w:spacing w:before="80" w:line="228" w:lineRule="auto"/>
        <w:jc w:val="both"/>
        <w:rPr>
          <w:rFonts w:ascii="Arial" w:hAnsi="Arial" w:cs="Arial"/>
          <w:spacing w:val="-2"/>
          <w:sz w:val="20"/>
          <w:szCs w:val="20"/>
        </w:rPr>
      </w:pPr>
      <w:r w:rsidRPr="00693353">
        <w:rPr>
          <w:rFonts w:ascii="Arial" w:hAnsi="Arial" w:cs="Arial"/>
          <w:spacing w:val="-2"/>
          <w:sz w:val="20"/>
          <w:szCs w:val="20"/>
        </w:rPr>
        <w:t>Příležitostný prodej s maximální dobou prodeje 5 dnů při příležitosti jednorázových společenských akcí je povolen při splnění požadavků právních předpisů vždy v místě konání předmětné akce.</w:t>
      </w:r>
    </w:p>
    <w:p w14:paraId="10D85545" w14:textId="77777777" w:rsidR="00092ADE" w:rsidRPr="00175473" w:rsidRDefault="00092ADE" w:rsidP="00092ADE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175473">
        <w:rPr>
          <w:rFonts w:ascii="Arial" w:hAnsi="Arial" w:cs="Arial"/>
          <w:b/>
          <w:bCs/>
          <w:sz w:val="22"/>
          <w:szCs w:val="22"/>
        </w:rPr>
        <w:t>HLAVA C: Předsunutá prodejní místa</w:t>
      </w:r>
    </w:p>
    <w:p w14:paraId="564BEA0B" w14:textId="77777777" w:rsidR="00092ADE" w:rsidRPr="005C0F58" w:rsidRDefault="00092ADE" w:rsidP="00092ADE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60" w:line="240" w:lineRule="auto"/>
        <w:ind w:left="357" w:hanging="374"/>
        <w:jc w:val="both"/>
        <w:rPr>
          <w:rFonts w:ascii="Arial" w:hAnsi="Arial" w:cs="Arial"/>
          <w:spacing w:val="-8"/>
          <w:sz w:val="20"/>
          <w:szCs w:val="20"/>
        </w:rPr>
      </w:pPr>
      <w:r w:rsidRPr="005C0F58">
        <w:rPr>
          <w:rFonts w:ascii="Arial" w:hAnsi="Arial" w:cs="Arial"/>
          <w:spacing w:val="-8"/>
          <w:sz w:val="20"/>
          <w:szCs w:val="20"/>
        </w:rPr>
        <w:t>Předsunutá prodejní místa nelze provozovat v historickém jádru města Brna ohraničeném ulicemi Nádražní – Benešova – Rooseveltova – Joštova – Husova, vyjma předsunutých prodejních míst se sortimentem květin, která je v tomto území možno provozovat za podmínek dodržení maximální šíře 1 metru před provozovnou v délce profilu provozovny. Předsunutá prodejní místa nelze rovněž provozovat na parc. č. 822/11, 989, 998/1, 998/6, 708/4 v k. ú. Trnitá na ulici Dornych u OD Tesco a na parc. č. 883/1, 883/2, 1166/3, 1166/10, 1168/1, 1170/1, 1170/4 v k. ú. Trnitá na ÚAN Zvonařka.</w:t>
      </w:r>
    </w:p>
    <w:p w14:paraId="395E87C1" w14:textId="77777777" w:rsidR="00092ADE" w:rsidRPr="005C0F58" w:rsidRDefault="00092ADE" w:rsidP="00092ADE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120" w:line="240" w:lineRule="auto"/>
        <w:ind w:left="357" w:hanging="374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lastRenderedPageBreak/>
        <w:t>Prodej zboží na předsunutých prodejních místech na území městské části Brno-střed může být provozován při splnění požadavků právních předpisů tím způsobem, že umístěním zboží určeného k prodeji dochází k užívání pozemní komunikace nebo jiného prostranství. Pro prodej zboží na předsunutých prodejních místech na celém území městské části Brno-střed je zakázáno používat pomocná prodejní zařízení, jako jsou markýzy, konzoly, věšáky apod., na kterých je zavěšeno zboží určené k prodeji nebo zboží či jiné předměty sloužící podpoře prodeje zboží tak, že se toto zboží či jiné předměty nedotýkají země, ale zabraňují v průchodu. Taková pomocná prodejní zařízení nesmějí být umisťována ani na obvodových stěnách provozovny, ani na vstupních dveřích do provozovny.</w:t>
      </w:r>
    </w:p>
    <w:p w14:paraId="7A8AD632" w14:textId="77777777" w:rsidR="00092ADE" w:rsidRPr="00175473" w:rsidRDefault="00092ADE" w:rsidP="00092ADE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175473">
        <w:rPr>
          <w:rFonts w:ascii="Arial" w:hAnsi="Arial" w:cs="Arial"/>
          <w:b/>
          <w:bCs/>
          <w:sz w:val="22"/>
          <w:szCs w:val="22"/>
        </w:rPr>
        <w:t>HLAVA D:  Restaurační zahrádky</w:t>
      </w:r>
    </w:p>
    <w:p w14:paraId="3B482943" w14:textId="77777777" w:rsidR="00092ADE" w:rsidRPr="005C0F58" w:rsidRDefault="00092ADE" w:rsidP="00092ADE">
      <w:pPr>
        <w:pStyle w:val="Zkladntext"/>
        <w:numPr>
          <w:ilvl w:val="0"/>
          <w:numId w:val="3"/>
        </w:numPr>
        <w:tabs>
          <w:tab w:val="clear" w:pos="750"/>
          <w:tab w:val="num" w:pos="360"/>
        </w:tabs>
        <w:spacing w:line="240" w:lineRule="auto"/>
        <w:ind w:left="363" w:hanging="391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Restaurační zahrádky je možno provozovat při splnění požadavků právních předpisů na celém území městské části Brno-střed.</w:t>
      </w:r>
    </w:p>
    <w:p w14:paraId="5A63B4CC" w14:textId="77777777" w:rsidR="00092ADE" w:rsidRPr="005C0F58" w:rsidRDefault="00092ADE" w:rsidP="00092ADE">
      <w:pPr>
        <w:pStyle w:val="Zkladntext"/>
        <w:numPr>
          <w:ilvl w:val="0"/>
          <w:numId w:val="3"/>
        </w:numPr>
        <w:tabs>
          <w:tab w:val="clear" w:pos="750"/>
          <w:tab w:val="num" w:pos="360"/>
        </w:tabs>
        <w:spacing w:before="80" w:line="240" w:lineRule="auto"/>
        <w:ind w:left="363" w:hanging="391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Restaurační zahrádky mohou být provozovány celoročně; maximální doba prodeje je od 8.00 hod. do 22.00 hod. s možností hudební produkce. Do této doby se započítává i doba úklidu a instalace restauračních zahrádek.</w:t>
      </w:r>
    </w:p>
    <w:p w14:paraId="3E1BDE8F" w14:textId="77777777" w:rsidR="00092ADE" w:rsidRPr="005C0F58" w:rsidRDefault="00092ADE" w:rsidP="00092ADE">
      <w:pPr>
        <w:pStyle w:val="Zkladntext"/>
        <w:numPr>
          <w:ilvl w:val="0"/>
          <w:numId w:val="3"/>
        </w:numPr>
        <w:tabs>
          <w:tab w:val="clear" w:pos="750"/>
          <w:tab w:val="num" w:pos="360"/>
        </w:tabs>
        <w:spacing w:before="80" w:line="240" w:lineRule="auto"/>
        <w:ind w:left="363" w:hanging="391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V prostoru Městské památkové rezervace v Brně</w:t>
      </w:r>
      <w:r w:rsidRPr="005C0F58">
        <w:rPr>
          <w:rStyle w:val="Znakapoznpodarou"/>
          <w:rFonts w:ascii="Arial" w:hAnsi="Arial" w:cs="Arial"/>
          <w:sz w:val="20"/>
          <w:szCs w:val="20"/>
        </w:rPr>
        <w:footnoteReference w:customMarkFollows="1" w:id="1"/>
        <w:t>14</w:t>
      </w:r>
      <w:r w:rsidRPr="005C0F58">
        <w:rPr>
          <w:rFonts w:ascii="Arial" w:hAnsi="Arial" w:cs="Arial"/>
          <w:sz w:val="20"/>
          <w:szCs w:val="20"/>
        </w:rPr>
        <w:t xml:space="preserve"> je možný provoz restauračních zahrádek od 8.00 hod. do 24.00 hod.; po 22.00 hod. bez reprodukované hudby a bez reprodukovaného mluveného slova.</w:t>
      </w:r>
    </w:p>
    <w:p w14:paraId="4E35F5BB" w14:textId="77777777" w:rsidR="00092ADE" w:rsidRPr="00175473" w:rsidRDefault="00092ADE" w:rsidP="00092ADE">
      <w:pPr>
        <w:pStyle w:val="Zkladntext"/>
        <w:spacing w:before="360" w:after="12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75473">
        <w:rPr>
          <w:rFonts w:ascii="Arial" w:hAnsi="Arial" w:cs="Arial"/>
          <w:b/>
          <w:bCs/>
          <w:sz w:val="22"/>
          <w:szCs w:val="22"/>
        </w:rPr>
        <w:t>HLAVA E: Pojízdný prodej</w:t>
      </w:r>
    </w:p>
    <w:p w14:paraId="0720E25A" w14:textId="77777777" w:rsidR="00092ADE" w:rsidRPr="00175473" w:rsidRDefault="00092ADE" w:rsidP="00092ADE">
      <w:pPr>
        <w:pStyle w:val="Zkladntext"/>
        <w:spacing w:before="20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175473">
        <w:rPr>
          <w:rFonts w:ascii="Arial" w:hAnsi="Arial" w:cs="Arial"/>
          <w:b/>
          <w:bCs/>
          <w:sz w:val="22"/>
          <w:szCs w:val="22"/>
        </w:rPr>
        <w:t xml:space="preserve">E1) Pojízdný prodej – k. ú. Město Brno:   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62"/>
        <w:gridCol w:w="2894"/>
        <w:gridCol w:w="1062"/>
        <w:gridCol w:w="851"/>
        <w:gridCol w:w="1324"/>
        <w:gridCol w:w="1317"/>
        <w:gridCol w:w="1673"/>
      </w:tblGrid>
      <w:tr w:rsidR="00092ADE" w:rsidRPr="005C0F58" w14:paraId="18D4F159" w14:textId="77777777" w:rsidTr="00523062">
        <w:trPr>
          <w:trHeight w:val="274"/>
        </w:trPr>
        <w:tc>
          <w:tcPr>
            <w:tcW w:w="175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983AE4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547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9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17E60A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547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E0E3B9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5473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38D2518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547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5C0F58" w14:paraId="4B26F161" w14:textId="77777777" w:rsidTr="00523062">
        <w:tc>
          <w:tcPr>
            <w:tcW w:w="24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3B9ED3" w14:textId="77777777" w:rsidR="00092ADE" w:rsidRPr="0017547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51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48E708" w14:textId="77777777" w:rsidR="00092ADE" w:rsidRPr="0017547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vymezení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D40AB4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AB6B56" w14:textId="77777777" w:rsidR="00092ADE" w:rsidRPr="0017547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541BB2D" w14:textId="77777777" w:rsidR="00092ADE" w:rsidRPr="0017547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(m</w:t>
            </w:r>
            <w:r w:rsidRPr="0017547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7547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B68DC8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6A02BB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8F787F0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5C0F58" w14:paraId="71FBE148" w14:textId="77777777" w:rsidTr="00523062">
        <w:trPr>
          <w:cantSplit/>
          <w:trHeight w:hRule="exact" w:val="227"/>
        </w:trPr>
        <w:tc>
          <w:tcPr>
            <w:tcW w:w="24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07055C" w14:textId="77777777" w:rsidR="00092ADE" w:rsidRPr="0017547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 xml:space="preserve"> 1.</w:t>
            </w:r>
          </w:p>
        </w:tc>
        <w:tc>
          <w:tcPr>
            <w:tcW w:w="151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655C36" w14:textId="77777777" w:rsidR="00092ADE" w:rsidRPr="0017547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nám. Svobody – p. č. 537</w:t>
            </w:r>
          </w:p>
        </w:tc>
        <w:tc>
          <w:tcPr>
            <w:tcW w:w="55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8F4988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048594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9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8547D2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68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2120F2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1. 5.–31. 10.</w:t>
            </w:r>
          </w:p>
        </w:tc>
        <w:tc>
          <w:tcPr>
            <w:tcW w:w="8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F9E611" w14:textId="77777777" w:rsidR="00092ADE" w:rsidRPr="0017547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zmrzlina</w:t>
            </w:r>
          </w:p>
        </w:tc>
      </w:tr>
    </w:tbl>
    <w:p w14:paraId="66FE6F74" w14:textId="77777777" w:rsidR="00092ADE" w:rsidRPr="00175473" w:rsidRDefault="00092ADE" w:rsidP="00092ADE">
      <w:pPr>
        <w:pStyle w:val="Zkladntext"/>
        <w:spacing w:before="24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175473">
        <w:rPr>
          <w:rFonts w:ascii="Arial" w:hAnsi="Arial" w:cs="Arial"/>
          <w:b/>
          <w:bCs/>
          <w:sz w:val="22"/>
          <w:szCs w:val="22"/>
        </w:rPr>
        <w:t xml:space="preserve">E2) Pojízdný prodej – mimo k. ú. Město Brno: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52"/>
        <w:gridCol w:w="3206"/>
        <w:gridCol w:w="1108"/>
        <w:gridCol w:w="880"/>
        <w:gridCol w:w="1125"/>
        <w:gridCol w:w="1058"/>
        <w:gridCol w:w="1754"/>
      </w:tblGrid>
      <w:tr w:rsidR="00092ADE" w:rsidRPr="005C0F58" w14:paraId="478455F8" w14:textId="77777777" w:rsidTr="00523062">
        <w:trPr>
          <w:trHeight w:val="274"/>
        </w:trPr>
        <w:tc>
          <w:tcPr>
            <w:tcW w:w="190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06AF59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547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3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81CCFC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547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13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A1CFB6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547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9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5AA762D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547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2ADE" w:rsidRPr="005C0F58" w14:paraId="6CD715AF" w14:textId="77777777" w:rsidTr="00523062">
        <w:tc>
          <w:tcPr>
            <w:tcW w:w="236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E2D8B8" w14:textId="77777777" w:rsidR="00092ADE" w:rsidRPr="0017547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6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A0EB94" w14:textId="77777777" w:rsidR="00092ADE" w:rsidRPr="0017547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vymezení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7A5359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DC5B39" w14:textId="77777777" w:rsidR="00092ADE" w:rsidRPr="0017547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2A43DAC" w14:textId="77777777" w:rsidR="00092ADE" w:rsidRPr="00175473" w:rsidRDefault="00092ADE" w:rsidP="0052306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(m</w:t>
            </w:r>
            <w:r w:rsidRPr="0017547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7547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DED085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F23A69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9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6B79B8C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2ADE" w:rsidRPr="005C0F58" w14:paraId="3037742A" w14:textId="77777777" w:rsidTr="00523062">
        <w:tc>
          <w:tcPr>
            <w:tcW w:w="2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67D3E3" w14:textId="77777777" w:rsidR="00092ADE" w:rsidRPr="0017547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 xml:space="preserve"> 1.</w:t>
            </w:r>
          </w:p>
        </w:tc>
        <w:tc>
          <w:tcPr>
            <w:tcW w:w="16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3861F0" w14:textId="77777777" w:rsidR="00092ADE" w:rsidRPr="0017547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7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12100C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FE90B9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02E67D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514F15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53B445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6CB6E4AD" w14:textId="77777777" w:rsidTr="00523062"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703278" w14:textId="77777777" w:rsidR="00092ADE" w:rsidRPr="0017547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 xml:space="preserve"> 2.</w:t>
            </w:r>
          </w:p>
        </w:tc>
        <w:tc>
          <w:tcPr>
            <w:tcW w:w="1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4CFCD0" w14:textId="77777777" w:rsidR="00092ADE" w:rsidRPr="0017547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8B7B86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0E93DA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4AF9AC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590F68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B0CD0A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165AC59A" w14:textId="77777777" w:rsidTr="00523062"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6FBE5A" w14:textId="77777777" w:rsidR="00092ADE" w:rsidRPr="0017547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E66620" w14:textId="77777777" w:rsidR="00092ADE" w:rsidRPr="0017547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E8B4E3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704B73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0B2C4E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AF88A7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1A19C1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7C13FCD7" w14:textId="77777777" w:rsidTr="00523062"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5B592C" w14:textId="77777777" w:rsidR="00092ADE" w:rsidRPr="0017547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78B79D" w14:textId="77777777" w:rsidR="00092ADE" w:rsidRPr="0017547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ul. Zvonařka – zejm. p. č. 1168/1 k. ú. Trnitá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28D893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0977BD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435CB5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487DCB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0EC045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rychlé občerstvení</w:t>
            </w:r>
          </w:p>
          <w:p w14:paraId="37F2E3A5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léto: bal. mraž. výrobky</w:t>
            </w:r>
          </w:p>
        </w:tc>
      </w:tr>
      <w:tr w:rsidR="00092ADE" w:rsidRPr="005C0F58" w14:paraId="23CA35AF" w14:textId="77777777" w:rsidTr="00523062"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D7C462" w14:textId="77777777" w:rsidR="00092ADE" w:rsidRPr="0017547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95BC3D" w14:textId="77777777" w:rsidR="00092ADE" w:rsidRPr="0017547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636BCB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2B1959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78338F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5EF90D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852431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ADE" w:rsidRPr="005C0F58" w14:paraId="67BBBDB3" w14:textId="77777777" w:rsidTr="00523062"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7A31CC" w14:textId="77777777" w:rsidR="00092ADE" w:rsidRPr="00175473" w:rsidRDefault="00092ADE" w:rsidP="0052306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D533EE" w14:textId="77777777" w:rsidR="00092ADE" w:rsidRPr="00175473" w:rsidRDefault="00092ADE" w:rsidP="0052306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175473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35FC9D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28F3FF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2532C3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19345C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FA9F3D" w14:textId="77777777" w:rsidR="00092ADE" w:rsidRPr="00175473" w:rsidRDefault="00092ADE" w:rsidP="0052306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69745D" w14:textId="77777777" w:rsidR="00092ADE" w:rsidRPr="005C0F58" w:rsidRDefault="00092ADE" w:rsidP="00092ADE">
      <w:pPr>
        <w:pStyle w:val="Styltabulky"/>
        <w:rPr>
          <w:rFonts w:ascii="Arial" w:hAnsi="Arial" w:cs="Arial"/>
        </w:rPr>
      </w:pPr>
    </w:p>
    <w:p w14:paraId="70A1E2AF" w14:textId="77777777" w:rsidR="00092ADE" w:rsidRPr="00175473" w:rsidRDefault="00092ADE" w:rsidP="00092ADE">
      <w:pPr>
        <w:pStyle w:val="Zkladntext"/>
        <w:spacing w:before="36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175473">
        <w:rPr>
          <w:rFonts w:ascii="Arial" w:hAnsi="Arial" w:cs="Arial"/>
          <w:b/>
          <w:bCs/>
          <w:sz w:val="22"/>
          <w:szCs w:val="22"/>
        </w:rPr>
        <w:t>HLAVA F:  Pochůzkový prodej a prodej bez prodejního zařízení</w:t>
      </w:r>
    </w:p>
    <w:p w14:paraId="0D8237AF" w14:textId="77777777" w:rsidR="00092ADE" w:rsidRPr="005C0F58" w:rsidRDefault="00092ADE" w:rsidP="00092ADE">
      <w:pPr>
        <w:pStyle w:val="Zkladntext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Formou pochůzkového prodeje a prodeje bez prodejního zařízení lze provozovat pouze prodej květin, a</w:t>
      </w:r>
      <w:r>
        <w:rPr>
          <w:rFonts w:ascii="Arial" w:hAnsi="Arial" w:cs="Arial"/>
          <w:sz w:val="20"/>
          <w:szCs w:val="20"/>
        </w:rPr>
        <w:t> </w:t>
      </w:r>
      <w:r w:rsidRPr="005C0F58">
        <w:rPr>
          <w:rFonts w:ascii="Arial" w:hAnsi="Arial" w:cs="Arial"/>
          <w:sz w:val="20"/>
          <w:szCs w:val="20"/>
        </w:rPr>
        <w:t>to mimo historické jádro města Brna ohraničené ulicemi Nádražní – Benešova – Rooseveltova – Joštova – Husova.</w:t>
      </w:r>
    </w:p>
    <w:p w14:paraId="579EDB76" w14:textId="77777777" w:rsidR="00092ADE" w:rsidRDefault="00092ADE" w:rsidP="00092ADE">
      <w:pPr>
        <w:pStyle w:val="Zkladntext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4562220" w14:textId="77777777" w:rsidR="00092ADE" w:rsidRDefault="00092ADE" w:rsidP="00092ADE">
      <w:pPr>
        <w:pStyle w:val="Zkladntext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767DA72" w14:textId="77777777" w:rsidR="00092ADE" w:rsidRDefault="00092ADE" w:rsidP="00092ADE">
      <w:pPr>
        <w:pStyle w:val="Zkladntext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63449CA" w14:textId="77777777" w:rsidR="00092ADE" w:rsidRDefault="00092ADE" w:rsidP="00092ADE">
      <w:pPr>
        <w:pStyle w:val="Zkladntext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EFFA651" w14:textId="77777777" w:rsidR="00092ADE" w:rsidRDefault="00092ADE" w:rsidP="00092ADE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309C6CC2" w14:textId="77777777" w:rsidR="00092ADE" w:rsidRPr="00E6226E" w:rsidRDefault="00092ADE" w:rsidP="00092ADE"/>
    <w:p w14:paraId="12C315AB" w14:textId="77777777" w:rsidR="00092ADE" w:rsidRDefault="00092ADE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5B23BE3" w14:textId="77777777" w:rsidR="00092ADE" w:rsidRDefault="00092ADE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E8DDDEC" w14:textId="1E58F243" w:rsidR="00FE1565" w:rsidRPr="0026626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6626F">
        <w:rPr>
          <w:rFonts w:ascii="Arial" w:hAnsi="Arial" w:cs="Arial"/>
          <w:b/>
          <w:bCs/>
          <w:sz w:val="22"/>
          <w:szCs w:val="22"/>
        </w:rPr>
        <w:lastRenderedPageBreak/>
        <w:t>ČÁST XXIV</w:t>
      </w:r>
    </w:p>
    <w:p w14:paraId="1387757D" w14:textId="77777777" w:rsidR="00FE1565" w:rsidRPr="0026626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6626F">
        <w:rPr>
          <w:rFonts w:ascii="Arial" w:hAnsi="Arial" w:cs="Arial"/>
          <w:b/>
          <w:bCs/>
          <w:sz w:val="22"/>
          <w:szCs w:val="22"/>
        </w:rPr>
        <w:t>MČ BRNO-TUŘANY</w:t>
      </w:r>
    </w:p>
    <w:p w14:paraId="4EB2EC37" w14:textId="77777777" w:rsidR="004032C4" w:rsidRPr="0026626F" w:rsidRDefault="004032C4" w:rsidP="00AD701F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411CCF79" w14:textId="77777777" w:rsidR="00FE1565" w:rsidRPr="0026626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6626F">
        <w:rPr>
          <w:rFonts w:ascii="Arial" w:hAnsi="Arial" w:cs="Arial"/>
          <w:b/>
          <w:bCs/>
          <w:sz w:val="22"/>
          <w:szCs w:val="22"/>
        </w:rPr>
        <w:t>HLAVA A: Tržní místa</w:t>
      </w:r>
    </w:p>
    <w:p w14:paraId="09503877" w14:textId="77777777" w:rsidR="00FE1565" w:rsidRPr="0026626F" w:rsidRDefault="00FE1565" w:rsidP="00A44765">
      <w:pPr>
        <w:pStyle w:val="Zkladntext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26626F">
        <w:rPr>
          <w:rFonts w:ascii="Arial" w:hAnsi="Arial" w:cs="Arial"/>
          <w:b/>
          <w:bCs/>
          <w:sz w:val="22"/>
          <w:szCs w:val="22"/>
        </w:rPr>
        <w:t xml:space="preserve">A1) Tržní místa </w:t>
      </w:r>
      <w:r w:rsidR="00CF1B71" w:rsidRPr="0026626F">
        <w:rPr>
          <w:rFonts w:ascii="Arial" w:hAnsi="Arial" w:cs="Arial"/>
          <w:b/>
          <w:bCs/>
          <w:sz w:val="22"/>
          <w:szCs w:val="22"/>
        </w:rPr>
        <w:t>–</w:t>
      </w:r>
      <w:r w:rsidRPr="0026626F">
        <w:rPr>
          <w:rFonts w:ascii="Arial" w:hAnsi="Arial" w:cs="Arial"/>
          <w:b/>
          <w:bCs/>
          <w:sz w:val="22"/>
          <w:szCs w:val="22"/>
        </w:rPr>
        <w:t xml:space="preserve"> k. ú. Tuřany:</w:t>
      </w:r>
    </w:p>
    <w:tbl>
      <w:tblPr>
        <w:tblW w:w="4933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6"/>
        <w:gridCol w:w="983"/>
        <w:gridCol w:w="1991"/>
        <w:gridCol w:w="1067"/>
        <w:gridCol w:w="1010"/>
        <w:gridCol w:w="1089"/>
        <w:gridCol w:w="1295"/>
        <w:gridCol w:w="1594"/>
      </w:tblGrid>
      <w:tr w:rsidR="00FE1565" w:rsidRPr="005C0F58" w14:paraId="201E2E18" w14:textId="77777777" w:rsidTr="00EF2906">
        <w:trPr>
          <w:trHeight w:val="274"/>
        </w:trPr>
        <w:tc>
          <w:tcPr>
            <w:tcW w:w="179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0542F1" w14:textId="77777777" w:rsidR="00FE1565" w:rsidRPr="00EF2906" w:rsidRDefault="00FE1565" w:rsidP="00CF1B7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9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E5EFBD" w14:textId="77777777" w:rsidR="00FE1565" w:rsidRPr="00EF2906" w:rsidRDefault="00FE1565" w:rsidP="00CF1B7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6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2B1DD9" w14:textId="77777777" w:rsidR="00FE1565" w:rsidRPr="00EF2906" w:rsidRDefault="00FE1565" w:rsidP="00CF1B7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4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524CECB" w14:textId="77777777" w:rsidR="00FE1565" w:rsidRPr="00EF2906" w:rsidRDefault="00FE1565" w:rsidP="00CF1B7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22647A" w:rsidRPr="005C0F58" w14:paraId="476060FF" w14:textId="77777777" w:rsidTr="00EF2906">
        <w:tc>
          <w:tcPr>
            <w:tcW w:w="22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DB1B5F" w14:textId="77777777" w:rsidR="00FE1565" w:rsidRPr="00EF2906" w:rsidRDefault="00FE1565" w:rsidP="00133EC7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Č</w:t>
            </w:r>
            <w:r w:rsidR="00A44765" w:rsidRPr="00EF290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2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B5DE62" w14:textId="77777777" w:rsidR="00FE1565" w:rsidRPr="00EF2906" w:rsidRDefault="00FE1565" w:rsidP="00133EC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212B65" w14:textId="77777777" w:rsidR="00FE1565" w:rsidRPr="00EF2906" w:rsidRDefault="00FE1565" w:rsidP="00133EC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8A9AB5" w14:textId="77777777" w:rsidR="00FE1565" w:rsidRPr="00EF2906" w:rsidRDefault="00FE1565" w:rsidP="00097C0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počet</w:t>
            </w:r>
            <w:r w:rsidR="000642F0" w:rsidRPr="00EF29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F2906">
              <w:rPr>
                <w:rFonts w:ascii="Arial" w:hAnsi="Arial" w:cs="Arial"/>
                <w:sz w:val="16"/>
                <w:szCs w:val="16"/>
              </w:rPr>
              <w:t>pro</w:t>
            </w:r>
            <w:r w:rsidR="000642F0" w:rsidRPr="00EF2906">
              <w:rPr>
                <w:rFonts w:ascii="Arial" w:hAnsi="Arial" w:cs="Arial"/>
                <w:sz w:val="16"/>
                <w:szCs w:val="16"/>
              </w:rPr>
              <w:t>-</w:t>
            </w:r>
            <w:r w:rsidRPr="00EF2906">
              <w:rPr>
                <w:rFonts w:ascii="Arial" w:hAnsi="Arial" w:cs="Arial"/>
                <w:sz w:val="16"/>
                <w:szCs w:val="16"/>
              </w:rPr>
              <w:t>dej.</w:t>
            </w:r>
            <w:r w:rsidR="000642F0" w:rsidRPr="00EF29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F2906">
              <w:rPr>
                <w:rFonts w:ascii="Arial" w:hAnsi="Arial" w:cs="Arial"/>
                <w:sz w:val="16"/>
                <w:szCs w:val="16"/>
              </w:rPr>
              <w:t>míst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5DE37F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3ED85DB" w14:textId="63C716DE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(m</w:t>
            </w:r>
            <w:r w:rsidR="00EF2906" w:rsidRPr="00EF290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EF290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35132C" w14:textId="77777777" w:rsidR="00FE1565" w:rsidRPr="00EF2906" w:rsidRDefault="00FE1565" w:rsidP="00097C0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2D7F7C" w14:textId="77777777" w:rsidR="00FE1565" w:rsidRPr="00EF2906" w:rsidRDefault="00FE1565" w:rsidP="00097C0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980A5AB" w14:textId="77777777" w:rsidR="00FE1565" w:rsidRPr="00EF2906" w:rsidRDefault="00FE1565" w:rsidP="00097C0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47A" w:rsidRPr="005C0F58" w14:paraId="3D956390" w14:textId="77777777" w:rsidTr="00EF2906">
        <w:tc>
          <w:tcPr>
            <w:tcW w:w="22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75E23D" w14:textId="77777777" w:rsidR="00FE1565" w:rsidRPr="00EF2906" w:rsidRDefault="00FE1565" w:rsidP="00A447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20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752290" w14:textId="77777777" w:rsidR="00FE1565" w:rsidRPr="00EF2906" w:rsidRDefault="00FE1565" w:rsidP="000642F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591/1</w:t>
            </w:r>
          </w:p>
        </w:tc>
        <w:tc>
          <w:tcPr>
            <w:tcW w:w="105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BBD771" w14:textId="77777777" w:rsidR="00FE1565" w:rsidRPr="00EF2906" w:rsidRDefault="00FE1565" w:rsidP="000642F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ul. Podlipná</w:t>
            </w:r>
          </w:p>
        </w:tc>
        <w:tc>
          <w:tcPr>
            <w:tcW w:w="56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44B776" w14:textId="77777777" w:rsidR="00FE1565" w:rsidRPr="00EF2906" w:rsidRDefault="00FE1565" w:rsidP="000642F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3EE031" w14:textId="77777777" w:rsidR="00FE1565" w:rsidRPr="00EF2906" w:rsidRDefault="00FE1565" w:rsidP="000642F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4,2</w:t>
            </w:r>
          </w:p>
        </w:tc>
        <w:tc>
          <w:tcPr>
            <w:tcW w:w="5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32B85BA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7B606D0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D303605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47A" w:rsidRPr="005C0F58" w14:paraId="10BD3640" w14:textId="77777777" w:rsidTr="00EF2906">
        <w:tc>
          <w:tcPr>
            <w:tcW w:w="2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7196DFF" w14:textId="77777777" w:rsidR="00FE1565" w:rsidRPr="00EF2906" w:rsidRDefault="00FE1565" w:rsidP="00A447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2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59D8B95" w14:textId="77777777" w:rsidR="00FE1565" w:rsidRPr="00EF2906" w:rsidRDefault="00FE1565" w:rsidP="000642F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8009298" w14:textId="77777777" w:rsidR="00FE1565" w:rsidRPr="00EF2906" w:rsidRDefault="001E0A62" w:rsidP="000642F0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F2906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904A54A" w14:textId="77777777" w:rsidR="00FE1565" w:rsidRPr="00EF2906" w:rsidRDefault="00FE1565" w:rsidP="000642F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245DA15" w14:textId="77777777" w:rsidR="00FE1565" w:rsidRPr="00EF2906" w:rsidRDefault="00FE1565" w:rsidP="000642F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3CCC1512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C512B47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0F63788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47A" w:rsidRPr="005C0F58" w14:paraId="3DAC3970" w14:textId="77777777" w:rsidTr="00EF2906">
        <w:tc>
          <w:tcPr>
            <w:tcW w:w="2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5D6E08F" w14:textId="77777777" w:rsidR="00FE1565" w:rsidRPr="00EF2906" w:rsidRDefault="00FE1565" w:rsidP="00A447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2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F71A756" w14:textId="77777777" w:rsidR="00FE1565" w:rsidRPr="00EF2906" w:rsidRDefault="00FE1565" w:rsidP="000642F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62D82D5" w14:textId="77777777" w:rsidR="00FE1565" w:rsidRPr="00EF2906" w:rsidRDefault="00A22725" w:rsidP="000642F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B00F122" w14:textId="77777777" w:rsidR="00FE1565" w:rsidRPr="00EF2906" w:rsidRDefault="00FE1565" w:rsidP="000642F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E2F7155" w14:textId="77777777" w:rsidR="00FE1565" w:rsidRPr="00EF2906" w:rsidRDefault="00FE1565" w:rsidP="000642F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D1B8465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3B31193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7B60A0C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47A" w:rsidRPr="005C0F58" w14:paraId="686F9E32" w14:textId="77777777" w:rsidTr="00EF2906">
        <w:tc>
          <w:tcPr>
            <w:tcW w:w="2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32457AE" w14:textId="77777777" w:rsidR="00FE1565" w:rsidRPr="00EF2906" w:rsidRDefault="00FE1565" w:rsidP="00A447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2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4446774" w14:textId="77777777" w:rsidR="00FE1565" w:rsidRPr="00EF2906" w:rsidRDefault="00FE1565" w:rsidP="000642F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F41C4A6" w14:textId="77777777" w:rsidR="00FE1565" w:rsidRPr="00EF2906" w:rsidRDefault="00A22725" w:rsidP="000642F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92209B8" w14:textId="77777777" w:rsidR="00FE1565" w:rsidRPr="00EF2906" w:rsidRDefault="00FE1565" w:rsidP="000642F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9DBA399" w14:textId="77777777" w:rsidR="00FE1565" w:rsidRPr="00EF2906" w:rsidRDefault="00FE1565" w:rsidP="000642F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A1FF090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65C7ED6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57A85E6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2647A" w:rsidRPr="005C0F58" w14:paraId="7F6D5C09" w14:textId="77777777" w:rsidTr="00EF2906">
        <w:tc>
          <w:tcPr>
            <w:tcW w:w="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14D59C" w14:textId="77777777" w:rsidR="00FE1565" w:rsidRPr="00EF2906" w:rsidRDefault="00FE1565" w:rsidP="00A447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2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53754C" w14:textId="77777777" w:rsidR="00FE1565" w:rsidRPr="00EF2906" w:rsidRDefault="00FE1565" w:rsidP="000642F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1391</w:t>
            </w:r>
          </w:p>
        </w:tc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C7C437" w14:textId="77777777" w:rsidR="00FE1565" w:rsidRPr="00EF2906" w:rsidRDefault="00FE1565" w:rsidP="000642F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 xml:space="preserve">Tuřanské nám. </w:t>
            </w:r>
            <w:r w:rsidR="00282719" w:rsidRPr="00EF2906">
              <w:rPr>
                <w:rFonts w:ascii="Arial" w:hAnsi="Arial" w:cs="Arial"/>
                <w:sz w:val="16"/>
                <w:szCs w:val="16"/>
              </w:rPr>
              <w:t>–</w:t>
            </w:r>
            <w:r w:rsidRPr="00EF290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1BF697E" w14:textId="77777777" w:rsidR="00FE1565" w:rsidRPr="00EF2906" w:rsidRDefault="00FE1565" w:rsidP="000642F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u pekárny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3ED5D3" w14:textId="77777777" w:rsidR="00FE1565" w:rsidRPr="00EF2906" w:rsidRDefault="00FE1565" w:rsidP="000642F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9DCB56" w14:textId="77777777" w:rsidR="00FE1565" w:rsidRPr="00EF2906" w:rsidRDefault="00FE1565" w:rsidP="000642F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08E40E3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5C2979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6AFC033" w14:textId="77777777" w:rsidR="00FE1565" w:rsidRPr="00EF2906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70BA9C" w14:textId="77777777" w:rsidR="00FE1565" w:rsidRPr="005C0F58" w:rsidRDefault="00FE1565">
      <w:pPr>
        <w:pStyle w:val="Styltabulky"/>
        <w:rPr>
          <w:rFonts w:ascii="Arial" w:hAnsi="Arial" w:cs="Arial"/>
        </w:rPr>
      </w:pPr>
    </w:p>
    <w:p w14:paraId="7CB3B787" w14:textId="77777777" w:rsidR="00FE1565" w:rsidRPr="0026626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6626F">
        <w:rPr>
          <w:rFonts w:ascii="Arial" w:hAnsi="Arial" w:cs="Arial"/>
          <w:b/>
          <w:bCs/>
          <w:sz w:val="22"/>
          <w:szCs w:val="22"/>
        </w:rPr>
        <w:t xml:space="preserve">A2) Tržní místa </w:t>
      </w:r>
      <w:r w:rsidR="00CF1B71" w:rsidRPr="0026626F">
        <w:rPr>
          <w:rFonts w:ascii="Arial" w:hAnsi="Arial" w:cs="Arial"/>
          <w:b/>
          <w:bCs/>
          <w:sz w:val="22"/>
          <w:szCs w:val="22"/>
        </w:rPr>
        <w:t>–</w:t>
      </w:r>
      <w:r w:rsidRPr="0026626F">
        <w:rPr>
          <w:rFonts w:ascii="Arial" w:hAnsi="Arial" w:cs="Arial"/>
          <w:b/>
          <w:bCs/>
          <w:sz w:val="22"/>
          <w:szCs w:val="22"/>
        </w:rPr>
        <w:t xml:space="preserve"> k. ú. Brněnské Ivanovice:</w:t>
      </w:r>
      <w:r w:rsidR="00AD701F" w:rsidRPr="0026626F">
        <w:rPr>
          <w:rFonts w:ascii="Arial" w:hAnsi="Arial" w:cs="Arial"/>
          <w:b/>
          <w:bCs/>
          <w:sz w:val="22"/>
          <w:szCs w:val="22"/>
        </w:rPr>
        <w:t xml:space="preserve"> </w:t>
      </w:r>
      <w:r w:rsidR="00AD701F" w:rsidRPr="0026626F">
        <w:rPr>
          <w:rFonts w:ascii="Arial" w:hAnsi="Arial" w:cs="Arial"/>
          <w:sz w:val="22"/>
          <w:szCs w:val="22"/>
        </w:rPr>
        <w:t>(tato část vypuštěna)</w:t>
      </w:r>
    </w:p>
    <w:p w14:paraId="1594B37A" w14:textId="77777777" w:rsidR="00FE1565" w:rsidRPr="0026626F" w:rsidRDefault="00FE1565">
      <w:pPr>
        <w:pStyle w:val="Zkladntext"/>
        <w:rPr>
          <w:rFonts w:ascii="Arial" w:hAnsi="Arial" w:cs="Arial"/>
          <w:sz w:val="22"/>
          <w:szCs w:val="22"/>
        </w:rPr>
      </w:pPr>
    </w:p>
    <w:p w14:paraId="2063C765" w14:textId="77777777" w:rsidR="00EF2906" w:rsidRPr="0026626F" w:rsidRDefault="00EF2906">
      <w:pPr>
        <w:pStyle w:val="Zkladntext"/>
        <w:rPr>
          <w:rFonts w:ascii="Arial" w:hAnsi="Arial" w:cs="Arial"/>
          <w:sz w:val="22"/>
          <w:szCs w:val="22"/>
        </w:rPr>
      </w:pPr>
    </w:p>
    <w:p w14:paraId="04B6057F" w14:textId="77777777" w:rsidR="00FE1565" w:rsidRPr="0026626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6626F">
        <w:rPr>
          <w:rFonts w:ascii="Arial" w:hAnsi="Arial" w:cs="Arial"/>
          <w:b/>
          <w:bCs/>
          <w:sz w:val="22"/>
          <w:szCs w:val="22"/>
        </w:rPr>
        <w:t>HLAVA B: Restaurační zahrádky</w:t>
      </w:r>
    </w:p>
    <w:p w14:paraId="55FD9920" w14:textId="77777777" w:rsidR="009C5185" w:rsidRPr="0026626F" w:rsidRDefault="009C5185" w:rsidP="00A44765">
      <w:pPr>
        <w:pStyle w:val="Zkladntext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26626F">
        <w:rPr>
          <w:rFonts w:ascii="Arial" w:hAnsi="Arial" w:cs="Arial"/>
          <w:b/>
          <w:bCs/>
          <w:sz w:val="22"/>
          <w:szCs w:val="22"/>
        </w:rPr>
        <w:t>B1) Restaurační zahrádky – k. ú. Tuřany</w:t>
      </w:r>
      <w:r w:rsidR="00B16680" w:rsidRPr="0026626F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5"/>
        <w:gridCol w:w="1127"/>
        <w:gridCol w:w="1790"/>
        <w:gridCol w:w="1092"/>
        <w:gridCol w:w="914"/>
        <w:gridCol w:w="1397"/>
        <w:gridCol w:w="1276"/>
        <w:gridCol w:w="1562"/>
      </w:tblGrid>
      <w:tr w:rsidR="0022647A" w:rsidRPr="005C0F58" w14:paraId="56C8F39A" w14:textId="77777777" w:rsidTr="00D36160">
        <w:trPr>
          <w:trHeight w:val="274"/>
        </w:trPr>
        <w:tc>
          <w:tcPr>
            <w:tcW w:w="174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E83F1B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4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C9F0E2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2AF488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1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4F3C492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22647A" w:rsidRPr="005C0F58" w14:paraId="6939E0C7" w14:textId="77777777" w:rsidTr="00D36160"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362E43" w14:textId="77777777" w:rsidR="0022647A" w:rsidRPr="00EF2906" w:rsidRDefault="0022647A" w:rsidP="00133EC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99BFF2" w14:textId="77777777" w:rsidR="0022647A" w:rsidRPr="00EF2906" w:rsidRDefault="0022647A" w:rsidP="00133EC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656748" w14:textId="77777777" w:rsidR="0022647A" w:rsidRPr="00EF2906" w:rsidRDefault="0022647A" w:rsidP="00133EC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37E9C1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750F7E95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7810D0" w14:textId="77777777" w:rsidR="0022647A" w:rsidRPr="00EF2906" w:rsidRDefault="0022647A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F29F0FA" w14:textId="184C85C5" w:rsidR="0022647A" w:rsidRPr="00EF2906" w:rsidRDefault="0022647A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(m</w:t>
            </w:r>
            <w:r w:rsidR="00EF2906" w:rsidRPr="00EF290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EF290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0E7292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4E3D61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495931F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47A" w:rsidRPr="005C0F58" w14:paraId="34D4E9ED" w14:textId="77777777" w:rsidTr="00D36160">
        <w:tc>
          <w:tcPr>
            <w:tcW w:w="22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712E4C" w14:textId="77777777" w:rsidR="0022647A" w:rsidRPr="00EF2906" w:rsidRDefault="0022647A" w:rsidP="009505F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88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0A0B0D" w14:textId="77777777" w:rsidR="0022647A" w:rsidRPr="00EF2906" w:rsidRDefault="0022647A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1332/1</w:t>
            </w:r>
          </w:p>
        </w:tc>
        <w:tc>
          <w:tcPr>
            <w:tcW w:w="93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56CBDD" w14:textId="77777777" w:rsidR="0022647A" w:rsidRPr="00EF2906" w:rsidRDefault="0022647A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předzahrádka na ul. Hasičská u or. č. 18 před restaurací FAKO CLUB</w:t>
            </w:r>
          </w:p>
        </w:tc>
        <w:tc>
          <w:tcPr>
            <w:tcW w:w="57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D7A478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CD5880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7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C8F63A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10</w:t>
            </w:r>
            <w:r w:rsidR="00C42D59" w:rsidRPr="00EF2906">
              <w:rPr>
                <w:rFonts w:ascii="Arial" w:hAnsi="Arial" w:cs="Arial"/>
                <w:sz w:val="16"/>
                <w:szCs w:val="16"/>
              </w:rPr>
              <w:t>–</w:t>
            </w:r>
            <w:r w:rsidRPr="00EF2906">
              <w:rPr>
                <w:rFonts w:ascii="Arial" w:hAnsi="Arial" w:cs="Arial"/>
                <w:sz w:val="16"/>
                <w:szCs w:val="16"/>
              </w:rPr>
              <w:t>22 h.</w:t>
            </w:r>
          </w:p>
        </w:tc>
        <w:tc>
          <w:tcPr>
            <w:tcW w:w="66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9ACCBC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81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9AD34F1" w14:textId="77777777" w:rsidR="0022647A" w:rsidRPr="00EF2906" w:rsidRDefault="0022647A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47A" w:rsidRPr="005C0F58" w14:paraId="337432C6" w14:textId="77777777" w:rsidTr="00D36160"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71F03E9" w14:textId="77777777" w:rsidR="0022647A" w:rsidRPr="00EF2906" w:rsidRDefault="0022647A" w:rsidP="009505F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BE5E12E" w14:textId="77777777" w:rsidR="0022647A" w:rsidRPr="00EF2906" w:rsidRDefault="0022647A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594/2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CFC6BE4" w14:textId="77777777" w:rsidR="0022647A" w:rsidRPr="00EF2906" w:rsidRDefault="0022647A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předzahrádka na ul. Podlipná u or. č. 25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AC3DCEC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6FF346E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78B52FA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6FB13C3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dtto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93222F8" w14:textId="77777777" w:rsidR="0022647A" w:rsidRPr="00EF2906" w:rsidRDefault="0022647A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47A" w:rsidRPr="005C0F58" w14:paraId="714FDFE8" w14:textId="77777777" w:rsidTr="00D36160"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CCB5FE" w14:textId="77777777" w:rsidR="0022647A" w:rsidRPr="00EF2906" w:rsidRDefault="007B1603" w:rsidP="009505F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6E7F81" w14:textId="77777777" w:rsidR="0022647A" w:rsidRPr="00EF2906" w:rsidRDefault="0022647A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1E5479" w14:textId="77777777" w:rsidR="007B1603" w:rsidRPr="00EF2906" w:rsidRDefault="007B1603" w:rsidP="007B1603">
            <w:pPr>
              <w:pStyle w:val="Styltabulky"/>
              <w:rPr>
                <w:rFonts w:ascii="Arial" w:hAnsi="Arial" w:cs="Arial"/>
                <w:i/>
                <w:sz w:val="16"/>
                <w:szCs w:val="16"/>
              </w:rPr>
            </w:pPr>
            <w:r w:rsidRPr="00EF2906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9B9347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6DE53C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FFEB7E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F9F932" w14:textId="77777777" w:rsidR="0022647A" w:rsidRPr="00EF2906" w:rsidRDefault="0022647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D9C463" w14:textId="77777777" w:rsidR="0022647A" w:rsidRPr="00EF2906" w:rsidRDefault="0022647A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D59" w:rsidRPr="005C0F58" w14:paraId="4136B163" w14:textId="77777777" w:rsidTr="00D36160"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4DAE3C" w14:textId="77777777" w:rsidR="00C42D59" w:rsidRPr="00EF2906" w:rsidRDefault="00C42D59" w:rsidP="009505F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21FD73" w14:textId="77777777" w:rsidR="00C42D59" w:rsidRPr="00EF2906" w:rsidRDefault="00C42D59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741/1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0513D2" w14:textId="77777777" w:rsidR="00C42D59" w:rsidRPr="00EF2906" w:rsidRDefault="00C42D59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předzahrádka na ul. Hanácká or. č. 38 u Hostince Sokolovna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D64078" w14:textId="77777777" w:rsidR="00C42D59" w:rsidRPr="00EF2906" w:rsidRDefault="00C42D59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742BFC" w14:textId="77777777" w:rsidR="00C42D59" w:rsidRPr="00EF2906" w:rsidRDefault="00C42D59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C84E12" w14:textId="77777777" w:rsidR="00C42D59" w:rsidRPr="00EF2906" w:rsidRDefault="00C42D59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11–22 h.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67D51F" w14:textId="77777777" w:rsidR="00C42D59" w:rsidRPr="00EF2906" w:rsidRDefault="00C42D59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1.5.–30.9.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67ABCD" w14:textId="77777777" w:rsidR="00C42D59" w:rsidRPr="00EF2906" w:rsidRDefault="00C42D59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2EBA" w:rsidRPr="005C0F58" w14:paraId="0D663538" w14:textId="77777777" w:rsidTr="00D36160"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3FFB9A" w14:textId="77777777" w:rsidR="00AD2EBA" w:rsidRPr="00EF2906" w:rsidRDefault="00AD2EBA" w:rsidP="009505F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A43E94" w14:textId="77777777" w:rsidR="00AD2EBA" w:rsidRPr="00EF2906" w:rsidRDefault="00AD2EBA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1238</w:t>
            </w:r>
          </w:p>
        </w:tc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01825E" w14:textId="77777777" w:rsidR="00AD2EBA" w:rsidRPr="00EF2906" w:rsidRDefault="00AD2EBA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předzahrádka na ul. Rolencova or. č. 93 u restaurace Orlovna</w:t>
            </w:r>
          </w:p>
        </w:tc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F31861" w14:textId="77777777" w:rsidR="00AD2EBA" w:rsidRPr="00EF2906" w:rsidRDefault="00AD2EB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FB1EFA" w14:textId="77777777" w:rsidR="00AD2EBA" w:rsidRPr="00EF2906" w:rsidRDefault="00AD2EBA" w:rsidP="009505F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E01936" w14:textId="77777777" w:rsidR="00AD2EBA" w:rsidRPr="00EF2906" w:rsidRDefault="00AD2EBA" w:rsidP="00AD2EB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10.00–22.00 h.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3415E4" w14:textId="77777777" w:rsidR="00AD2EBA" w:rsidRPr="00EF2906" w:rsidRDefault="008527CE" w:rsidP="008527C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d</w:t>
            </w:r>
            <w:r w:rsidR="00AD2EBA" w:rsidRPr="00EF2906">
              <w:rPr>
                <w:rFonts w:ascii="Arial" w:hAnsi="Arial" w:cs="Arial"/>
                <w:sz w:val="16"/>
                <w:szCs w:val="16"/>
              </w:rPr>
              <w:t>uben–říjen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38AD8A" w14:textId="77777777" w:rsidR="00AD2EBA" w:rsidRPr="00EF2906" w:rsidRDefault="00AD2EBA" w:rsidP="009505F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144DA8" w14:textId="77777777" w:rsidR="004032C4" w:rsidRPr="005C0F58" w:rsidRDefault="004032C4">
      <w:pPr>
        <w:pStyle w:val="Styltabulky"/>
        <w:rPr>
          <w:rFonts w:ascii="Arial" w:hAnsi="Arial" w:cs="Arial"/>
        </w:rPr>
      </w:pPr>
    </w:p>
    <w:p w14:paraId="16F3F53C" w14:textId="77777777" w:rsidR="00CB6B46" w:rsidRPr="0026626F" w:rsidRDefault="00CB6B46" w:rsidP="00AD701F">
      <w:pPr>
        <w:pStyle w:val="Zkladntext2"/>
        <w:spacing w:before="240" w:line="240" w:lineRule="auto"/>
        <w:rPr>
          <w:rFonts w:ascii="Arial" w:hAnsi="Arial" w:cs="Arial"/>
          <w:b/>
          <w:bCs/>
          <w:noProof/>
          <w:sz w:val="22"/>
          <w:szCs w:val="22"/>
        </w:rPr>
      </w:pPr>
      <w:bookmarkStart w:id="46" w:name="OLE_LINK1"/>
      <w:bookmarkStart w:id="47" w:name="OLE_LINK2"/>
      <w:r w:rsidRPr="0026626F">
        <w:rPr>
          <w:rFonts w:ascii="Arial" w:hAnsi="Arial" w:cs="Arial"/>
          <w:b/>
          <w:bCs/>
          <w:noProof/>
          <w:sz w:val="22"/>
          <w:szCs w:val="22"/>
        </w:rPr>
        <w:t>B2) Restaurační zahrádky – k. ú. Holásky</w:t>
      </w:r>
      <w:bookmarkEnd w:id="46"/>
      <w:bookmarkEnd w:id="47"/>
      <w:r w:rsidR="00B16680" w:rsidRPr="0026626F">
        <w:rPr>
          <w:rFonts w:ascii="Arial" w:hAnsi="Arial" w:cs="Arial"/>
          <w:b/>
          <w:bCs/>
          <w:noProof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1070"/>
        <w:gridCol w:w="1883"/>
        <w:gridCol w:w="1014"/>
        <w:gridCol w:w="897"/>
        <w:gridCol w:w="1567"/>
        <w:gridCol w:w="1254"/>
        <w:gridCol w:w="1364"/>
      </w:tblGrid>
      <w:tr w:rsidR="00CB6B46" w:rsidRPr="005C0F58" w14:paraId="2D007DD1" w14:textId="77777777" w:rsidTr="0062202B">
        <w:trPr>
          <w:cantSplit/>
        </w:trPr>
        <w:tc>
          <w:tcPr>
            <w:tcW w:w="1791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3B20D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0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A2597E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8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4FF629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A3765C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CB6B46" w:rsidRPr="005C0F58" w14:paraId="69841914" w14:textId="77777777" w:rsidTr="00F128EB">
        <w:trPr>
          <w:cantSplit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E77EF7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FE7A81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 xml:space="preserve">p. č. k. </w:t>
            </w:r>
            <w:proofErr w:type="spellStart"/>
            <w:r w:rsidRPr="00EF2906">
              <w:rPr>
                <w:rFonts w:ascii="Arial" w:hAnsi="Arial" w:cs="Arial"/>
                <w:sz w:val="16"/>
                <w:szCs w:val="16"/>
              </w:rPr>
              <w:t>ú.</w:t>
            </w:r>
            <w:proofErr w:type="spellEnd"/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AEB095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B91892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F08E14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487649D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EF2906">
              <w:rPr>
                <w:rFonts w:ascii="Arial" w:hAnsi="Arial" w:cs="Arial"/>
                <w:sz w:val="16"/>
                <w:szCs w:val="16"/>
              </w:rPr>
              <w:t>m</w:t>
            </w:r>
            <w:r w:rsidRPr="00EF290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proofErr w:type="spellEnd"/>
            <w:r w:rsidRPr="00EF290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2BC297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D4CF61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24A2BE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202B" w:rsidRPr="005C0F58" w14:paraId="7BDF9713" w14:textId="77777777" w:rsidTr="00893A2E">
        <w:trPr>
          <w:cantSplit/>
        </w:trPr>
        <w:tc>
          <w:tcPr>
            <w:tcW w:w="2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BC30E1A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500BC42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801/2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430E64" w14:textId="77777777" w:rsidR="00CB6B46" w:rsidRPr="00EF2906" w:rsidRDefault="0022647A" w:rsidP="007902D7">
            <w:pPr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 xml:space="preserve">předzahrádka na ul. V Aleji u </w:t>
            </w:r>
            <w:proofErr w:type="spellStart"/>
            <w:r w:rsidRPr="00EF2906">
              <w:rPr>
                <w:rFonts w:ascii="Arial" w:hAnsi="Arial" w:cs="Arial"/>
                <w:sz w:val="16"/>
                <w:szCs w:val="16"/>
              </w:rPr>
              <w:t>or</w:t>
            </w:r>
            <w:proofErr w:type="spellEnd"/>
            <w:r w:rsidRPr="00EF2906">
              <w:rPr>
                <w:rFonts w:ascii="Arial" w:hAnsi="Arial" w:cs="Arial"/>
                <w:sz w:val="16"/>
                <w:szCs w:val="16"/>
              </w:rPr>
              <w:t>. č. 20 u Restaurace Pod Lipami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F8BC0B5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F6CCA4E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825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B99D10D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8.00–</w:t>
            </w:r>
            <w:r w:rsidR="003D7DA2" w:rsidRPr="00EF2906">
              <w:rPr>
                <w:rFonts w:ascii="Arial" w:hAnsi="Arial" w:cs="Arial"/>
                <w:sz w:val="16"/>
                <w:szCs w:val="16"/>
              </w:rPr>
              <w:t>22</w:t>
            </w:r>
            <w:r w:rsidRPr="00EF2906">
              <w:rPr>
                <w:rFonts w:ascii="Arial" w:hAnsi="Arial" w:cs="Arial"/>
                <w:sz w:val="16"/>
                <w:szCs w:val="16"/>
              </w:rPr>
              <w:t>.</w:t>
            </w:r>
            <w:r w:rsidR="003D7DA2" w:rsidRPr="00EF2906">
              <w:rPr>
                <w:rFonts w:ascii="Arial" w:hAnsi="Arial" w:cs="Arial"/>
                <w:sz w:val="16"/>
                <w:szCs w:val="16"/>
              </w:rPr>
              <w:t>0</w:t>
            </w:r>
            <w:r w:rsidRPr="00EF2906">
              <w:rPr>
                <w:rFonts w:ascii="Arial" w:hAnsi="Arial" w:cs="Arial"/>
                <w:sz w:val="16"/>
                <w:szCs w:val="16"/>
              </w:rPr>
              <w:t>0 h.</w:t>
            </w:r>
          </w:p>
        </w:tc>
        <w:tc>
          <w:tcPr>
            <w:tcW w:w="66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6F5BAD6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1.4.–31.10.</w:t>
            </w:r>
          </w:p>
        </w:tc>
        <w:tc>
          <w:tcPr>
            <w:tcW w:w="718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D78CA" w14:textId="77777777" w:rsidR="00CB6B46" w:rsidRPr="00EF2906" w:rsidRDefault="00CB6B46" w:rsidP="007902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65" w:rsidRPr="005C0F58" w14:paraId="34B008A1" w14:textId="77777777" w:rsidTr="00893A2E">
        <w:trPr>
          <w:cantSplit/>
        </w:trPr>
        <w:tc>
          <w:tcPr>
            <w:tcW w:w="2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3AEDC" w14:textId="77777777" w:rsidR="00A44765" w:rsidRPr="00EF2906" w:rsidRDefault="00A44765" w:rsidP="00A447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480A9C" w14:textId="77777777" w:rsidR="00A44765" w:rsidRPr="00EF2906" w:rsidRDefault="00A44765" w:rsidP="00A447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196/94</w:t>
            </w:r>
          </w:p>
        </w:tc>
        <w:tc>
          <w:tcPr>
            <w:tcW w:w="9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BD099" w14:textId="32E71864" w:rsidR="00A44765" w:rsidRPr="00EF2906" w:rsidRDefault="00A44765" w:rsidP="00A44765">
            <w:pPr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 xml:space="preserve">předzahrádka na ul. Písníky </w:t>
            </w:r>
            <w:proofErr w:type="spellStart"/>
            <w:r w:rsidRPr="00EF2906">
              <w:rPr>
                <w:rFonts w:ascii="Arial" w:hAnsi="Arial" w:cs="Arial"/>
                <w:sz w:val="16"/>
                <w:szCs w:val="16"/>
              </w:rPr>
              <w:t>or</w:t>
            </w:r>
            <w:proofErr w:type="spellEnd"/>
            <w:r w:rsidRPr="00EF2906">
              <w:rPr>
                <w:rFonts w:ascii="Arial" w:hAnsi="Arial" w:cs="Arial"/>
                <w:sz w:val="16"/>
                <w:szCs w:val="16"/>
              </w:rPr>
              <w:t>. č. 18 u restauračního zařízení Cola-transport</w:t>
            </w:r>
          </w:p>
        </w:tc>
        <w:tc>
          <w:tcPr>
            <w:tcW w:w="5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E53D2" w14:textId="77777777" w:rsidR="00A44765" w:rsidRPr="00EF2906" w:rsidRDefault="00A44765" w:rsidP="00A447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B2A21E" w14:textId="77777777" w:rsidR="00A44765" w:rsidRPr="00EF2906" w:rsidRDefault="00A44765" w:rsidP="00A447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021211" w14:textId="77777777" w:rsidR="00A44765" w:rsidRPr="00EF2906" w:rsidRDefault="00A44765" w:rsidP="00A447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14.00–22.00 h.</w:t>
            </w:r>
          </w:p>
        </w:tc>
        <w:tc>
          <w:tcPr>
            <w:tcW w:w="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C06B8" w14:textId="77777777" w:rsidR="00A44765" w:rsidRPr="00EF2906" w:rsidRDefault="00A44765" w:rsidP="00A447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květen–září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A9417" w14:textId="77777777" w:rsidR="00A44765" w:rsidRPr="00EF2906" w:rsidRDefault="00A44765" w:rsidP="00A447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47CCE5" w14:textId="77777777" w:rsidR="00AD2EBA" w:rsidRPr="0026626F" w:rsidRDefault="00AD2EBA" w:rsidP="00AD701F">
      <w:pPr>
        <w:pStyle w:val="Zkladntext"/>
        <w:spacing w:before="360" w:after="120" w:line="240" w:lineRule="auto"/>
        <w:rPr>
          <w:rFonts w:ascii="Arial" w:hAnsi="Arial" w:cs="Arial"/>
          <w:sz w:val="22"/>
          <w:szCs w:val="22"/>
        </w:rPr>
      </w:pPr>
      <w:r w:rsidRPr="0026626F">
        <w:rPr>
          <w:rFonts w:ascii="Arial" w:hAnsi="Arial" w:cs="Arial"/>
          <w:b/>
          <w:bCs/>
          <w:sz w:val="22"/>
          <w:szCs w:val="22"/>
        </w:rPr>
        <w:t>B3) Restaurační zahrádky – k. ú. Brněnské Ivanovice: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8"/>
        <w:gridCol w:w="1100"/>
        <w:gridCol w:w="1754"/>
        <w:gridCol w:w="1027"/>
        <w:gridCol w:w="895"/>
        <w:gridCol w:w="1529"/>
        <w:gridCol w:w="1436"/>
        <w:gridCol w:w="1434"/>
      </w:tblGrid>
      <w:tr w:rsidR="00AD2EBA" w:rsidRPr="00EF2906" w14:paraId="10F76D88" w14:textId="77777777" w:rsidTr="0062202B">
        <w:trPr>
          <w:trHeight w:val="274"/>
        </w:trPr>
        <w:tc>
          <w:tcPr>
            <w:tcW w:w="170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8C672D" w14:textId="77777777" w:rsidR="00AD2EBA" w:rsidRPr="00EF2906" w:rsidRDefault="00AD2EBA" w:rsidP="0050203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0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5EF819" w14:textId="77777777" w:rsidR="00AD2EBA" w:rsidRPr="00EF2906" w:rsidRDefault="00AD2EBA" w:rsidP="0050203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4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60AD40" w14:textId="77777777" w:rsidR="00AD2EBA" w:rsidRPr="00EF2906" w:rsidRDefault="00AD2EBA" w:rsidP="0050203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3E345BF" w14:textId="77777777" w:rsidR="00AD2EBA" w:rsidRPr="00EF2906" w:rsidRDefault="00AD2EBA" w:rsidP="0050203A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2202B" w:rsidRPr="00EF2906" w14:paraId="1BD821B9" w14:textId="77777777" w:rsidTr="0062202B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31B645" w14:textId="77777777" w:rsidR="00AD2EBA" w:rsidRPr="00EF2906" w:rsidRDefault="00AD2EBA" w:rsidP="00133EC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2A7A4A" w14:textId="77777777" w:rsidR="00AD2EBA" w:rsidRPr="00EF2906" w:rsidRDefault="00AD2EBA" w:rsidP="00133EC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A24139" w14:textId="77777777" w:rsidR="00AD2EBA" w:rsidRPr="00EF2906" w:rsidRDefault="00AD2EBA" w:rsidP="00133EC7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AD0776" w14:textId="77777777" w:rsidR="00AD2EBA" w:rsidRPr="00EF2906" w:rsidRDefault="00AD2EBA" w:rsidP="0050203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15043F51" w14:textId="77777777" w:rsidR="00AD2EBA" w:rsidRPr="00EF2906" w:rsidRDefault="00AD2EBA" w:rsidP="0050203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FDCD3B" w14:textId="77777777" w:rsidR="00AD2EBA" w:rsidRPr="00EF2906" w:rsidRDefault="00AD2EBA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9B74339" w14:textId="12F56F99" w:rsidR="00AD2EBA" w:rsidRPr="00EF2906" w:rsidRDefault="00AD2EBA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(m</w:t>
            </w:r>
            <w:r w:rsidR="00EF2906" w:rsidRPr="00EF290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EF290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9AC60A" w14:textId="77777777" w:rsidR="00AD2EBA" w:rsidRPr="00EF2906" w:rsidRDefault="00AD2EBA" w:rsidP="0050203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4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AC296D" w14:textId="77777777" w:rsidR="00AD2EBA" w:rsidRPr="00EF2906" w:rsidRDefault="00AD2EBA" w:rsidP="0050203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9BE127D" w14:textId="77777777" w:rsidR="00AD2EBA" w:rsidRPr="00EF2906" w:rsidRDefault="00AD2EBA" w:rsidP="0050203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202B" w:rsidRPr="00EF2906" w14:paraId="4048F29D" w14:textId="77777777" w:rsidTr="00F128EB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D9287A7" w14:textId="77777777" w:rsidR="00AD2EBA" w:rsidRPr="00EF2906" w:rsidRDefault="00AD2EBA" w:rsidP="0050203A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74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96AFC85" w14:textId="77777777" w:rsidR="00AD2EBA" w:rsidRPr="00EF2906" w:rsidRDefault="00AD2EBA" w:rsidP="00AD2EB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1168</w:t>
            </w:r>
          </w:p>
        </w:tc>
        <w:tc>
          <w:tcPr>
            <w:tcW w:w="915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8662E8A" w14:textId="77777777" w:rsidR="00AD2EBA" w:rsidRPr="00EF2906" w:rsidRDefault="00AD2EBA" w:rsidP="00AD2EB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předzahrádka na ul. Kaštanová or. č. 5 u restaurace Jitřenka</w:t>
            </w:r>
          </w:p>
        </w:tc>
        <w:tc>
          <w:tcPr>
            <w:tcW w:w="536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3145520" w14:textId="77777777" w:rsidR="00AD2EBA" w:rsidRPr="00EF2906" w:rsidRDefault="00AD2EBA" w:rsidP="0050203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E12832B" w14:textId="77777777" w:rsidR="00AD2EBA" w:rsidRPr="00EF2906" w:rsidRDefault="00AD2EBA" w:rsidP="0050203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98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73EDA98" w14:textId="77777777" w:rsidR="00AD2EBA" w:rsidRPr="00EF2906" w:rsidRDefault="00AD2EBA" w:rsidP="0050203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10.00–22.00 h.</w:t>
            </w:r>
          </w:p>
        </w:tc>
        <w:tc>
          <w:tcPr>
            <w:tcW w:w="749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154C81E" w14:textId="77777777" w:rsidR="00AD2EBA" w:rsidRPr="00EF2906" w:rsidRDefault="006A2523" w:rsidP="006A252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d</w:t>
            </w:r>
            <w:r w:rsidR="00AD2EBA" w:rsidRPr="00EF2906">
              <w:rPr>
                <w:rFonts w:ascii="Arial" w:hAnsi="Arial" w:cs="Arial"/>
                <w:sz w:val="16"/>
                <w:szCs w:val="16"/>
              </w:rPr>
              <w:t>uben–říjen</w:t>
            </w:r>
          </w:p>
        </w:tc>
        <w:tc>
          <w:tcPr>
            <w:tcW w:w="748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14:paraId="0C8E0B02" w14:textId="77777777" w:rsidR="00AD2EBA" w:rsidRPr="00EF2906" w:rsidRDefault="00AD2EBA" w:rsidP="0050203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202B" w:rsidRPr="00EF2906" w14:paraId="72803661" w14:textId="77777777" w:rsidTr="00F128EB"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4990554A" w14:textId="77777777" w:rsidR="00AD2EBA" w:rsidRPr="00EF2906" w:rsidRDefault="00AD2EBA" w:rsidP="0050203A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4124D312" w14:textId="77777777" w:rsidR="00AD2EBA" w:rsidRPr="00EF2906" w:rsidRDefault="00AD2EBA" w:rsidP="00AD2EB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1111/1</w:t>
            </w:r>
          </w:p>
        </w:tc>
        <w:tc>
          <w:tcPr>
            <w:tcW w:w="9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3CC2358D" w14:textId="77777777" w:rsidR="00AD2EBA" w:rsidRPr="00EF2906" w:rsidRDefault="00AD2EBA" w:rsidP="00AD2EB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předzahrádka na ul. Sladovnická or. č. 16 u restaurace Texas Ranch</w:t>
            </w:r>
          </w:p>
        </w:tc>
        <w:tc>
          <w:tcPr>
            <w:tcW w:w="5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018D3E2A" w14:textId="77777777" w:rsidR="00AD2EBA" w:rsidRPr="00EF2906" w:rsidRDefault="00AD2EBA" w:rsidP="0050203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22967FDE" w14:textId="77777777" w:rsidR="00AD2EBA" w:rsidRPr="00EF2906" w:rsidRDefault="00AD2EBA" w:rsidP="00AD2EB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02B41A61" w14:textId="77777777" w:rsidR="00AD2EBA" w:rsidRPr="00EF2906" w:rsidRDefault="00AD2EBA" w:rsidP="00AD2EB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16.00–22.00 h.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5264B917" w14:textId="77777777" w:rsidR="00AD2EBA" w:rsidRPr="00EF2906" w:rsidRDefault="006A2523" w:rsidP="0050203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č</w:t>
            </w:r>
            <w:r w:rsidR="00AD2EBA" w:rsidRPr="00EF2906">
              <w:rPr>
                <w:rFonts w:ascii="Arial" w:hAnsi="Arial" w:cs="Arial"/>
                <w:sz w:val="16"/>
                <w:szCs w:val="16"/>
              </w:rPr>
              <w:t>erven–srpen</w:t>
            </w:r>
          </w:p>
        </w:tc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7D1D923D" w14:textId="77777777" w:rsidR="00AD2EBA" w:rsidRPr="00EF2906" w:rsidRDefault="00AD2EBA" w:rsidP="0050203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0304C5" w14:textId="77777777" w:rsidR="00FE1565" w:rsidRPr="0026626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6626F">
        <w:rPr>
          <w:rFonts w:ascii="Arial" w:hAnsi="Arial" w:cs="Arial"/>
          <w:b/>
          <w:bCs/>
          <w:sz w:val="22"/>
          <w:szCs w:val="22"/>
        </w:rPr>
        <w:lastRenderedPageBreak/>
        <w:t>HLAVA C: Pojízdný prodej, pochůzkový prodej a prodej bez prodejního zařízení</w:t>
      </w:r>
    </w:p>
    <w:p w14:paraId="19DAA268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73952308" w14:textId="77777777" w:rsidR="00FE1565" w:rsidRPr="005C0F58" w:rsidRDefault="00FE1565" w:rsidP="00CF1B71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Pojízdný prodej</w:t>
      </w:r>
      <w:r w:rsidR="004F58A7" w:rsidRPr="005C0F58">
        <w:rPr>
          <w:rFonts w:ascii="Arial" w:hAnsi="Arial" w:cs="Arial"/>
          <w:sz w:val="20"/>
          <w:szCs w:val="20"/>
        </w:rPr>
        <w:t xml:space="preserve"> </w:t>
      </w:r>
      <w:r w:rsidRPr="005C0F58">
        <w:rPr>
          <w:rFonts w:ascii="Arial" w:hAnsi="Arial" w:cs="Arial"/>
          <w:sz w:val="20"/>
          <w:szCs w:val="20"/>
        </w:rPr>
        <w:t>je možno provozovat při splnění požadavků právních předpisů na celém území MČ Brno-Tuřany.</w:t>
      </w:r>
      <w:r w:rsidR="004F58A7" w:rsidRPr="005C0F58">
        <w:rPr>
          <w:rFonts w:ascii="Arial" w:hAnsi="Arial" w:cs="Arial"/>
          <w:sz w:val="20"/>
          <w:szCs w:val="20"/>
        </w:rPr>
        <w:t xml:space="preserve"> Pochůzkový prodej a prodej bez prodejního zařízení je na celém území MČ Brno-Tuřany zakázán.</w:t>
      </w:r>
      <w:r w:rsidRPr="005C0F58">
        <w:rPr>
          <w:rFonts w:ascii="Arial" w:hAnsi="Arial" w:cs="Arial"/>
          <w:sz w:val="20"/>
          <w:szCs w:val="20"/>
        </w:rPr>
        <w:t xml:space="preserve"> </w:t>
      </w:r>
    </w:p>
    <w:p w14:paraId="3B6DCD09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E5FB818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9266B27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1E98984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bookmarkEnd w:id="44"/>
    <w:p w14:paraId="474D5855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D428460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BDD4C5C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3C75E6E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27E894A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B65A1F2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5026E05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9439CFE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1EA9AB0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03D0051" w14:textId="77777777" w:rsidR="004032C4" w:rsidRPr="005C0F58" w:rsidRDefault="004032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F420DF9" w14:textId="77777777" w:rsidR="00AD701F" w:rsidRPr="005C0F58" w:rsidRDefault="00AD701F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41EEEAF" w14:textId="77777777" w:rsidR="00AD701F" w:rsidRPr="005C0F58" w:rsidRDefault="00AD701F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1B798B3" w14:textId="77777777" w:rsidR="00AD701F" w:rsidRPr="005C0F58" w:rsidRDefault="00AD701F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B69DECC" w14:textId="77777777" w:rsidR="00AD701F" w:rsidRPr="005C0F58" w:rsidRDefault="00AD701F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79514CB" w14:textId="77777777" w:rsidR="00AD701F" w:rsidRPr="005C0F58" w:rsidRDefault="00AD701F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D4BA409" w14:textId="77777777" w:rsidR="00D36160" w:rsidRPr="005C0F58" w:rsidRDefault="00D36160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9E0C383" w14:textId="77777777" w:rsidR="00D36160" w:rsidRPr="005C0F58" w:rsidRDefault="00D36160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EB9550C" w14:textId="77777777" w:rsidR="00D36160" w:rsidRPr="005C0F58" w:rsidRDefault="00D36160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700B31C" w14:textId="77777777" w:rsidR="00D36160" w:rsidRPr="005C0F58" w:rsidRDefault="00D36160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0E3F57D" w14:textId="77777777" w:rsidR="00D36160" w:rsidRPr="005C0F58" w:rsidRDefault="00D36160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44D9EB8" w14:textId="77777777" w:rsidR="00D36160" w:rsidRDefault="00D36160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75B9E9D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7E18C13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F42AF10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8593C35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814284F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E895852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8ADE590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BCE0308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9408A68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74E6E50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72E3DD2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E348785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EE4710D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B4C0732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28AEA96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8F2EFC8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AEA7E30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379C530" w14:textId="77777777" w:rsidR="00EF2906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32E6E16" w14:textId="77777777" w:rsidR="00EF2906" w:rsidRPr="005C0F58" w:rsidRDefault="00EF290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0CEB84F" w14:textId="77777777" w:rsidR="00D36160" w:rsidRPr="0026626F" w:rsidRDefault="00D36160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58182C5" w14:textId="77777777" w:rsidR="00FE1565" w:rsidRPr="0026626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6626F">
        <w:rPr>
          <w:rFonts w:ascii="Arial" w:hAnsi="Arial" w:cs="Arial"/>
          <w:b/>
          <w:bCs/>
          <w:sz w:val="22"/>
          <w:szCs w:val="22"/>
        </w:rPr>
        <w:lastRenderedPageBreak/>
        <w:t xml:space="preserve">ČÁST XXV </w:t>
      </w:r>
    </w:p>
    <w:p w14:paraId="748291C3" w14:textId="77777777" w:rsidR="00FE1565" w:rsidRPr="0026626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6626F">
        <w:rPr>
          <w:rFonts w:ascii="Arial" w:hAnsi="Arial" w:cs="Arial"/>
          <w:b/>
          <w:bCs/>
          <w:sz w:val="22"/>
          <w:szCs w:val="22"/>
        </w:rPr>
        <w:t>MČ BRNO-ÚTĚCHOV</w:t>
      </w:r>
    </w:p>
    <w:p w14:paraId="501EC9A5" w14:textId="77777777" w:rsidR="00FE1565" w:rsidRPr="0026626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482A96AF" w14:textId="77777777" w:rsidR="00FE1565" w:rsidRPr="0026626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24E385F4" w14:textId="77777777" w:rsidR="00FE1565" w:rsidRPr="0026626F" w:rsidRDefault="00FE1565" w:rsidP="00D36160">
      <w:pPr>
        <w:pStyle w:val="Zkladntext"/>
        <w:spacing w:after="240"/>
        <w:rPr>
          <w:rFonts w:ascii="Arial" w:hAnsi="Arial" w:cs="Arial"/>
          <w:b/>
          <w:bCs/>
          <w:sz w:val="22"/>
          <w:szCs w:val="22"/>
        </w:rPr>
      </w:pPr>
      <w:r w:rsidRPr="0026626F">
        <w:rPr>
          <w:rFonts w:ascii="Arial" w:hAnsi="Arial" w:cs="Arial"/>
          <w:b/>
          <w:bCs/>
          <w:sz w:val="22"/>
          <w:szCs w:val="22"/>
        </w:rPr>
        <w:t>HLAVA A: Restaurační zahrádky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4"/>
        <w:gridCol w:w="1115"/>
        <w:gridCol w:w="1838"/>
        <w:gridCol w:w="1096"/>
        <w:gridCol w:w="1054"/>
        <w:gridCol w:w="905"/>
        <w:gridCol w:w="1614"/>
        <w:gridCol w:w="1487"/>
      </w:tblGrid>
      <w:tr w:rsidR="00F912D1" w:rsidRPr="005C0F58" w14:paraId="1DC44F53" w14:textId="77777777" w:rsidTr="00D36160">
        <w:trPr>
          <w:trHeight w:val="274"/>
        </w:trPr>
        <w:tc>
          <w:tcPr>
            <w:tcW w:w="178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9694F7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12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DDB1D3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1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FBF3A6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9BEF4DB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90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912D1" w:rsidRPr="005C0F58" w14:paraId="5BFB5ADA" w14:textId="77777777" w:rsidTr="00D36160"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23EDDC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68C811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7ED02863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Útěchov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AA53AE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58FB7A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počet</w:t>
            </w:r>
            <w:r w:rsidR="00F912D1" w:rsidRPr="00EF29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F2906">
              <w:rPr>
                <w:rFonts w:ascii="Arial" w:hAnsi="Arial" w:cs="Arial"/>
                <w:sz w:val="16"/>
                <w:szCs w:val="16"/>
              </w:rPr>
              <w:t>pro</w:t>
            </w:r>
            <w:r w:rsidR="00F912D1" w:rsidRPr="00EF2906">
              <w:rPr>
                <w:rFonts w:ascii="Arial" w:hAnsi="Arial" w:cs="Arial"/>
                <w:sz w:val="16"/>
                <w:szCs w:val="16"/>
              </w:rPr>
              <w:t>-</w:t>
            </w:r>
            <w:r w:rsidRPr="00EF2906">
              <w:rPr>
                <w:rFonts w:ascii="Arial" w:hAnsi="Arial" w:cs="Arial"/>
                <w:sz w:val="16"/>
                <w:szCs w:val="16"/>
              </w:rPr>
              <w:t>dej.</w:t>
            </w:r>
            <w:r w:rsidR="00F912D1" w:rsidRPr="00EF29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F2906">
              <w:rPr>
                <w:rFonts w:ascii="Arial" w:hAnsi="Arial" w:cs="Arial"/>
                <w:sz w:val="16"/>
                <w:szCs w:val="16"/>
              </w:rPr>
              <w:t>míst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B432D1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F0E37F2" w14:textId="0095F5F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(m</w:t>
            </w:r>
            <w:r w:rsidR="00EF2906" w:rsidRPr="00EF290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EF290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850559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2AF748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45D57BB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12D1" w:rsidRPr="005C0F58" w14:paraId="03BCCBA3" w14:textId="77777777" w:rsidTr="00D36160"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D946B2" w14:textId="77777777" w:rsidR="00FE1565" w:rsidRPr="00EF2906" w:rsidRDefault="00FE1565" w:rsidP="00EF2906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82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79EAEA" w14:textId="77777777" w:rsidR="00FE1565" w:rsidRPr="00EF2906" w:rsidRDefault="00FE1565" w:rsidP="00EF2906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74/6</w:t>
            </w:r>
          </w:p>
        </w:tc>
        <w:tc>
          <w:tcPr>
            <w:tcW w:w="9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35DB17" w14:textId="77777777" w:rsidR="00FE1565" w:rsidRPr="00EF2906" w:rsidRDefault="00FE1565" w:rsidP="00EF2906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 xml:space="preserve">ul. Adamovská </w:t>
            </w:r>
          </w:p>
          <w:p w14:paraId="2B22D128" w14:textId="77777777" w:rsidR="00FE1565" w:rsidRPr="00EF2906" w:rsidRDefault="00FE1565" w:rsidP="00EF2906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 xml:space="preserve">u or. č. 25 </w:t>
            </w:r>
          </w:p>
        </w:tc>
        <w:tc>
          <w:tcPr>
            <w:tcW w:w="57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1BEB02A" w14:textId="77777777" w:rsidR="00FE1565" w:rsidRPr="00EF2906" w:rsidRDefault="00FE1565" w:rsidP="00EF2906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7923C9" w14:textId="77777777" w:rsidR="00FE1565" w:rsidRPr="00EF2906" w:rsidRDefault="00FE1565" w:rsidP="00EF2906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47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15E987B" w14:textId="77777777" w:rsidR="00FE1565" w:rsidRPr="00EF2906" w:rsidRDefault="00FE1565" w:rsidP="00EF2906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0C84F2" w14:textId="77777777" w:rsidR="00FE1565" w:rsidRPr="00EF2906" w:rsidRDefault="00FE1565" w:rsidP="00EF2906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54FEB9" w14:textId="77777777" w:rsidR="00FE1565" w:rsidRPr="00EF2906" w:rsidRDefault="00FE1565" w:rsidP="00EF2906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F290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7CDCEA2D" w14:textId="77777777" w:rsidR="00FE1565" w:rsidRPr="005C0F58" w:rsidRDefault="00FE1565">
      <w:pPr>
        <w:pStyle w:val="Styltabulky"/>
        <w:rPr>
          <w:rFonts w:ascii="Arial" w:hAnsi="Arial" w:cs="Arial"/>
        </w:rPr>
      </w:pPr>
    </w:p>
    <w:p w14:paraId="4210C8DE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18F6C4B1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DE47E2F" w14:textId="77777777" w:rsidR="00FE1565" w:rsidRPr="0026626F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6626F">
        <w:rPr>
          <w:rFonts w:ascii="Arial" w:hAnsi="Arial" w:cs="Arial"/>
          <w:b/>
          <w:bCs/>
          <w:sz w:val="22"/>
          <w:szCs w:val="22"/>
        </w:rPr>
        <w:t>HLAVA B: Pojízdný prodej, pochůzkový prodej a prodej bez prodejního zařízení</w:t>
      </w:r>
    </w:p>
    <w:p w14:paraId="51C9C0A4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3F03F2D" w14:textId="77777777" w:rsidR="00FE1565" w:rsidRPr="005C0F58" w:rsidRDefault="00FE1565" w:rsidP="009454AE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Pojízdný prodej, pochůzkový prodej a prodej bez prodejního zařízení je možno provozovat při splnění požadavků právních předpisů na celém území MČ Brno-Útěchov. </w:t>
      </w:r>
    </w:p>
    <w:p w14:paraId="72B474E4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0FF53CFA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E30F6E5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77C923F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110359AD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893ECB5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6DECB1B2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2C69E09E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74DAD70D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0A78FCC5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5E85CC89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E047BBC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1D0BBE94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669B0117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6385BA93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1C5396D6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DCE45C4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7D57489D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1889BC21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7702F2A9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72431D5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52989CB5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43C0ADE9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51DC9B89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1747B316" w14:textId="77777777" w:rsidR="002A53C5" w:rsidRPr="005C0F58" w:rsidRDefault="002A53C5">
      <w:pPr>
        <w:pStyle w:val="Zkladntext"/>
        <w:rPr>
          <w:rFonts w:ascii="Arial" w:hAnsi="Arial" w:cs="Arial"/>
          <w:sz w:val="20"/>
          <w:szCs w:val="20"/>
        </w:rPr>
      </w:pPr>
    </w:p>
    <w:p w14:paraId="34ADFE14" w14:textId="77777777" w:rsidR="00FE1565" w:rsidRPr="005C0F58" w:rsidRDefault="00FE1565">
      <w:pPr>
        <w:pStyle w:val="Zkladntext"/>
        <w:rPr>
          <w:rFonts w:ascii="Arial" w:hAnsi="Arial" w:cs="Arial"/>
          <w:sz w:val="20"/>
          <w:szCs w:val="20"/>
        </w:rPr>
      </w:pPr>
    </w:p>
    <w:p w14:paraId="39B06536" w14:textId="77777777" w:rsidR="002C5BA2" w:rsidRDefault="002C5BA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CAA6A08" w14:textId="77777777" w:rsidR="002C5BA2" w:rsidRDefault="002C5BA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DECDD9E" w14:textId="77777777" w:rsidR="002C5BA2" w:rsidRDefault="002C5BA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55F1C22" w14:textId="77777777" w:rsidR="002C5BA2" w:rsidRDefault="002C5BA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D797400" w14:textId="77777777" w:rsidR="002C5BA2" w:rsidRDefault="002C5BA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09E0355" w14:textId="77777777" w:rsidR="002C5BA2" w:rsidRDefault="002C5BA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C9217B7" w14:textId="77777777" w:rsidR="00980315" w:rsidRDefault="00980315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1F909C1" w14:textId="48A4FD31" w:rsidR="00FE1565" w:rsidRPr="002C5BA2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C5BA2">
        <w:rPr>
          <w:rFonts w:ascii="Arial" w:hAnsi="Arial" w:cs="Arial"/>
          <w:b/>
          <w:bCs/>
          <w:sz w:val="22"/>
          <w:szCs w:val="22"/>
        </w:rPr>
        <w:lastRenderedPageBreak/>
        <w:t>ČÁST XXVI</w:t>
      </w:r>
    </w:p>
    <w:p w14:paraId="19F7E557" w14:textId="77777777" w:rsidR="00FE1565" w:rsidRPr="002C5BA2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C5BA2">
        <w:rPr>
          <w:rFonts w:ascii="Arial" w:hAnsi="Arial" w:cs="Arial"/>
          <w:b/>
          <w:bCs/>
          <w:sz w:val="22"/>
          <w:szCs w:val="22"/>
        </w:rPr>
        <w:t>MČ BRNO-VINOHRADY</w:t>
      </w:r>
    </w:p>
    <w:p w14:paraId="5626053C" w14:textId="77777777" w:rsidR="00A806BC" w:rsidRPr="002C5BA2" w:rsidRDefault="00A806BC" w:rsidP="00A806BC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0BA3A558" w14:textId="77777777" w:rsidR="00A721D4" w:rsidRPr="002C5BA2" w:rsidRDefault="00A721D4" w:rsidP="00A721D4">
      <w:pPr>
        <w:pStyle w:val="Zkladntext"/>
        <w:spacing w:before="160"/>
        <w:rPr>
          <w:rFonts w:ascii="Arial" w:hAnsi="Arial" w:cs="Arial"/>
          <w:b/>
          <w:bCs/>
          <w:sz w:val="22"/>
          <w:szCs w:val="22"/>
        </w:rPr>
      </w:pPr>
      <w:r w:rsidRPr="002C5BA2">
        <w:rPr>
          <w:rFonts w:ascii="Arial" w:hAnsi="Arial" w:cs="Arial"/>
          <w:b/>
          <w:bCs/>
          <w:sz w:val="22"/>
          <w:szCs w:val="22"/>
        </w:rPr>
        <w:t xml:space="preserve">HLAVA A: Tržiště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8"/>
        <w:gridCol w:w="1064"/>
        <w:gridCol w:w="2607"/>
        <w:gridCol w:w="841"/>
        <w:gridCol w:w="824"/>
        <w:gridCol w:w="759"/>
        <w:gridCol w:w="1627"/>
        <w:gridCol w:w="1453"/>
      </w:tblGrid>
      <w:tr w:rsidR="00A721D4" w:rsidRPr="005C0F58" w14:paraId="63ED4819" w14:textId="77777777" w:rsidTr="00305969">
        <w:trPr>
          <w:trHeight w:val="274"/>
        </w:trPr>
        <w:tc>
          <w:tcPr>
            <w:tcW w:w="212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0ACC94" w14:textId="77777777" w:rsidR="00A721D4" w:rsidRPr="002C5BA2" w:rsidRDefault="00A721D4" w:rsidP="00305969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6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5718AA" w14:textId="77777777" w:rsidR="00A721D4" w:rsidRPr="002C5BA2" w:rsidRDefault="00A721D4" w:rsidP="00305969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4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5A15DC" w14:textId="77777777" w:rsidR="00A721D4" w:rsidRPr="002C5BA2" w:rsidRDefault="00A721D4" w:rsidP="00305969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5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4058C8A" w14:textId="77777777" w:rsidR="00A721D4" w:rsidRPr="002C5BA2" w:rsidRDefault="00A721D4" w:rsidP="00305969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721D4" w:rsidRPr="005C0F58" w14:paraId="00210752" w14:textId="77777777" w:rsidTr="00305969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F3C93E" w14:textId="77777777" w:rsidR="00A721D4" w:rsidRPr="002C5BA2" w:rsidRDefault="00A721D4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7C010D" w14:textId="77777777" w:rsidR="00A721D4" w:rsidRPr="002C5BA2" w:rsidRDefault="00A721D4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07412C0A" w14:textId="77777777" w:rsidR="00A721D4" w:rsidRPr="002C5BA2" w:rsidRDefault="00A721D4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Židenice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4326B7" w14:textId="77777777" w:rsidR="00A721D4" w:rsidRPr="002C5BA2" w:rsidRDefault="00A721D4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312554" w14:textId="77777777" w:rsidR="00A721D4" w:rsidRPr="002C5BA2" w:rsidRDefault="00A721D4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71E21A" w14:textId="77777777" w:rsidR="00A721D4" w:rsidRPr="002C5BA2" w:rsidRDefault="00A721D4" w:rsidP="002C5BA2">
            <w:pPr>
              <w:pStyle w:val="Styltabulky"/>
              <w:spacing w:line="240" w:lineRule="auto"/>
              <w:ind w:left="-239" w:firstLine="23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8FBF071" w14:textId="1FA406FF" w:rsidR="00A721D4" w:rsidRPr="002C5BA2" w:rsidRDefault="00A721D4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(m</w:t>
            </w:r>
            <w:r w:rsidR="002C5BA2" w:rsidRPr="002C5BA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C5BA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43CF3C" w14:textId="77777777" w:rsidR="00A721D4" w:rsidRPr="002C5BA2" w:rsidRDefault="00A721D4" w:rsidP="0030596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4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71DC69" w14:textId="77777777" w:rsidR="00A721D4" w:rsidRPr="002C5BA2" w:rsidRDefault="00A721D4" w:rsidP="0030596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32150AF" w14:textId="77777777" w:rsidR="00A721D4" w:rsidRPr="002C5BA2" w:rsidRDefault="00A721D4" w:rsidP="0030596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721D4" w:rsidRPr="005C0F58" w14:paraId="164D8780" w14:textId="77777777" w:rsidTr="00893A2E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E227BAE" w14:textId="77777777" w:rsidR="00A721D4" w:rsidRPr="002C5BA2" w:rsidRDefault="00A721D4" w:rsidP="0030596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55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BEF801A" w14:textId="77777777" w:rsidR="00A721D4" w:rsidRPr="002C5BA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7652/9</w:t>
            </w:r>
          </w:p>
        </w:tc>
        <w:tc>
          <w:tcPr>
            <w:tcW w:w="1360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E124F01" w14:textId="77777777" w:rsidR="00A721D4" w:rsidRPr="002C5BA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Velkopavlovická ul. or. č. 25 – vydlážděná plocha před radnicí (ze strany parku)</w:t>
            </w:r>
          </w:p>
        </w:tc>
        <w:tc>
          <w:tcPr>
            <w:tcW w:w="439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14:paraId="6F6D9215" w14:textId="77777777" w:rsidR="00A721D4" w:rsidRPr="002C5BA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98A1CB9" w14:textId="77777777" w:rsidR="00A721D4" w:rsidRPr="002C5BA2" w:rsidRDefault="00A721D4" w:rsidP="0030596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396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14:paraId="227CD108" w14:textId="77777777" w:rsidR="00A721D4" w:rsidRPr="002C5BA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96BE1FF" w14:textId="77777777" w:rsidR="00A721D4" w:rsidRPr="002C5BA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58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AC9AF0E" w14:textId="77777777" w:rsidR="00A721D4" w:rsidRPr="002C5BA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farmářské trhy</w:t>
            </w:r>
          </w:p>
        </w:tc>
      </w:tr>
      <w:tr w:rsidR="00E5405F" w:rsidRPr="005C0F58" w14:paraId="05C08797" w14:textId="77777777" w:rsidTr="00893A2E"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3754040E" w14:textId="77777777" w:rsidR="00E5405F" w:rsidRPr="002C5BA2" w:rsidRDefault="00E5405F" w:rsidP="00E5405F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2D2C5CA9" w14:textId="77777777" w:rsidR="00E5405F" w:rsidRPr="002C5BA2" w:rsidRDefault="00E5405F" w:rsidP="00E5405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7652/9, 7652/112</w:t>
            </w:r>
          </w:p>
        </w:tc>
        <w:tc>
          <w:tcPr>
            <w:tcW w:w="1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19EB957D" w14:textId="77777777" w:rsidR="00E5405F" w:rsidRPr="002C5BA2" w:rsidRDefault="00E5405F" w:rsidP="00E5405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Velkopavlovická ul. or. č. 25 – vydlážděná plocha před radnicí (ze strany parku)</w:t>
            </w:r>
          </w:p>
        </w:tc>
        <w:tc>
          <w:tcPr>
            <w:tcW w:w="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7DD2AAEE" w14:textId="77777777" w:rsidR="00E5405F" w:rsidRPr="002C5BA2" w:rsidRDefault="00E5405F" w:rsidP="00E5405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15F47A74" w14:textId="77777777" w:rsidR="00E5405F" w:rsidRPr="002C5BA2" w:rsidRDefault="00E5405F" w:rsidP="00E5405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5F0A6FB5" w14:textId="77777777" w:rsidR="00E5405F" w:rsidRPr="002C5BA2" w:rsidRDefault="00E5405F" w:rsidP="00E5405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2E6C5C1B" w14:textId="77777777" w:rsidR="00E5405F" w:rsidRPr="002C5BA2" w:rsidRDefault="00E5405F" w:rsidP="00E5405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7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0E163A20" w14:textId="77777777" w:rsidR="00E5405F" w:rsidRPr="002C5BA2" w:rsidRDefault="00E5405F" w:rsidP="00E5405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bleší trhy</w:t>
            </w:r>
          </w:p>
        </w:tc>
      </w:tr>
    </w:tbl>
    <w:p w14:paraId="461E548B" w14:textId="77777777" w:rsidR="00A721D4" w:rsidRPr="005C0F58" w:rsidRDefault="00A721D4" w:rsidP="000F18FB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149E242D" w14:textId="77777777" w:rsidR="00A806BC" w:rsidRPr="005C0F58" w:rsidRDefault="00A806BC" w:rsidP="000F18FB">
      <w:pPr>
        <w:pStyle w:val="Zkladntext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1DE975C" w14:textId="77777777" w:rsidR="00FE1565" w:rsidRPr="002C5BA2" w:rsidRDefault="00FE1565" w:rsidP="000F18FB">
      <w:pPr>
        <w:pStyle w:val="Zkladntext"/>
        <w:spacing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2C5BA2">
        <w:rPr>
          <w:rFonts w:ascii="Arial" w:hAnsi="Arial" w:cs="Arial"/>
          <w:b/>
          <w:bCs/>
          <w:sz w:val="22"/>
          <w:szCs w:val="22"/>
        </w:rPr>
        <w:t xml:space="preserve">HLAVA </w:t>
      </w:r>
      <w:r w:rsidR="00A721D4" w:rsidRPr="002C5BA2">
        <w:rPr>
          <w:rFonts w:ascii="Arial" w:hAnsi="Arial" w:cs="Arial"/>
          <w:b/>
          <w:bCs/>
          <w:sz w:val="22"/>
          <w:szCs w:val="22"/>
        </w:rPr>
        <w:t>B</w:t>
      </w:r>
      <w:r w:rsidRPr="002C5BA2">
        <w:rPr>
          <w:rFonts w:ascii="Arial" w:hAnsi="Arial" w:cs="Arial"/>
          <w:b/>
          <w:bCs/>
          <w:sz w:val="22"/>
          <w:szCs w:val="22"/>
        </w:rPr>
        <w:t>: Tržní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62"/>
        <w:gridCol w:w="1033"/>
        <w:gridCol w:w="2607"/>
        <w:gridCol w:w="822"/>
        <w:gridCol w:w="958"/>
        <w:gridCol w:w="669"/>
        <w:gridCol w:w="1610"/>
        <w:gridCol w:w="1422"/>
      </w:tblGrid>
      <w:tr w:rsidR="00FE1565" w:rsidRPr="005C0F58" w14:paraId="0887F575" w14:textId="77777777" w:rsidTr="002C5BA2">
        <w:trPr>
          <w:trHeight w:val="274"/>
        </w:trPr>
        <w:tc>
          <w:tcPr>
            <w:tcW w:w="214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616310" w14:textId="77777777" w:rsidR="00FE1565" w:rsidRPr="002C5BA2" w:rsidRDefault="00FE1565" w:rsidP="00FE6FE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2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2230F4" w14:textId="77777777" w:rsidR="00FE1565" w:rsidRPr="002C5BA2" w:rsidRDefault="00FE1565" w:rsidP="00FE6FE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18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BD002B" w14:textId="77777777" w:rsidR="00FE1565" w:rsidRPr="002C5BA2" w:rsidRDefault="00FE1565" w:rsidP="00FE6FE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9BC514E" w14:textId="77777777" w:rsidR="00FE1565" w:rsidRPr="002C5BA2" w:rsidRDefault="00FE1565" w:rsidP="00FE6FE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52B3A" w:rsidRPr="005C0F58" w14:paraId="4669058F" w14:textId="77777777" w:rsidTr="002C5BA2">
        <w:tc>
          <w:tcPr>
            <w:tcW w:w="24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E02DFE" w14:textId="77777777" w:rsidR="00FE1565" w:rsidRPr="002C5BA2" w:rsidRDefault="00FE1565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5154B8" w14:textId="77777777" w:rsidR="00FE1565" w:rsidRPr="002C5BA2" w:rsidRDefault="00FE1565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442C02D1" w14:textId="77777777" w:rsidR="00FE1565" w:rsidRPr="002C5BA2" w:rsidRDefault="00FE1565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Židenice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74DBF2" w14:textId="77777777" w:rsidR="00FE1565" w:rsidRPr="002C5BA2" w:rsidRDefault="00FE1565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26D2D2" w14:textId="77777777" w:rsidR="00FE1565" w:rsidRPr="002C5BA2" w:rsidRDefault="00FE1565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počet</w:t>
            </w:r>
            <w:r w:rsidR="002A53C5" w:rsidRPr="002C5BA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C5BA2">
              <w:rPr>
                <w:rFonts w:ascii="Arial" w:hAnsi="Arial" w:cs="Arial"/>
                <w:sz w:val="16"/>
                <w:szCs w:val="16"/>
              </w:rPr>
              <w:t>prodej.</w:t>
            </w:r>
            <w:r w:rsidR="002A53C5" w:rsidRPr="002C5BA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C5BA2">
              <w:rPr>
                <w:rFonts w:ascii="Arial" w:hAnsi="Arial" w:cs="Arial"/>
                <w:sz w:val="16"/>
                <w:szCs w:val="16"/>
              </w:rPr>
              <w:t>míst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727817" w14:textId="77777777" w:rsidR="00FE1565" w:rsidRPr="002C5BA2" w:rsidRDefault="00FE1565" w:rsidP="002C5BA2">
            <w:pPr>
              <w:pStyle w:val="Styltabulky"/>
              <w:spacing w:line="240" w:lineRule="auto"/>
              <w:ind w:left="-239" w:firstLine="23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F75CDDF" w14:textId="04ECA6E1" w:rsidR="00FE1565" w:rsidRPr="002C5BA2" w:rsidRDefault="00FE1565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(m</w:t>
            </w:r>
            <w:r w:rsidR="002C5BA2" w:rsidRPr="002C5BA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C5BA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678A60" w14:textId="77777777" w:rsidR="00FE1565" w:rsidRPr="002C5BA2" w:rsidRDefault="00FE1565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345EB6" w14:textId="77777777" w:rsidR="00FE1565" w:rsidRPr="002C5BA2" w:rsidRDefault="00FE1565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4226427" w14:textId="77777777" w:rsidR="00FE1565" w:rsidRPr="002C5BA2" w:rsidRDefault="00FE1565" w:rsidP="002C5BA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52B3A" w:rsidRPr="005C0F58" w14:paraId="4966A8CD" w14:textId="77777777" w:rsidTr="002C5BA2">
        <w:tc>
          <w:tcPr>
            <w:tcW w:w="24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070D2D" w14:textId="77777777" w:rsidR="00FE1565" w:rsidRPr="002C5BA2" w:rsidRDefault="00FE1565" w:rsidP="002A53C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39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91431A" w14:textId="77777777" w:rsidR="00FE1565" w:rsidRPr="002C5BA2" w:rsidRDefault="00FE1565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9371</w:t>
            </w:r>
          </w:p>
        </w:tc>
        <w:tc>
          <w:tcPr>
            <w:tcW w:w="136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C8086C" w14:textId="77777777" w:rsidR="00FE1565" w:rsidRPr="002C5BA2" w:rsidRDefault="00FE1565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 xml:space="preserve">na ul. Valtické </w:t>
            </w:r>
            <w:r w:rsidR="00FE6FEC" w:rsidRPr="002C5BA2">
              <w:rPr>
                <w:rFonts w:ascii="Arial" w:hAnsi="Arial" w:cs="Arial"/>
                <w:sz w:val="16"/>
                <w:szCs w:val="16"/>
              </w:rPr>
              <w:t>–</w:t>
            </w:r>
            <w:r w:rsidRPr="002C5BA2">
              <w:rPr>
                <w:rFonts w:ascii="Arial" w:hAnsi="Arial" w:cs="Arial"/>
                <w:sz w:val="16"/>
                <w:szCs w:val="16"/>
              </w:rPr>
              <w:t xml:space="preserve"> u výměníkové stanice před "Domečkem"</w:t>
            </w:r>
          </w:p>
        </w:tc>
        <w:tc>
          <w:tcPr>
            <w:tcW w:w="4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6F7F81E" w14:textId="77777777" w:rsidR="00FE1565" w:rsidRPr="002C5BA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F66B6C" w14:textId="77777777" w:rsidR="00FE1565" w:rsidRPr="002C5BA2" w:rsidRDefault="00FE1565" w:rsidP="002A53C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4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583BD84" w14:textId="77777777" w:rsidR="00FE1565" w:rsidRPr="002C5BA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A0A3C09" w14:textId="77777777" w:rsidR="00FE1565" w:rsidRPr="002C5BA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ADD8E6" w14:textId="77777777" w:rsidR="00FE1565" w:rsidRPr="002C5BA2" w:rsidRDefault="00FE1565" w:rsidP="00CB555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kaprů</w:t>
            </w:r>
          </w:p>
        </w:tc>
      </w:tr>
      <w:tr w:rsidR="00A52B3A" w:rsidRPr="005C0F58" w14:paraId="27B80CE0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26691A0" w14:textId="77777777" w:rsidR="00CB555A" w:rsidRPr="002C5BA2" w:rsidRDefault="00CB555A" w:rsidP="00CB555A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3ED4FBD" w14:textId="77777777" w:rsidR="00CB555A" w:rsidRPr="002C5BA2" w:rsidRDefault="00CB555A" w:rsidP="00CB555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9390/1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218CA5F" w14:textId="77777777" w:rsidR="00CB555A" w:rsidRPr="002C5BA2" w:rsidRDefault="00CB555A" w:rsidP="00CB555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Pálavské nám. mezi objektem OC-01 a OC-02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C187EA4" w14:textId="77777777" w:rsidR="00CB555A" w:rsidRPr="002C5BA2" w:rsidRDefault="00CB555A" w:rsidP="00CB555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2BF5B81" w14:textId="77777777" w:rsidR="00CB555A" w:rsidRPr="002C5BA2" w:rsidRDefault="00CB555A" w:rsidP="00CB555A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2263C82" w14:textId="77777777" w:rsidR="00CB555A" w:rsidRPr="002C5BA2" w:rsidRDefault="00CB555A" w:rsidP="00CB555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FEBF621" w14:textId="77777777" w:rsidR="00CB555A" w:rsidRPr="002C5BA2" w:rsidRDefault="00CB555A" w:rsidP="00CB555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A4E44F3" w14:textId="77777777" w:rsidR="00CB555A" w:rsidRPr="002C5BA2" w:rsidRDefault="00CB555A" w:rsidP="00CB555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vánočních stromků</w:t>
            </w:r>
          </w:p>
        </w:tc>
      </w:tr>
      <w:tr w:rsidR="00A52B3A" w:rsidRPr="005C0F58" w14:paraId="08E28B04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AD2A4BF" w14:textId="77777777" w:rsidR="00FE1565" w:rsidRPr="002C5BA2" w:rsidRDefault="00FE1565" w:rsidP="002A53C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E071624" w14:textId="77777777" w:rsidR="00FE1565" w:rsidRPr="002C5BA2" w:rsidRDefault="000276A5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9390/1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0E94C5A" w14:textId="77777777" w:rsidR="00FE1565" w:rsidRPr="002C5BA2" w:rsidRDefault="000276A5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Pálavské nám. mezi objektem OC-01 a OC-02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122FA67" w14:textId="77777777" w:rsidR="00FE1565" w:rsidRPr="002C5BA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5ED15DC" w14:textId="77777777" w:rsidR="00FE1565" w:rsidRPr="002C5BA2" w:rsidRDefault="000276A5" w:rsidP="002A53C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36C8DF7" w14:textId="77777777" w:rsidR="00FE1565" w:rsidRPr="002C5BA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68EE590" w14:textId="77777777" w:rsidR="00FE1565" w:rsidRPr="002C5BA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309C54A" w14:textId="77777777" w:rsidR="00FE1565" w:rsidRPr="002C5BA2" w:rsidRDefault="000276A5" w:rsidP="00CB555A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kaprů</w:t>
            </w:r>
          </w:p>
        </w:tc>
      </w:tr>
      <w:tr w:rsidR="00A52B3A" w:rsidRPr="005C0F58" w14:paraId="69FC4F1C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FBD7D7" w14:textId="77777777" w:rsidR="000276A5" w:rsidRPr="002C5BA2" w:rsidRDefault="000276A5" w:rsidP="000276A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944692" w14:textId="77777777" w:rsidR="000276A5" w:rsidRPr="002C5BA2" w:rsidRDefault="000276A5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9367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64256F" w14:textId="05D567F6" w:rsidR="000276A5" w:rsidRPr="002C5BA2" w:rsidRDefault="00E15B1E" w:rsidP="00F26E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 xml:space="preserve">dětské hřiště </w:t>
            </w:r>
            <w:r>
              <w:rPr>
                <w:rFonts w:ascii="Arial" w:hAnsi="Arial" w:cs="Arial"/>
                <w:sz w:val="16"/>
                <w:szCs w:val="16"/>
              </w:rPr>
              <w:t xml:space="preserve">Valtická </w:t>
            </w:r>
            <w:r w:rsidRPr="002C5BA2">
              <w:rPr>
                <w:rFonts w:ascii="Arial" w:hAnsi="Arial" w:cs="Arial"/>
                <w:sz w:val="16"/>
                <w:szCs w:val="16"/>
              </w:rPr>
              <w:t xml:space="preserve">za </w:t>
            </w:r>
            <w:r>
              <w:rPr>
                <w:rFonts w:ascii="Arial" w:hAnsi="Arial" w:cs="Arial"/>
                <w:sz w:val="16"/>
                <w:szCs w:val="16"/>
              </w:rPr>
              <w:t xml:space="preserve">blokem domů na ul. </w:t>
            </w:r>
            <w:r w:rsidRPr="002C5BA2">
              <w:rPr>
                <w:rFonts w:ascii="Arial" w:hAnsi="Arial" w:cs="Arial"/>
                <w:sz w:val="16"/>
                <w:szCs w:val="16"/>
              </w:rPr>
              <w:t>Mutěnick</w:t>
            </w:r>
            <w:r>
              <w:rPr>
                <w:rFonts w:ascii="Arial" w:hAnsi="Arial" w:cs="Arial"/>
                <w:sz w:val="16"/>
                <w:szCs w:val="16"/>
              </w:rPr>
              <w:t>á</w:t>
            </w:r>
            <w:r w:rsidRPr="002C5BA2">
              <w:rPr>
                <w:rFonts w:ascii="Arial" w:hAnsi="Arial" w:cs="Arial"/>
                <w:sz w:val="16"/>
                <w:szCs w:val="16"/>
              </w:rPr>
              <w:t xml:space="preserve"> or. č.</w:t>
            </w:r>
            <w:r w:rsidR="00F26EC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C5BA2">
              <w:rPr>
                <w:rFonts w:ascii="Arial" w:hAnsi="Arial" w:cs="Arial"/>
                <w:sz w:val="16"/>
                <w:szCs w:val="16"/>
              </w:rPr>
              <w:t>17</w:t>
            </w:r>
            <w:r w:rsidR="00F26EC5">
              <w:rPr>
                <w:rFonts w:ascii="Arial" w:hAnsi="Arial" w:cs="Arial"/>
                <w:sz w:val="16"/>
                <w:szCs w:val="16"/>
              </w:rPr>
              <w:t xml:space="preserve">, 19, 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4FCD75C" w14:textId="77777777" w:rsidR="000276A5" w:rsidRPr="002C5BA2" w:rsidRDefault="000276A5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DEBB91" w14:textId="77777777" w:rsidR="000276A5" w:rsidRPr="002C5BA2" w:rsidRDefault="000276A5" w:rsidP="000276A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5CE66AC" w14:textId="77777777" w:rsidR="000276A5" w:rsidRPr="002C5BA2" w:rsidRDefault="000276A5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45826A" w14:textId="77777777" w:rsidR="000276A5" w:rsidRPr="002C5BA2" w:rsidRDefault="000276A5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při příležitosti kulturních a společenských akcí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A9039C" w14:textId="77777777" w:rsidR="000276A5" w:rsidRPr="002C5BA2" w:rsidRDefault="000276A5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2B3A" w:rsidRPr="005C0F58" w14:paraId="7411EBBD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821EA" w14:textId="2BA4EC91" w:rsidR="00D84D13" w:rsidRPr="002C5BA2" w:rsidRDefault="00D84D13" w:rsidP="000276A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29D618" w14:textId="38DE71C8" w:rsidR="00D84D13" w:rsidRPr="002C5BA2" w:rsidRDefault="00D84D13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7747/30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071728" w14:textId="7C6D965A" w:rsidR="00D84D13" w:rsidRPr="002C5BA2" w:rsidRDefault="00D84D13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sportoviště Pumptrack Vinohrady při ul. Bořetické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103B77" w14:textId="77777777" w:rsidR="00D84D13" w:rsidRPr="002C5BA2" w:rsidRDefault="00D84D13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C60737" w14:textId="03330538" w:rsidR="00D84D13" w:rsidRPr="002C5BA2" w:rsidRDefault="00D84D13" w:rsidP="000276A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0FB1A7" w14:textId="77777777" w:rsidR="00D84D13" w:rsidRPr="002C5BA2" w:rsidRDefault="00D84D13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1F4A6E" w14:textId="0AA59616" w:rsidR="00D84D13" w:rsidRPr="002C5BA2" w:rsidRDefault="00D84D13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7733FB" w14:textId="4F3A3A7B" w:rsidR="00D84D13" w:rsidRPr="002C5BA2" w:rsidRDefault="00D84D13" w:rsidP="00D84D1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A52B3A" w:rsidRPr="005C0F58" w14:paraId="19A1A456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7E73E2" w14:textId="313122D8" w:rsidR="00D84D13" w:rsidRPr="002C5BA2" w:rsidRDefault="00D84D13" w:rsidP="000276A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30878F" w14:textId="6E08B8FE" w:rsidR="00D84D13" w:rsidRPr="002C5BA2" w:rsidRDefault="00D84D13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7747/31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CD465A" w14:textId="6B3F4EF3" w:rsidR="00D84D13" w:rsidRPr="002C5BA2" w:rsidRDefault="00D84D13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sportoviště Pumptrack Vinohrady při ul. Bořetické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10B686" w14:textId="77777777" w:rsidR="00D84D13" w:rsidRPr="002C5BA2" w:rsidRDefault="00D84D13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3705A0" w14:textId="2D6BE5B1" w:rsidR="00D84D13" w:rsidRPr="002C5BA2" w:rsidRDefault="00D84D13" w:rsidP="000276A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DFA7E3" w14:textId="77777777" w:rsidR="00D84D13" w:rsidRPr="002C5BA2" w:rsidRDefault="00D84D13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38845C" w14:textId="785C6BAF" w:rsidR="00D84D13" w:rsidRPr="002C5BA2" w:rsidRDefault="00DB65AE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3A8F8C" w14:textId="128C4EC9" w:rsidR="00D84D13" w:rsidRPr="002C5BA2" w:rsidRDefault="00D84D13" w:rsidP="00D84D1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A52B3A" w:rsidRPr="005C0F58" w14:paraId="27204C30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5F1EAF" w14:textId="7427B682" w:rsidR="00D84D13" w:rsidRPr="002C5BA2" w:rsidRDefault="00D84D13" w:rsidP="000276A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290CD2" w14:textId="11910340" w:rsidR="00D84D13" w:rsidRPr="002C5BA2" w:rsidRDefault="00D84D13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8966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DDA7B0" w14:textId="5EFC6C9F" w:rsidR="00D84D13" w:rsidRPr="002C5BA2" w:rsidRDefault="00D84D13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louka Blatnická při ul. Blatnické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876C4C8" w14:textId="77777777" w:rsidR="00D84D13" w:rsidRPr="002C5BA2" w:rsidRDefault="00D84D13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680F30" w14:textId="7116CEAC" w:rsidR="00D84D13" w:rsidRPr="002C5BA2" w:rsidRDefault="00D84D13" w:rsidP="000276A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1B78CF" w14:textId="77777777" w:rsidR="00D84D13" w:rsidRPr="002C5BA2" w:rsidRDefault="00D84D13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6F664E8" w14:textId="5955D426" w:rsidR="00D84D13" w:rsidRPr="002C5BA2" w:rsidRDefault="00DB65AE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89EB9A" w14:textId="2BB729FF" w:rsidR="00D84D13" w:rsidRPr="002C5BA2" w:rsidRDefault="00D84D13" w:rsidP="00D84D1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  <w:tr w:rsidR="00A52B3A" w:rsidRPr="005C0F58" w14:paraId="534E6263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6C0BF9" w14:textId="0C12E8BF" w:rsidR="00AB439E" w:rsidRPr="002C5BA2" w:rsidRDefault="00AB439E" w:rsidP="000276A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1401E3" w14:textId="00F1A83C" w:rsidR="00AB439E" w:rsidRPr="002C5BA2" w:rsidRDefault="00AB439E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9047/4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991E4E" w14:textId="5A3D2616" w:rsidR="00AB439E" w:rsidRPr="002C5BA2" w:rsidRDefault="00AB439E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areál bývalé ZŠ Bzenecká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2C830E" w14:textId="77777777" w:rsidR="00AB439E" w:rsidRPr="002C5BA2" w:rsidRDefault="00AB439E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AC9F80" w14:textId="4BD01591" w:rsidR="00AB439E" w:rsidRPr="002C5BA2" w:rsidRDefault="00AB439E" w:rsidP="000276A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6FF587" w14:textId="77777777" w:rsidR="00AB439E" w:rsidRPr="002C5BA2" w:rsidRDefault="00AB439E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2AF19D" w14:textId="52D7186F" w:rsidR="00AB439E" w:rsidRPr="002C5BA2" w:rsidRDefault="00AB439E" w:rsidP="000276A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840F5E" w14:textId="5EDC14B5" w:rsidR="00AB439E" w:rsidRPr="002C5BA2" w:rsidRDefault="00AB439E" w:rsidP="00D84D1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občerstvení + smíšený prodej</w:t>
            </w:r>
          </w:p>
        </w:tc>
      </w:tr>
      <w:tr w:rsidR="00A52B3A" w:rsidRPr="005C0F58" w14:paraId="7EE7C5B1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6FBE00" w14:textId="2614E416" w:rsidR="00AB439E" w:rsidRPr="002C5BA2" w:rsidRDefault="00AB439E" w:rsidP="00AB439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D8DB57" w14:textId="65971119" w:rsidR="00AB439E" w:rsidRPr="002C5BA2" w:rsidRDefault="000018E3" w:rsidP="00AB439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7975/36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639489" w14:textId="62BE091E" w:rsidR="00AB439E" w:rsidRPr="002C5BA2" w:rsidRDefault="00AB439E" w:rsidP="00AB439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psí výběh p</w:t>
            </w:r>
            <w:r w:rsidR="000018E3" w:rsidRPr="002C5BA2">
              <w:rPr>
                <w:rFonts w:ascii="Arial" w:hAnsi="Arial" w:cs="Arial"/>
                <w:sz w:val="16"/>
                <w:szCs w:val="16"/>
              </w:rPr>
              <w:t>odél</w:t>
            </w:r>
            <w:r w:rsidRPr="002C5BA2">
              <w:rPr>
                <w:rFonts w:ascii="Arial" w:hAnsi="Arial" w:cs="Arial"/>
                <w:sz w:val="16"/>
                <w:szCs w:val="16"/>
              </w:rPr>
              <w:t xml:space="preserve"> ul. Tvrdonické</w:t>
            </w:r>
            <w:r w:rsidR="000018E3" w:rsidRPr="002C5BA2">
              <w:rPr>
                <w:rFonts w:ascii="Arial" w:hAnsi="Arial" w:cs="Arial"/>
                <w:sz w:val="16"/>
                <w:szCs w:val="16"/>
              </w:rPr>
              <w:t xml:space="preserve"> – část plochy zeleně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246363F" w14:textId="77777777" w:rsidR="00AB439E" w:rsidRPr="002C5BA2" w:rsidRDefault="00AB439E" w:rsidP="00AB439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9BC6A1" w14:textId="68000C57" w:rsidR="00AB439E" w:rsidRPr="002C5BA2" w:rsidRDefault="00AB439E" w:rsidP="00AB439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201416" w14:textId="77777777" w:rsidR="00AB439E" w:rsidRPr="002C5BA2" w:rsidRDefault="00AB439E" w:rsidP="00AB439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AF64BC" w14:textId="20D13657" w:rsidR="00AB439E" w:rsidRPr="002C5BA2" w:rsidRDefault="00AB439E" w:rsidP="00AB439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B86AD9" w14:textId="6E20C33A" w:rsidR="00AB439E" w:rsidRPr="002C5BA2" w:rsidRDefault="00AB439E" w:rsidP="00AB439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občerstvení + smíšený prodej</w:t>
            </w:r>
          </w:p>
        </w:tc>
      </w:tr>
      <w:tr w:rsidR="002C5BA2" w:rsidRPr="005C0F58" w14:paraId="2C8106A5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6DD03C" w14:textId="7612BF56" w:rsidR="002C5BA2" w:rsidRPr="002C5BA2" w:rsidRDefault="002C5BA2" w:rsidP="002C5BA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DA7366" w14:textId="4679D9E5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7975/44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89F594" w14:textId="4BA90AF8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psí výběh podél ul. Tvrdonické – část plochy zeleně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9F33B0" w14:textId="77777777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8EC9C4" w14:textId="2F16B1B3" w:rsidR="002C5BA2" w:rsidRPr="002C5BA2" w:rsidRDefault="002C5BA2" w:rsidP="002C5BA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DF5485" w14:textId="77777777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FBA56DF" w14:textId="14ABDF32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A379B6" w14:textId="209E395D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občerstvení + smíšený prodej</w:t>
            </w:r>
          </w:p>
        </w:tc>
      </w:tr>
      <w:tr w:rsidR="002C5BA2" w:rsidRPr="005C0F58" w14:paraId="6E09F9CF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E8C560" w14:textId="12C1B00B" w:rsidR="002C5BA2" w:rsidRPr="002C5BA2" w:rsidRDefault="002C5BA2" w:rsidP="002C5BA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E8E11F" w14:textId="710B611A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7975/35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1135CE" w14:textId="5C9904C0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psí výběh podél ul. Tvrdonické – část plochy zeleně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4A0DFC" w14:textId="77777777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073079" w14:textId="75581F93" w:rsidR="002C5BA2" w:rsidRPr="002C5BA2" w:rsidRDefault="002C5BA2" w:rsidP="002C5BA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DB6714" w14:textId="77777777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A0E2AEE" w14:textId="50C044D6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91BCEF" w14:textId="7B1D9816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občerstvení + smíšený prodej</w:t>
            </w:r>
          </w:p>
        </w:tc>
      </w:tr>
      <w:tr w:rsidR="002C5BA2" w:rsidRPr="005C0F58" w14:paraId="284E41A7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C16400" w14:textId="3893167B" w:rsidR="002C5BA2" w:rsidRPr="002C5BA2" w:rsidRDefault="002C5BA2" w:rsidP="002C5BA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2619C3" w14:textId="396075BC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7975/45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B70571" w14:textId="44917CF2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psí výběh podél ul. Tvrdonické – část plochy zeleně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586AFD" w14:textId="77777777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0D2275" w14:textId="1C732CFA" w:rsidR="002C5BA2" w:rsidRPr="002C5BA2" w:rsidRDefault="002C5BA2" w:rsidP="002C5BA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EFC555" w14:textId="77777777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723E1F" w14:textId="09913D3A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C608D8" w14:textId="23E69BB6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občerstvení + smíšený prodej</w:t>
            </w:r>
          </w:p>
        </w:tc>
      </w:tr>
      <w:tr w:rsidR="00376612" w:rsidRPr="002C5BA2" w14:paraId="60B13DA1" w14:textId="77777777" w:rsidTr="002E0BAF">
        <w:trPr>
          <w:trHeight w:val="274"/>
        </w:trPr>
        <w:tc>
          <w:tcPr>
            <w:tcW w:w="214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3E1D30" w14:textId="77777777" w:rsidR="00376612" w:rsidRPr="002C5BA2" w:rsidRDefault="00376612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92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F2787A" w14:textId="77777777" w:rsidR="00376612" w:rsidRPr="002C5BA2" w:rsidRDefault="00376612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18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04C972" w14:textId="77777777" w:rsidR="00376612" w:rsidRPr="002C5BA2" w:rsidRDefault="00376612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AB0EE43" w14:textId="77777777" w:rsidR="00376612" w:rsidRPr="002C5BA2" w:rsidRDefault="00376612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76612" w:rsidRPr="002C5BA2" w14:paraId="5F66201E" w14:textId="77777777" w:rsidTr="002E0BAF">
        <w:tc>
          <w:tcPr>
            <w:tcW w:w="24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9639A9" w14:textId="77777777" w:rsidR="00376612" w:rsidRPr="002C5BA2" w:rsidRDefault="00376612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2EB8A6" w14:textId="77777777" w:rsidR="00376612" w:rsidRPr="002C5BA2" w:rsidRDefault="00376612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B6E913E" w14:textId="77777777" w:rsidR="00376612" w:rsidRPr="002C5BA2" w:rsidRDefault="00376612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Židenice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C6E8AA" w14:textId="77777777" w:rsidR="00376612" w:rsidRPr="002C5BA2" w:rsidRDefault="00376612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D8A63C" w14:textId="77777777" w:rsidR="00376612" w:rsidRPr="002C5BA2" w:rsidRDefault="00376612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6E3BE5" w14:textId="77777777" w:rsidR="00376612" w:rsidRPr="002C5BA2" w:rsidRDefault="00376612" w:rsidP="002E0BAF">
            <w:pPr>
              <w:pStyle w:val="Styltabulky"/>
              <w:spacing w:line="240" w:lineRule="auto"/>
              <w:ind w:left="-239" w:firstLine="23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1FC697A" w14:textId="77777777" w:rsidR="00376612" w:rsidRPr="002C5BA2" w:rsidRDefault="00376612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(m</w:t>
            </w:r>
            <w:r w:rsidRPr="002C5BA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C5BA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674A63" w14:textId="77777777" w:rsidR="00376612" w:rsidRPr="002C5BA2" w:rsidRDefault="00376612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9D5C02" w14:textId="77777777" w:rsidR="00376612" w:rsidRPr="002C5BA2" w:rsidRDefault="00376612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3DF7A5C" w14:textId="77777777" w:rsidR="00376612" w:rsidRPr="002C5BA2" w:rsidRDefault="00376612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2C5BA2" w:rsidRPr="005C0F58" w14:paraId="00D71F9C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396ED2" w14:textId="25FDC414" w:rsidR="002C5BA2" w:rsidRPr="002C5BA2" w:rsidRDefault="002C5BA2" w:rsidP="002C5BA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5D4F3E" w14:textId="60F04D16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7975/22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B5FF60" w14:textId="7DCA3921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psí výběh podél ul. Tvrdonické – část plochy zeleně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612D77A" w14:textId="77777777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E10F60" w14:textId="51FE95A8" w:rsidR="002C5BA2" w:rsidRPr="002C5BA2" w:rsidRDefault="002C5BA2" w:rsidP="002C5BA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417CE96" w14:textId="77777777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5D1BF3" w14:textId="2EC032D0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05E961" w14:textId="1E6A14CE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občerstvení + smíšený prodej</w:t>
            </w:r>
          </w:p>
        </w:tc>
      </w:tr>
      <w:tr w:rsidR="002C5BA2" w:rsidRPr="005C0F58" w14:paraId="79CEC592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E45054" w14:textId="69A77A75" w:rsidR="002C5BA2" w:rsidRPr="002C5BA2" w:rsidRDefault="002C5BA2" w:rsidP="002C5BA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EA8A3E" w14:textId="66ACE200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7975/43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C66F1F" w14:textId="1166F890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psí výběh podél ul. Tvrdonické – část plochy zeleně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3A1E92D" w14:textId="77777777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7B595C" w14:textId="365A68A1" w:rsidR="002C5BA2" w:rsidRPr="002C5BA2" w:rsidRDefault="002C5BA2" w:rsidP="002C5BA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1FFB7B" w14:textId="77777777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DFF8E72" w14:textId="456CCACB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08B9DA" w14:textId="79ACB392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občerstvení + smíšený prodej</w:t>
            </w:r>
          </w:p>
        </w:tc>
      </w:tr>
      <w:tr w:rsidR="002C5BA2" w:rsidRPr="005C0F58" w14:paraId="05815BA8" w14:textId="77777777" w:rsidTr="002C5BA2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7E6907" w14:textId="54E716E3" w:rsidR="002C5BA2" w:rsidRPr="002C5BA2" w:rsidRDefault="002C5BA2" w:rsidP="002C5BA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8FF61A" w14:textId="7171E278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7975/37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E12500" w14:textId="390A0E4E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psí výběh podél ul. Tvrdonické – část plochy zeleně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555DDF" w14:textId="77777777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FF0B01" w14:textId="51D391CA" w:rsidR="002C5BA2" w:rsidRPr="002C5BA2" w:rsidRDefault="002C5BA2" w:rsidP="002C5BA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55FAC8" w14:textId="77777777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E82A732" w14:textId="3C8CC8DA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54E927" w14:textId="00021E34" w:rsidR="002C5BA2" w:rsidRPr="002C5BA2" w:rsidRDefault="002C5BA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občerstvení + smíšený prodej</w:t>
            </w:r>
          </w:p>
        </w:tc>
      </w:tr>
      <w:tr w:rsidR="00980315" w:rsidRPr="005C0F58" w14:paraId="15A7FADF" w14:textId="77777777" w:rsidTr="00980315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E63D23" w14:textId="09067E09" w:rsidR="00980315" w:rsidRDefault="00980315" w:rsidP="002C5BA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C43AA9" w14:textId="7B184FC3" w:rsidR="00980315" w:rsidRPr="002C5BA2" w:rsidRDefault="00980315" w:rsidP="0098031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9367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0B4229" w14:textId="5EFDB389" w:rsidR="00980315" w:rsidRPr="002C5BA2" w:rsidRDefault="00980315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 xml:space="preserve">dětské hřiště </w:t>
            </w:r>
            <w:r w:rsidR="009C555C">
              <w:rPr>
                <w:rFonts w:ascii="Arial" w:hAnsi="Arial" w:cs="Arial"/>
                <w:sz w:val="16"/>
                <w:szCs w:val="16"/>
              </w:rPr>
              <w:t xml:space="preserve">Valtická </w:t>
            </w:r>
            <w:r w:rsidRPr="002C5BA2">
              <w:rPr>
                <w:rFonts w:ascii="Arial" w:hAnsi="Arial" w:cs="Arial"/>
                <w:sz w:val="16"/>
                <w:szCs w:val="16"/>
              </w:rPr>
              <w:t xml:space="preserve">za </w:t>
            </w:r>
            <w:r w:rsidR="009C555C">
              <w:rPr>
                <w:rFonts w:ascii="Arial" w:hAnsi="Arial" w:cs="Arial"/>
                <w:sz w:val="16"/>
                <w:szCs w:val="16"/>
              </w:rPr>
              <w:t>blokem domů</w:t>
            </w:r>
            <w:r w:rsidR="00E74C0A">
              <w:rPr>
                <w:rFonts w:ascii="Arial" w:hAnsi="Arial" w:cs="Arial"/>
                <w:sz w:val="16"/>
                <w:szCs w:val="16"/>
              </w:rPr>
              <w:t xml:space="preserve"> na ul.</w:t>
            </w:r>
            <w:r w:rsidR="009C555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C5BA2">
              <w:rPr>
                <w:rFonts w:ascii="Arial" w:hAnsi="Arial" w:cs="Arial"/>
                <w:sz w:val="16"/>
                <w:szCs w:val="16"/>
              </w:rPr>
              <w:t>Mutěnick</w:t>
            </w:r>
            <w:r w:rsidR="009C555C">
              <w:rPr>
                <w:rFonts w:ascii="Arial" w:hAnsi="Arial" w:cs="Arial"/>
                <w:sz w:val="16"/>
                <w:szCs w:val="16"/>
              </w:rPr>
              <w:t>á</w:t>
            </w:r>
            <w:r w:rsidRPr="002C5BA2">
              <w:rPr>
                <w:rFonts w:ascii="Arial" w:hAnsi="Arial" w:cs="Arial"/>
                <w:sz w:val="16"/>
                <w:szCs w:val="16"/>
              </w:rPr>
              <w:t xml:space="preserve"> or. č. 17</w:t>
            </w:r>
            <w:r w:rsidR="00F26EC5">
              <w:rPr>
                <w:rFonts w:ascii="Arial" w:hAnsi="Arial" w:cs="Arial"/>
                <w:sz w:val="16"/>
                <w:szCs w:val="16"/>
              </w:rPr>
              <w:t xml:space="preserve">, 19, </w:t>
            </w:r>
            <w:r w:rsidR="009C555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1F5CD6D" w14:textId="77777777" w:rsidR="00980315" w:rsidRPr="002C5BA2" w:rsidRDefault="00980315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D6A0B8" w14:textId="7135F748" w:rsidR="00980315" w:rsidRPr="002C5BA2" w:rsidRDefault="00980315" w:rsidP="002C5BA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DE08FAD" w14:textId="77777777" w:rsidR="00980315" w:rsidRPr="002C5BA2" w:rsidRDefault="00980315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F4E212" w14:textId="77777777" w:rsidR="00980315" w:rsidRPr="002C5BA2" w:rsidRDefault="00980315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91C10D" w14:textId="797B4B01" w:rsidR="00980315" w:rsidRPr="002C5BA2" w:rsidRDefault="00980315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občerstvení + smíšený prode</w:t>
            </w:r>
            <w:r>
              <w:rPr>
                <w:rFonts w:ascii="Arial" w:hAnsi="Arial" w:cs="Arial"/>
                <w:sz w:val="16"/>
                <w:szCs w:val="16"/>
              </w:rPr>
              <w:t>j s výjimkou alkoholických nápojů a tabákových výrobků</w:t>
            </w:r>
          </w:p>
        </w:tc>
      </w:tr>
      <w:tr w:rsidR="00F80ED2" w:rsidRPr="005C0F58" w14:paraId="788FF291" w14:textId="77777777" w:rsidTr="00B66125">
        <w:trPr>
          <w:trHeight w:val="289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572800" w14:textId="46FE83BE" w:rsidR="00F80ED2" w:rsidRDefault="00F80ED2" w:rsidP="002C5BA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A6460B" w14:textId="7029B6DC" w:rsidR="00F80ED2" w:rsidRDefault="00F80ED2" w:rsidP="0098031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7623/149</w:t>
            </w:r>
          </w:p>
        </w:tc>
        <w:tc>
          <w:tcPr>
            <w:tcW w:w="1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D9D6C2" w14:textId="4BEF3037" w:rsidR="00F80ED2" w:rsidRPr="002C5BA2" w:rsidRDefault="00F80ED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Pálavské nám. or. č. 13 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10A440" w14:textId="77777777" w:rsidR="00F80ED2" w:rsidRPr="002C5BA2" w:rsidRDefault="00F80ED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79E194" w14:textId="70B614B3" w:rsidR="00F80ED2" w:rsidRDefault="00F80ED2" w:rsidP="002C5BA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CF9254" w14:textId="77777777" w:rsidR="00F80ED2" w:rsidRPr="002C5BA2" w:rsidRDefault="00F80ED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2D76C2" w14:textId="77777777" w:rsidR="00F80ED2" w:rsidRPr="002C5BA2" w:rsidRDefault="00F80ED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31CCF1" w14:textId="0D939B4F" w:rsidR="00F80ED2" w:rsidRPr="002C5BA2" w:rsidRDefault="00F80ED2" w:rsidP="002C5B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prodej kaprů</w:t>
            </w:r>
          </w:p>
        </w:tc>
      </w:tr>
    </w:tbl>
    <w:p w14:paraId="18CFDD4E" w14:textId="77777777" w:rsidR="00376612" w:rsidRDefault="00376612" w:rsidP="00376612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6C0E073A" w14:textId="25390DB7" w:rsidR="00FE1565" w:rsidRPr="002C5BA2" w:rsidRDefault="00FE1565" w:rsidP="000F18FB">
      <w:pPr>
        <w:pStyle w:val="Zkladntext"/>
        <w:spacing w:before="28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2C5BA2">
        <w:rPr>
          <w:rFonts w:ascii="Arial" w:hAnsi="Arial" w:cs="Arial"/>
          <w:b/>
          <w:bCs/>
          <w:sz w:val="22"/>
          <w:szCs w:val="22"/>
        </w:rPr>
        <w:t xml:space="preserve">HLAVA </w:t>
      </w:r>
      <w:r w:rsidR="00A721D4" w:rsidRPr="002C5BA2">
        <w:rPr>
          <w:rFonts w:ascii="Arial" w:hAnsi="Arial" w:cs="Arial"/>
          <w:b/>
          <w:bCs/>
          <w:sz w:val="22"/>
          <w:szCs w:val="22"/>
        </w:rPr>
        <w:t>C</w:t>
      </w:r>
      <w:r w:rsidRPr="002C5BA2">
        <w:rPr>
          <w:rFonts w:ascii="Arial" w:hAnsi="Arial" w:cs="Arial"/>
          <w:b/>
          <w:bCs/>
          <w:sz w:val="22"/>
          <w:szCs w:val="22"/>
        </w:rPr>
        <w:t>:  Restaurační zahrádky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08"/>
        <w:gridCol w:w="1098"/>
        <w:gridCol w:w="2605"/>
        <w:gridCol w:w="790"/>
        <w:gridCol w:w="824"/>
        <w:gridCol w:w="1068"/>
        <w:gridCol w:w="1307"/>
        <w:gridCol w:w="1483"/>
      </w:tblGrid>
      <w:tr w:rsidR="00FE1565" w:rsidRPr="005C0F58" w14:paraId="319B1681" w14:textId="77777777" w:rsidTr="000F18FB">
        <w:trPr>
          <w:trHeight w:val="274"/>
        </w:trPr>
        <w:tc>
          <w:tcPr>
            <w:tcW w:w="2145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3824AB" w14:textId="77777777" w:rsidR="00FE1565" w:rsidRPr="00376612" w:rsidRDefault="00FE1565" w:rsidP="00FE6FE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661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4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E3A3D8" w14:textId="77777777" w:rsidR="00FE1565" w:rsidRPr="00376612" w:rsidRDefault="00FE1565" w:rsidP="00FE6FE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661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3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114259" w14:textId="77777777" w:rsidR="00FE1565" w:rsidRPr="00376612" w:rsidRDefault="00FE1565" w:rsidP="00FE6FE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661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22B48F7" w14:textId="77777777" w:rsidR="00FE1565" w:rsidRPr="00376612" w:rsidRDefault="00FE1565" w:rsidP="00FE6FEC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661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0311A129" w14:textId="77777777" w:rsidTr="000F18FB"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BB267C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C031CD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43433547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Židenice</w:t>
            </w:r>
          </w:p>
        </w:tc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5FBA4A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7A6606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A8D669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1365901" w14:textId="34490ECF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(m</w:t>
            </w:r>
            <w:r w:rsidR="00376612" w:rsidRPr="0037661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7661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01538F" w14:textId="77777777" w:rsidR="00FE1565" w:rsidRPr="00376612" w:rsidRDefault="00FE1565" w:rsidP="002A458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EF4069" w14:textId="77777777" w:rsidR="00FE1565" w:rsidRPr="00376612" w:rsidRDefault="00FE1565" w:rsidP="002A458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386BD1C" w14:textId="77777777" w:rsidR="00FE1565" w:rsidRPr="00376612" w:rsidRDefault="00FE1565" w:rsidP="002A458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60FA4493" w14:textId="77777777" w:rsidTr="00A52B3A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604808" w14:textId="77777777" w:rsidR="00FE1565" w:rsidRPr="00376612" w:rsidRDefault="00FE1565" w:rsidP="002A53C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73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B84635" w14:textId="77777777" w:rsidR="00FE1565" w:rsidRPr="00376612" w:rsidRDefault="00FE1565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8753/6</w:t>
            </w:r>
          </w:p>
        </w:tc>
        <w:tc>
          <w:tcPr>
            <w:tcW w:w="13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6A2DEE" w14:textId="77777777" w:rsidR="00FE1565" w:rsidRPr="00376612" w:rsidRDefault="00FE1565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 xml:space="preserve">Žarošická ul. </w:t>
            </w:r>
            <w:r w:rsidR="00FE6FEC" w:rsidRPr="00376612">
              <w:rPr>
                <w:rFonts w:ascii="Arial" w:hAnsi="Arial" w:cs="Arial"/>
                <w:sz w:val="16"/>
                <w:szCs w:val="16"/>
              </w:rPr>
              <w:t>–</w:t>
            </w:r>
            <w:r w:rsidRPr="00376612">
              <w:rPr>
                <w:rFonts w:ascii="Arial" w:hAnsi="Arial" w:cs="Arial"/>
                <w:sz w:val="16"/>
                <w:szCs w:val="16"/>
              </w:rPr>
              <w:t xml:space="preserve"> před pizzerií K1 or. č. 24</w:t>
            </w:r>
          </w:p>
        </w:tc>
        <w:tc>
          <w:tcPr>
            <w:tcW w:w="41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70D2A9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4E7702" w14:textId="77777777" w:rsidR="00FE1565" w:rsidRPr="00376612" w:rsidRDefault="00FE1565" w:rsidP="002A53C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46,25</w:t>
            </w:r>
          </w:p>
        </w:tc>
        <w:tc>
          <w:tcPr>
            <w:tcW w:w="55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386ADB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683950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6B7F2A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65AE" w:rsidRPr="005C0F58" w14:paraId="1B6F416A" w14:textId="77777777" w:rsidTr="00A52B3A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469A83" w14:textId="42BACACD" w:rsidR="00DB65AE" w:rsidRPr="00376612" w:rsidRDefault="00DB65AE" w:rsidP="00DB65A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A23BC0" w14:textId="1302F2F7" w:rsidR="00DB65AE" w:rsidRPr="00376612" w:rsidRDefault="00DB65AE" w:rsidP="00DB65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7652/9</w:t>
            </w:r>
          </w:p>
        </w:tc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DB1C60" w14:textId="732FB50F" w:rsidR="00DB65AE" w:rsidRPr="00376612" w:rsidRDefault="00DB65AE" w:rsidP="00DB65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Velkopavlovická ul. – před restaurací U radnice</w:t>
            </w: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BDC70BC" w14:textId="77777777" w:rsidR="00DB65AE" w:rsidRPr="00376612" w:rsidRDefault="00DB65AE" w:rsidP="00DB65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DD9851" w14:textId="0841FDA8" w:rsidR="00DB65AE" w:rsidRPr="00376612" w:rsidRDefault="00DB65AE" w:rsidP="00DB65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2921DC" w14:textId="77777777" w:rsidR="00DB65AE" w:rsidRPr="00376612" w:rsidRDefault="00DB65AE" w:rsidP="00DB65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04C4E0" w14:textId="77777777" w:rsidR="00DB65AE" w:rsidRPr="00376612" w:rsidRDefault="00DB65AE" w:rsidP="00DB65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D017195" w14:textId="77777777" w:rsidR="00DB65AE" w:rsidRPr="00376612" w:rsidRDefault="00DB65AE" w:rsidP="00DB65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5E62300E" w14:textId="77777777" w:rsidTr="000F18FB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7449AA6" w14:textId="77777777" w:rsidR="00FE1565" w:rsidRPr="00376612" w:rsidRDefault="00FE1565" w:rsidP="002A53C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DEDA7A6" w14:textId="77777777" w:rsidR="00FE1565" w:rsidRPr="00376612" w:rsidRDefault="00FE1565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7652/9</w:t>
            </w:r>
          </w:p>
        </w:tc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14560E0" w14:textId="77777777" w:rsidR="00FE1565" w:rsidRPr="00376612" w:rsidRDefault="00FE1565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 xml:space="preserve">Velkopavlovická ul. </w:t>
            </w:r>
            <w:r w:rsidR="00FE6FEC" w:rsidRPr="00376612">
              <w:rPr>
                <w:rFonts w:ascii="Arial" w:hAnsi="Arial" w:cs="Arial"/>
                <w:sz w:val="16"/>
                <w:szCs w:val="16"/>
              </w:rPr>
              <w:t>–</w:t>
            </w:r>
            <w:r w:rsidRPr="00376612">
              <w:rPr>
                <w:rFonts w:ascii="Arial" w:hAnsi="Arial" w:cs="Arial"/>
                <w:sz w:val="16"/>
                <w:szCs w:val="16"/>
              </w:rPr>
              <w:t xml:space="preserve"> před cukrárnou or. č. 25</w:t>
            </w: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DA2357C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2EAB428" w14:textId="77777777" w:rsidR="00FE1565" w:rsidRPr="00376612" w:rsidRDefault="00FE1565" w:rsidP="002A53C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10E41C4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AFDD0DF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642DE97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43C4395C" w14:textId="77777777" w:rsidTr="000F18FB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7DA63D2" w14:textId="77777777" w:rsidR="00FE1565" w:rsidRPr="00376612" w:rsidRDefault="00FE1565" w:rsidP="002A53C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0346E39" w14:textId="77777777" w:rsidR="00FE1565" w:rsidRPr="00376612" w:rsidRDefault="00FE1565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7348/3</w:t>
            </w:r>
          </w:p>
        </w:tc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67528CB" w14:textId="77777777" w:rsidR="00FE1565" w:rsidRPr="00376612" w:rsidRDefault="00FE1565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 xml:space="preserve">Věstonická ul. </w:t>
            </w:r>
            <w:r w:rsidR="00FE6FEC" w:rsidRPr="00376612">
              <w:rPr>
                <w:rFonts w:ascii="Arial" w:hAnsi="Arial" w:cs="Arial"/>
                <w:sz w:val="16"/>
                <w:szCs w:val="16"/>
              </w:rPr>
              <w:t>–</w:t>
            </w:r>
            <w:r w:rsidRPr="00376612">
              <w:rPr>
                <w:rFonts w:ascii="Arial" w:hAnsi="Arial" w:cs="Arial"/>
                <w:sz w:val="16"/>
                <w:szCs w:val="16"/>
              </w:rPr>
              <w:t xml:space="preserve"> před restaurací U vrtule</w:t>
            </w: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7AAD468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FA35966" w14:textId="77777777" w:rsidR="00FE1565" w:rsidRPr="00376612" w:rsidRDefault="00FE1565" w:rsidP="002A53C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8A959B4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3E2F1FB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46A0EBE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7042566A" w14:textId="77777777" w:rsidTr="00A52B3A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D949F3" w14:textId="77777777" w:rsidR="00FE1565" w:rsidRPr="00376612" w:rsidRDefault="00FE1565" w:rsidP="002A53C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F6CCB6" w14:textId="77777777" w:rsidR="00FE1565" w:rsidRPr="00376612" w:rsidRDefault="00FE1565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8983</w:t>
            </w:r>
          </w:p>
        </w:tc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184F5D" w14:textId="77777777" w:rsidR="00FE1565" w:rsidRPr="00376612" w:rsidRDefault="00FE1565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před objektem "Centrum zábavy a sportu" na Blatnické ul. or. č. 9</w:t>
            </w: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A97654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2D62A8" w14:textId="77777777" w:rsidR="00FE1565" w:rsidRPr="00376612" w:rsidRDefault="00FE1565" w:rsidP="002A53C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2EC7B0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AF59C4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413A233" w14:textId="77777777" w:rsidR="00FE1565" w:rsidRPr="00376612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A84" w:rsidRPr="005C0F58" w14:paraId="3F328637" w14:textId="77777777" w:rsidTr="000F18FB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FA232F" w14:textId="77777777" w:rsidR="00FC5A84" w:rsidRPr="00376612" w:rsidRDefault="00FC5A84" w:rsidP="002A53C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249386" w14:textId="77777777" w:rsidR="00FC5A84" w:rsidRPr="00376612" w:rsidRDefault="00FC5A84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7652/9</w:t>
            </w:r>
          </w:p>
        </w:tc>
        <w:tc>
          <w:tcPr>
            <w:tcW w:w="1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3C402A" w14:textId="77777777" w:rsidR="00FC5A84" w:rsidRPr="00376612" w:rsidRDefault="00FC5A84" w:rsidP="002A53C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Velkopavlovická ul. – před pizzerií MARE or. č. 25</w:t>
            </w: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7665D8" w14:textId="77777777" w:rsidR="00FC5A84" w:rsidRPr="00376612" w:rsidRDefault="00FC5A8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2E0077" w14:textId="77777777" w:rsidR="00FC5A84" w:rsidRPr="00376612" w:rsidRDefault="00FC5A84" w:rsidP="002A53C5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D48568" w14:textId="77777777" w:rsidR="00FC5A84" w:rsidRPr="00376612" w:rsidRDefault="00FC5A8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60EDF1E" w14:textId="77777777" w:rsidR="00FC5A84" w:rsidRPr="00376612" w:rsidRDefault="00FC5A8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39250CD" w14:textId="77777777" w:rsidR="00FC5A84" w:rsidRPr="00376612" w:rsidRDefault="00FC5A84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256083" w14:textId="77777777" w:rsidR="00376612" w:rsidRDefault="00376612" w:rsidP="00376612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76F5F0AF" w14:textId="141A0458" w:rsidR="00FE1565" w:rsidRPr="002C5BA2" w:rsidRDefault="00FE1565" w:rsidP="000F18FB">
      <w:pPr>
        <w:pStyle w:val="Zkladntext"/>
        <w:spacing w:before="280" w:after="120" w:line="240" w:lineRule="auto"/>
        <w:rPr>
          <w:rFonts w:ascii="Arial" w:hAnsi="Arial" w:cs="Arial"/>
          <w:sz w:val="22"/>
          <w:szCs w:val="22"/>
        </w:rPr>
      </w:pPr>
      <w:r w:rsidRPr="002C5BA2">
        <w:rPr>
          <w:rFonts w:ascii="Arial" w:hAnsi="Arial" w:cs="Arial"/>
          <w:b/>
          <w:bCs/>
          <w:sz w:val="22"/>
          <w:szCs w:val="22"/>
        </w:rPr>
        <w:t xml:space="preserve">HLAVA </w:t>
      </w:r>
      <w:r w:rsidR="00A721D4" w:rsidRPr="002C5BA2">
        <w:rPr>
          <w:rFonts w:ascii="Arial" w:hAnsi="Arial" w:cs="Arial"/>
          <w:b/>
          <w:bCs/>
          <w:sz w:val="22"/>
          <w:szCs w:val="22"/>
        </w:rPr>
        <w:t>D</w:t>
      </w:r>
      <w:r w:rsidRPr="002C5BA2">
        <w:rPr>
          <w:rFonts w:ascii="Arial" w:hAnsi="Arial" w:cs="Arial"/>
          <w:b/>
          <w:bCs/>
          <w:sz w:val="22"/>
          <w:szCs w:val="22"/>
        </w:rPr>
        <w:t>: Předsunutá prodejní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2"/>
        <w:gridCol w:w="1117"/>
        <w:gridCol w:w="2482"/>
        <w:gridCol w:w="880"/>
        <w:gridCol w:w="832"/>
        <w:gridCol w:w="1119"/>
        <w:gridCol w:w="1267"/>
        <w:gridCol w:w="1474"/>
      </w:tblGrid>
      <w:tr w:rsidR="00FE1565" w:rsidRPr="005C0F58" w14:paraId="30843002" w14:textId="77777777">
        <w:trPr>
          <w:trHeight w:val="274"/>
        </w:trPr>
        <w:tc>
          <w:tcPr>
            <w:tcW w:w="209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1F6B20" w14:textId="77777777" w:rsidR="00FE1565" w:rsidRPr="00376612" w:rsidRDefault="00FE1565" w:rsidP="005D763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661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9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5D86B6" w14:textId="77777777" w:rsidR="00FE1565" w:rsidRPr="00376612" w:rsidRDefault="00FE1565" w:rsidP="005D763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661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4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05D706" w14:textId="77777777" w:rsidR="00FE1565" w:rsidRPr="00376612" w:rsidRDefault="00FE1565" w:rsidP="005D763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661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216D207" w14:textId="77777777" w:rsidR="00FE1565" w:rsidRPr="00376612" w:rsidRDefault="00FE1565" w:rsidP="005D763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661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533F5" w:rsidRPr="005C0F58" w14:paraId="6520A13C" w14:textId="77777777">
        <w:tc>
          <w:tcPr>
            <w:tcW w:w="21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3291EB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14D25D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76D72C7F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Židenice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D307DD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E1695A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9360C9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7F4D69C" w14:textId="152F89D6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(m</w:t>
            </w:r>
            <w:r w:rsidR="00376612" w:rsidRPr="0037661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7661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DA0579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10D4E3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1C3F1D0" w14:textId="77777777" w:rsidR="00FE1565" w:rsidRPr="00376612" w:rsidRDefault="00FE1565" w:rsidP="00376612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721D4" w:rsidRPr="005C0F58" w14:paraId="28A01F2D" w14:textId="77777777">
        <w:tc>
          <w:tcPr>
            <w:tcW w:w="2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D6717C" w14:textId="77777777" w:rsidR="00A721D4" w:rsidRPr="00376612" w:rsidRDefault="00A721D4" w:rsidP="003533F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83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CC7118" w14:textId="77777777" w:rsidR="00A721D4" w:rsidRPr="0037661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9390</w:t>
            </w:r>
          </w:p>
        </w:tc>
        <w:tc>
          <w:tcPr>
            <w:tcW w:w="129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1B97C2" w14:textId="77777777" w:rsidR="00A721D4" w:rsidRPr="0037661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Pálavské nám. u or. č. 5 – před provozovnami v obch. centru</w:t>
            </w:r>
          </w:p>
        </w:tc>
        <w:tc>
          <w:tcPr>
            <w:tcW w:w="4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399D8DA" w14:textId="77777777" w:rsidR="00A721D4" w:rsidRPr="0037661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20E1D7" w14:textId="77777777" w:rsidR="00A721D4" w:rsidRPr="00376612" w:rsidRDefault="007C65D8" w:rsidP="0030596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3</w:t>
            </w:r>
            <w:r w:rsidR="00A721D4" w:rsidRPr="0037661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8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84A2E3" w14:textId="77777777" w:rsidR="00A721D4" w:rsidRPr="0037661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69B7A0" w14:textId="77777777" w:rsidR="00A721D4" w:rsidRPr="0037661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B67B2C" w14:textId="77777777" w:rsidR="00A721D4" w:rsidRPr="00376612" w:rsidRDefault="00A721D4" w:rsidP="007C65D8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květiny, ovoce, zelenina</w:t>
            </w:r>
          </w:p>
        </w:tc>
      </w:tr>
      <w:tr w:rsidR="00A721D4" w:rsidRPr="005C0F58" w14:paraId="0539113F" w14:textId="77777777" w:rsidTr="00376612"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D8D32C" w14:textId="77777777" w:rsidR="00A721D4" w:rsidRPr="00376612" w:rsidRDefault="00A721D4" w:rsidP="003533F5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29FFF3" w14:textId="77777777" w:rsidR="00A721D4" w:rsidRPr="0037661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9018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4CD342" w14:textId="77777777" w:rsidR="00A721D4" w:rsidRPr="0037661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Blatnická ul. – před prodejnou ovoce a zeleniny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517DD7" w14:textId="77777777" w:rsidR="00A721D4" w:rsidRPr="0037661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558C67" w14:textId="77777777" w:rsidR="00A721D4" w:rsidRPr="00376612" w:rsidRDefault="00A721D4" w:rsidP="0030596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F82974" w14:textId="77777777" w:rsidR="00A721D4" w:rsidRPr="0037661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5B1F68" w14:textId="77777777" w:rsidR="00A721D4" w:rsidRPr="00376612" w:rsidRDefault="00A721D4" w:rsidP="0030596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D0B192" w14:textId="77777777" w:rsidR="00A721D4" w:rsidRPr="00376612" w:rsidRDefault="00A721D4" w:rsidP="0037661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</w:tr>
      <w:tr w:rsidR="00BA5A66" w:rsidRPr="005C0F58" w14:paraId="688C1D46" w14:textId="77777777" w:rsidTr="00376612"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57643E" w14:textId="77777777" w:rsidR="00BA5A66" w:rsidRPr="00376612" w:rsidRDefault="00BA5A66" w:rsidP="00BA5A6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AD8DDE" w14:textId="77777777" w:rsidR="00BA5A66" w:rsidRPr="00376612" w:rsidRDefault="00BA5A66" w:rsidP="00BA5A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9395/5, 7623/149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28547E" w14:textId="77777777" w:rsidR="00BA5A66" w:rsidRPr="00376612" w:rsidRDefault="00BA5A66" w:rsidP="00BA5A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před provozovnami v objektu Pálavské nám. or. č. 13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3E2D42" w14:textId="77777777" w:rsidR="00BA5A66" w:rsidRPr="00376612" w:rsidRDefault="00BA5A66" w:rsidP="00BA5A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5AFB64" w14:textId="77777777" w:rsidR="00BA5A66" w:rsidRPr="00376612" w:rsidRDefault="00BA5A66" w:rsidP="00BA5A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6612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86B10EF" w14:textId="77777777" w:rsidR="00BA5A66" w:rsidRPr="00376612" w:rsidRDefault="00BA5A66" w:rsidP="00BA5A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755FFE" w14:textId="77777777" w:rsidR="00BA5A66" w:rsidRPr="00376612" w:rsidRDefault="00BA5A66" w:rsidP="00BA5A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F04B78" w14:textId="77777777" w:rsidR="00BA5A66" w:rsidRPr="00376612" w:rsidRDefault="00BA5A66" w:rsidP="0037661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A5E" w:rsidRPr="005C0F58" w14:paraId="4A8A1E68" w14:textId="77777777" w:rsidTr="00376612">
        <w:tc>
          <w:tcPr>
            <w:tcW w:w="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0DC22C" w14:textId="0EE936A9" w:rsidR="00EB2A5E" w:rsidRPr="00376612" w:rsidRDefault="00EB2A5E" w:rsidP="00BA5A6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6F4D7A" w14:textId="77777777" w:rsidR="00EB2A5E" w:rsidRDefault="00EB2A5E" w:rsidP="00BA5A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7652/22,</w:t>
            </w:r>
          </w:p>
          <w:p w14:paraId="17DEED1A" w14:textId="6971DB43" w:rsidR="00EB2A5E" w:rsidRPr="00376612" w:rsidRDefault="00EB2A5E" w:rsidP="00BA5A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7652/24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3AAD20" w14:textId="3D292FBA" w:rsidR="00EB2A5E" w:rsidRPr="00376612" w:rsidRDefault="00946FC9" w:rsidP="00BA5A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Pálavské nám. or. č. 1 – před provozovnou v zeleni při ústí ul. Bzenecké na Pálavské nám.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C1084B0" w14:textId="77777777" w:rsidR="00EB2A5E" w:rsidRPr="00376612" w:rsidRDefault="00EB2A5E" w:rsidP="00BA5A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BF022A" w14:textId="199217E2" w:rsidR="00EB2A5E" w:rsidRPr="00376612" w:rsidRDefault="00EB2A5E" w:rsidP="00BA5A6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C3083B" w14:textId="77777777" w:rsidR="00EB2A5E" w:rsidRPr="00376612" w:rsidRDefault="00EB2A5E" w:rsidP="00BA5A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71FACC1" w14:textId="77777777" w:rsidR="00EB2A5E" w:rsidRPr="00376612" w:rsidRDefault="00EB2A5E" w:rsidP="00BA5A6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334279" w14:textId="7B51464C" w:rsidR="00EB2A5E" w:rsidRPr="00376612" w:rsidRDefault="00EB2A5E" w:rsidP="0037661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prodej občerstvení + smíšený prode</w:t>
            </w: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</w:tbl>
    <w:p w14:paraId="624BE8BC" w14:textId="77777777" w:rsidR="00A806BC" w:rsidRPr="005C0F58" w:rsidRDefault="00A806BC" w:rsidP="00376612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152C5A21" w14:textId="77777777" w:rsidR="00FE1565" w:rsidRPr="002C5BA2" w:rsidRDefault="00FE1565" w:rsidP="000F18FB">
      <w:pPr>
        <w:pStyle w:val="Zkladntext"/>
        <w:spacing w:before="28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2C5BA2">
        <w:rPr>
          <w:rFonts w:ascii="Arial" w:hAnsi="Arial" w:cs="Arial"/>
          <w:b/>
          <w:bCs/>
          <w:sz w:val="22"/>
          <w:szCs w:val="22"/>
        </w:rPr>
        <w:t xml:space="preserve">HLAVA </w:t>
      </w:r>
      <w:r w:rsidR="00A721D4" w:rsidRPr="002C5BA2">
        <w:rPr>
          <w:rFonts w:ascii="Arial" w:hAnsi="Arial" w:cs="Arial"/>
          <w:b/>
          <w:bCs/>
          <w:sz w:val="22"/>
          <w:szCs w:val="22"/>
        </w:rPr>
        <w:t>E</w:t>
      </w:r>
      <w:r w:rsidRPr="002C5BA2">
        <w:rPr>
          <w:rFonts w:ascii="Arial" w:hAnsi="Arial" w:cs="Arial"/>
          <w:b/>
          <w:bCs/>
          <w:sz w:val="22"/>
          <w:szCs w:val="22"/>
        </w:rPr>
        <w:t>: Pojízdný prodej, pochůzkový prodej a prodej bez prodejního zařízení</w:t>
      </w:r>
    </w:p>
    <w:p w14:paraId="618A51B1" w14:textId="77777777" w:rsidR="00FE1565" w:rsidRPr="005C0F58" w:rsidRDefault="00FE1565" w:rsidP="00B03816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Pojízdný prodej, pochůzkový prodej a prodej bez prodejního zařízení je možno provozovat při splnění požadavků právních předpisů na celém území MČ Brno-Vinohrady. </w:t>
      </w:r>
    </w:p>
    <w:p w14:paraId="779ACE32" w14:textId="4DF19697" w:rsidR="00301138" w:rsidRPr="00090572" w:rsidRDefault="00301138" w:rsidP="00301138">
      <w:pPr>
        <w:pStyle w:val="Zkladntext"/>
        <w:rPr>
          <w:rFonts w:ascii="Arial" w:hAnsi="Arial" w:cs="Arial"/>
          <w:b/>
          <w:bCs/>
          <w:sz w:val="22"/>
          <w:szCs w:val="22"/>
        </w:rPr>
      </w:pPr>
      <w:bookmarkStart w:id="48" w:name="_Hlk46215961"/>
      <w:r w:rsidRPr="00090572">
        <w:rPr>
          <w:rFonts w:ascii="Arial" w:hAnsi="Arial" w:cs="Arial"/>
          <w:b/>
          <w:bCs/>
          <w:sz w:val="22"/>
          <w:szCs w:val="22"/>
        </w:rPr>
        <w:lastRenderedPageBreak/>
        <w:t>ČÁST XXVII</w:t>
      </w:r>
    </w:p>
    <w:p w14:paraId="08E55BCA" w14:textId="77777777" w:rsidR="00301138" w:rsidRPr="00301138" w:rsidRDefault="00301138" w:rsidP="00301138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090572">
        <w:rPr>
          <w:rFonts w:ascii="Arial" w:hAnsi="Arial" w:cs="Arial"/>
          <w:b/>
          <w:bCs/>
          <w:sz w:val="22"/>
          <w:szCs w:val="22"/>
        </w:rPr>
        <w:t>MČ BRNO-ŽABOVŘESKY</w:t>
      </w:r>
    </w:p>
    <w:p w14:paraId="1281F60B" w14:textId="77777777" w:rsidR="00301138" w:rsidRDefault="00301138" w:rsidP="00301138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61FEFF2A" w14:textId="15344D30" w:rsidR="00301138" w:rsidRPr="0042763A" w:rsidRDefault="00301138" w:rsidP="00301138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63A">
        <w:rPr>
          <w:rFonts w:ascii="Arial" w:hAnsi="Arial" w:cs="Arial"/>
          <w:b/>
          <w:bCs/>
          <w:sz w:val="22"/>
          <w:szCs w:val="22"/>
        </w:rPr>
        <w:t xml:space="preserve">HLAVA 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42763A">
        <w:rPr>
          <w:rFonts w:ascii="Arial" w:hAnsi="Arial" w:cs="Arial"/>
          <w:b/>
          <w:bCs/>
          <w:sz w:val="22"/>
          <w:szCs w:val="22"/>
        </w:rPr>
        <w:t>: Tržní místa</w:t>
      </w:r>
    </w:p>
    <w:tbl>
      <w:tblPr>
        <w:tblW w:w="5009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24"/>
        <w:gridCol w:w="1857"/>
        <w:gridCol w:w="2628"/>
        <w:gridCol w:w="904"/>
        <w:gridCol w:w="937"/>
        <w:gridCol w:w="770"/>
        <w:gridCol w:w="632"/>
        <w:gridCol w:w="1348"/>
      </w:tblGrid>
      <w:tr w:rsidR="00301138" w:rsidRPr="0042763A" w14:paraId="456D7A88" w14:textId="77777777" w:rsidTr="00301138">
        <w:trPr>
          <w:trHeight w:val="274"/>
        </w:trPr>
        <w:tc>
          <w:tcPr>
            <w:tcW w:w="260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8FE399" w14:textId="77777777" w:rsidR="00301138" w:rsidRPr="00A50FA6" w:rsidRDefault="00301138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1B294B" w14:textId="77777777" w:rsidR="00301138" w:rsidRPr="00A50FA6" w:rsidRDefault="00301138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73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0BEB60" w14:textId="77777777" w:rsidR="00301138" w:rsidRPr="00A50FA6" w:rsidRDefault="00301138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0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651A681" w14:textId="77777777" w:rsidR="00301138" w:rsidRPr="00A50FA6" w:rsidRDefault="00301138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01138" w:rsidRPr="0042763A" w14:paraId="109A25DD" w14:textId="77777777" w:rsidTr="00A357AF">
        <w:tc>
          <w:tcPr>
            <w:tcW w:w="27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027AD1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Č.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2E5B60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p. č.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k.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50FA6">
              <w:rPr>
                <w:rFonts w:cs="Arial"/>
                <w:sz w:val="16"/>
                <w:szCs w:val="16"/>
              </w:rPr>
              <w:t>ú.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Žabovřesky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74353D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bližší vymezení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2B23F3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počet prodej. míst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0F035C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výměra</w:t>
            </w:r>
          </w:p>
          <w:p w14:paraId="3100B16C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055B50">
              <w:rPr>
                <w:rFonts w:cs="Arial"/>
                <w:sz w:val="16"/>
                <w:szCs w:val="16"/>
              </w:rPr>
              <w:t>m</w:t>
            </w:r>
            <w:r w:rsidRPr="00055B50">
              <w:rPr>
                <w:rFonts w:cs="Arial"/>
                <w:sz w:val="16"/>
                <w:szCs w:val="16"/>
                <w:vertAlign w:val="superscript"/>
              </w:rPr>
              <w:t>2</w:t>
            </w:r>
            <w:proofErr w:type="spellEnd"/>
            <w:r w:rsidRPr="00055B5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A33D47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denní</w:t>
            </w: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727361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roční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0C13EFD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vymezení sortimentu</w:t>
            </w:r>
          </w:p>
        </w:tc>
      </w:tr>
      <w:tr w:rsidR="00301138" w:rsidRPr="0042763A" w14:paraId="6E5410DA" w14:textId="77777777" w:rsidTr="00A357AF">
        <w:tc>
          <w:tcPr>
            <w:tcW w:w="2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AB3A60" w14:textId="77777777" w:rsidR="00301138" w:rsidRPr="00A50FA6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967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EB1E80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2375/333</w:t>
            </w:r>
          </w:p>
        </w:tc>
        <w:tc>
          <w:tcPr>
            <w:tcW w:w="13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FDD75F" w14:textId="77777777" w:rsidR="00301138" w:rsidRPr="00A50FA6" w:rsidRDefault="00301138" w:rsidP="002E0BAF">
            <w:pPr>
              <w:pStyle w:val="Bezmezer"/>
              <w:rPr>
                <w:rFonts w:cs="Arial"/>
                <w:color w:val="FF0000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 xml:space="preserve">Makovského nám. – zpevněná plocha mezi parkovištěm a budovou </w:t>
            </w:r>
            <w:proofErr w:type="spellStart"/>
            <w:r w:rsidRPr="00A50FA6">
              <w:rPr>
                <w:rFonts w:cs="Arial"/>
                <w:sz w:val="16"/>
                <w:szCs w:val="16"/>
              </w:rPr>
              <w:t>Medispol</w:t>
            </w:r>
            <w:proofErr w:type="spellEnd"/>
          </w:p>
        </w:tc>
        <w:tc>
          <w:tcPr>
            <w:tcW w:w="4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3C48F5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C792A2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130</w:t>
            </w:r>
          </w:p>
        </w:tc>
        <w:tc>
          <w:tcPr>
            <w:tcW w:w="40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510A18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BFD323B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7CD069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3E7742A8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176AB1" w14:textId="77777777" w:rsidR="00301138" w:rsidRPr="00A50FA6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64C691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2375/333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228058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 xml:space="preserve">Makovského nám. </w:t>
            </w:r>
            <w:r>
              <w:rPr>
                <w:rFonts w:cs="Arial"/>
                <w:sz w:val="16"/>
                <w:szCs w:val="16"/>
              </w:rPr>
              <w:t>–</w:t>
            </w:r>
            <w:r w:rsidRPr="00A50F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část </w:t>
            </w:r>
            <w:r w:rsidRPr="00A50FA6">
              <w:rPr>
                <w:rFonts w:cs="Arial"/>
                <w:sz w:val="16"/>
                <w:szCs w:val="16"/>
              </w:rPr>
              <w:t>atri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mezi budovou </w:t>
            </w:r>
            <w:proofErr w:type="spellStart"/>
            <w:r>
              <w:rPr>
                <w:rFonts w:cs="Arial"/>
                <w:sz w:val="16"/>
                <w:szCs w:val="16"/>
              </w:rPr>
              <w:t>Medispol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KD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Rubín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EA27761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CA7BAF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650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7F7D24C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4B92C4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4A24EC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15BAE7D3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0450778" w14:textId="77777777" w:rsidR="00301138" w:rsidRPr="00A50FA6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33C314D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2375/334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73C4557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 xml:space="preserve">Makovského nám. </w:t>
            </w:r>
            <w:r>
              <w:rPr>
                <w:rFonts w:cs="Arial"/>
                <w:sz w:val="16"/>
                <w:szCs w:val="16"/>
              </w:rPr>
              <w:t>–</w:t>
            </w:r>
            <w:r w:rsidRPr="00A50F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část </w:t>
            </w:r>
            <w:r w:rsidRPr="00A50FA6">
              <w:rPr>
                <w:rFonts w:cs="Arial"/>
                <w:sz w:val="16"/>
                <w:szCs w:val="16"/>
              </w:rPr>
              <w:t>atri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přiléhající ke </w:t>
            </w:r>
            <w:proofErr w:type="spellStart"/>
            <w:r>
              <w:rPr>
                <w:rFonts w:cs="Arial"/>
                <w:sz w:val="16"/>
                <w:szCs w:val="16"/>
              </w:rPr>
              <w:t>KD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Rubín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E3D1843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8D88D44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6B05C1F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36CAD2C0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E03E027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02C6A2A6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E5C5136" w14:textId="77777777" w:rsidR="00301138" w:rsidRPr="00A50FA6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4.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6A449FF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2375/334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7B7C37C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 xml:space="preserve">Makovského nám. </w:t>
            </w:r>
            <w:r>
              <w:rPr>
                <w:rFonts w:cs="Arial"/>
                <w:sz w:val="16"/>
                <w:szCs w:val="16"/>
              </w:rPr>
              <w:t>–</w:t>
            </w:r>
            <w:r w:rsidRPr="00A50FA6">
              <w:rPr>
                <w:rFonts w:cs="Arial"/>
                <w:sz w:val="16"/>
                <w:szCs w:val="16"/>
              </w:rPr>
              <w:t xml:space="preserve"> terasa</w:t>
            </w:r>
            <w:r>
              <w:rPr>
                <w:rFonts w:cs="Arial"/>
                <w:sz w:val="16"/>
                <w:szCs w:val="16"/>
              </w:rPr>
              <w:t xml:space="preserve"> přiléhající ke </w:t>
            </w:r>
            <w:proofErr w:type="spellStart"/>
            <w:r>
              <w:rPr>
                <w:rFonts w:cs="Arial"/>
                <w:sz w:val="16"/>
                <w:szCs w:val="16"/>
              </w:rPr>
              <w:t>KD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Rubín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FD32BA8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33ED466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C673D5E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FAA4A11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2E83F06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42755729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95A6923" w14:textId="77777777" w:rsidR="00301138" w:rsidRPr="00A50FA6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C802B59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2375/361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C0BD8B1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 xml:space="preserve">Makovského nám. </w:t>
            </w:r>
            <w:r>
              <w:rPr>
                <w:rFonts w:cs="Arial"/>
                <w:sz w:val="16"/>
                <w:szCs w:val="16"/>
              </w:rPr>
              <w:t>–</w:t>
            </w:r>
            <w:r w:rsidRPr="00A50F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část </w:t>
            </w:r>
            <w:r w:rsidRPr="00A50FA6">
              <w:rPr>
                <w:rFonts w:cs="Arial"/>
                <w:sz w:val="16"/>
                <w:szCs w:val="16"/>
              </w:rPr>
              <w:t>atri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mezi supermarketem Billa a </w:t>
            </w:r>
            <w:proofErr w:type="spellStart"/>
            <w:r>
              <w:rPr>
                <w:rFonts w:cs="Arial"/>
                <w:sz w:val="16"/>
                <w:szCs w:val="16"/>
              </w:rPr>
              <w:t>KD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Rubín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D84AC3C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5D03A89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0627137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B9DFD7C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71241DB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43D19AC9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9D8940" w14:textId="77777777" w:rsidR="00301138" w:rsidRPr="00A50FA6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A72F6B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2375/332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D30D8A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 xml:space="preserve">Makovského nám. </w:t>
            </w:r>
            <w:r>
              <w:rPr>
                <w:rFonts w:cs="Arial"/>
                <w:sz w:val="16"/>
                <w:szCs w:val="16"/>
              </w:rPr>
              <w:t>–</w:t>
            </w:r>
            <w:r w:rsidRPr="00A50FA6">
              <w:rPr>
                <w:rFonts w:cs="Arial"/>
                <w:sz w:val="16"/>
                <w:szCs w:val="16"/>
              </w:rPr>
              <w:t xml:space="preserve"> plocha</w:t>
            </w:r>
            <w:r>
              <w:rPr>
                <w:rFonts w:cs="Arial"/>
                <w:sz w:val="16"/>
                <w:szCs w:val="16"/>
              </w:rPr>
              <w:t xml:space="preserve"> zeleně</w:t>
            </w:r>
            <w:r w:rsidRPr="00A50FA6">
              <w:rPr>
                <w:rFonts w:cs="Arial"/>
                <w:sz w:val="16"/>
                <w:szCs w:val="16"/>
              </w:rPr>
              <w:t xml:space="preserve"> u budovy </w:t>
            </w:r>
            <w:proofErr w:type="spellStart"/>
            <w:r w:rsidRPr="00A50FA6">
              <w:rPr>
                <w:rFonts w:cs="Arial"/>
                <w:sz w:val="16"/>
                <w:szCs w:val="16"/>
              </w:rPr>
              <w:t>Medispol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přiléhající k atriu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BB2FBC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233FDF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564286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42F9D4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770A43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10877DA7" w14:textId="77777777" w:rsidTr="00A357AF">
        <w:trPr>
          <w:cantSplit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B2BE0F7" w14:textId="77777777" w:rsidR="00301138" w:rsidRPr="00A50FA6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7.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D625CAA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2375/339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189C60B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Makovského nám. – zpevněná plocha/chodník</w:t>
            </w:r>
            <w:r>
              <w:rPr>
                <w:rFonts w:cs="Arial"/>
                <w:sz w:val="16"/>
                <w:szCs w:val="16"/>
              </w:rPr>
              <w:t xml:space="preserve"> před budovami </w:t>
            </w:r>
            <w:proofErr w:type="spellStart"/>
            <w:r>
              <w:rPr>
                <w:rFonts w:cs="Arial"/>
                <w:sz w:val="16"/>
                <w:szCs w:val="16"/>
              </w:rPr>
              <w:t>Medispol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KD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Rubín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1D7F5722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93E839A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E4B7E87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141DF74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72639E2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2CA1E809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CB824BD" w14:textId="77777777" w:rsidR="00301138" w:rsidRPr="00A50FA6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F663050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2375/327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E585C1B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 xml:space="preserve">Makovského nám. – zeleň mezi parkovištěm a </w:t>
            </w:r>
            <w:r>
              <w:rPr>
                <w:rFonts w:cs="Arial"/>
                <w:sz w:val="16"/>
                <w:szCs w:val="16"/>
              </w:rPr>
              <w:t>supermarketem</w:t>
            </w:r>
            <w:r w:rsidRPr="00A50F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Billa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ED258FD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6ACD260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F0F9F5D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561A19A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D818396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7C889042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A4F733D" w14:textId="77777777" w:rsidR="00301138" w:rsidRPr="00A50FA6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9.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504E06D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6132/1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7227357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ul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0FA6">
              <w:rPr>
                <w:rFonts w:cs="Arial"/>
                <w:sz w:val="16"/>
                <w:szCs w:val="16"/>
              </w:rPr>
              <w:t xml:space="preserve"> Mozolky</w:t>
            </w:r>
            <w:r>
              <w:rPr>
                <w:rFonts w:cs="Arial"/>
                <w:sz w:val="16"/>
                <w:szCs w:val="16"/>
              </w:rPr>
              <w:t xml:space="preserve"> –</w:t>
            </w:r>
            <w:r w:rsidRPr="00A50F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p</w:t>
            </w:r>
            <w:r w:rsidRPr="00A50FA6">
              <w:rPr>
                <w:rFonts w:cs="Arial"/>
                <w:sz w:val="16"/>
                <w:szCs w:val="16"/>
              </w:rPr>
              <w:t xml:space="preserve">arkoviště </w:t>
            </w:r>
            <w:r>
              <w:rPr>
                <w:rFonts w:cs="Arial"/>
                <w:sz w:val="16"/>
                <w:szCs w:val="16"/>
              </w:rPr>
              <w:t>u křižovatky s ul. Přívrat a Makovského nám.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FAF9DDC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F47BED0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E700CBF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BA5FDC3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A04FDC8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19921860" w14:textId="77777777" w:rsidTr="00A357AF">
        <w:trPr>
          <w:trHeight w:val="544"/>
        </w:trPr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E13336F" w14:textId="77777777" w:rsidR="00301138" w:rsidRPr="00A50FA6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10.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1A8DBC0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2375/126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60337F5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ul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A50FA6">
              <w:rPr>
                <w:rFonts w:cs="Arial"/>
                <w:sz w:val="16"/>
                <w:szCs w:val="16"/>
              </w:rPr>
              <w:t>Foerstrova</w:t>
            </w:r>
            <w:r>
              <w:rPr>
                <w:rFonts w:cs="Arial"/>
                <w:sz w:val="16"/>
                <w:szCs w:val="16"/>
              </w:rPr>
              <w:t xml:space="preserve"> –</w:t>
            </w:r>
            <w:r w:rsidRPr="00A50F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p</w:t>
            </w:r>
            <w:r w:rsidRPr="00A50FA6">
              <w:rPr>
                <w:rFonts w:cs="Arial"/>
                <w:sz w:val="16"/>
                <w:szCs w:val="16"/>
              </w:rPr>
              <w:t>arkoviště</w:t>
            </w:r>
            <w:r>
              <w:rPr>
                <w:rFonts w:cs="Arial"/>
                <w:sz w:val="16"/>
                <w:szCs w:val="16"/>
              </w:rPr>
              <w:t xml:space="preserve"> u Makovského nám.</w:t>
            </w:r>
            <w:r w:rsidRPr="00A50FA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486785C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5C450C5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75B45E6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3954219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015A61A" w14:textId="77777777" w:rsidR="00301138" w:rsidRPr="00A50FA6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67475FAE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BDE80E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11.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7C1802" w14:textId="029752C3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B1E409" w14:textId="76F518FE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EF2906">
              <w:rPr>
                <w:rFonts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E8608E8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108BBE" w14:textId="47EF5DCC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CDBB3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94C40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30916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589C428B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2E7DB0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12.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989CDB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5274/48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C6682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Vychodilova – plocha před domem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A50FA6">
              <w:rPr>
                <w:rFonts w:cs="Arial"/>
                <w:sz w:val="16"/>
                <w:szCs w:val="16"/>
              </w:rPr>
              <w:t xml:space="preserve"> 15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59798C3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CC219F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9328DC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74F968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90F1E2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0F11474C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B1A75C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13.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6E5E99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6132/13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2FD5E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Královopolská – plocha u zastávky MHD</w:t>
            </w:r>
            <w:r>
              <w:rPr>
                <w:rFonts w:cs="Arial"/>
                <w:sz w:val="16"/>
                <w:szCs w:val="16"/>
              </w:rPr>
              <w:t xml:space="preserve"> při ul. Přívrat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2D828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F4D101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02DF0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336E02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10015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12464774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E8E16A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14.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1C58D5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6132/1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889521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Královopolská – plocha u zastávky MHD</w:t>
            </w:r>
            <w:r>
              <w:rPr>
                <w:rFonts w:cs="Arial"/>
                <w:sz w:val="16"/>
                <w:szCs w:val="16"/>
              </w:rPr>
              <w:t xml:space="preserve"> při ul. Přívrat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CE0435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842A6A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5BF116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63CA4E6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8EBF1B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29779620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2FDC0C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15.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1986F6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5276/7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5B539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Královopolská – plocha u zastávky MHD</w:t>
            </w:r>
            <w:r>
              <w:rPr>
                <w:rFonts w:cs="Arial"/>
                <w:sz w:val="16"/>
                <w:szCs w:val="16"/>
              </w:rPr>
              <w:t xml:space="preserve"> při ul. Záhřebská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A2F251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36F02E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A8FDF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248E41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72281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7958533F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C718D2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16.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10304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818/2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1883D6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Stránského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A50FA6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 xml:space="preserve">– </w:t>
            </w:r>
            <w:r>
              <w:rPr>
                <w:rFonts w:cs="Arial"/>
                <w:sz w:val="16"/>
                <w:szCs w:val="16"/>
              </w:rPr>
              <w:t xml:space="preserve">zpevněná část </w:t>
            </w:r>
            <w:r w:rsidRPr="00A50FA6">
              <w:rPr>
                <w:rFonts w:cs="Arial"/>
                <w:sz w:val="16"/>
                <w:szCs w:val="16"/>
              </w:rPr>
              <w:t>ploch</w:t>
            </w:r>
            <w:r>
              <w:rPr>
                <w:rFonts w:cs="Arial"/>
                <w:sz w:val="16"/>
                <w:szCs w:val="16"/>
              </w:rPr>
              <w:t>y</w:t>
            </w:r>
            <w:r w:rsidRPr="00A50FA6">
              <w:rPr>
                <w:rFonts w:cs="Arial"/>
                <w:sz w:val="16"/>
                <w:szCs w:val="16"/>
              </w:rPr>
              <w:t xml:space="preserve"> před areálem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 xml:space="preserve">Stránského 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F866821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55AD73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BEC1189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6978C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4C4DF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6EA01269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7E9983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17.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D419B9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905/14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EB8D98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Stránského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A50FA6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 xml:space="preserve">– </w:t>
            </w:r>
            <w:r>
              <w:rPr>
                <w:rFonts w:cs="Arial"/>
                <w:sz w:val="16"/>
                <w:szCs w:val="16"/>
              </w:rPr>
              <w:t xml:space="preserve">travnatá </w:t>
            </w:r>
            <w:r w:rsidRPr="00A50FA6">
              <w:rPr>
                <w:rFonts w:cs="Arial"/>
                <w:sz w:val="16"/>
                <w:szCs w:val="16"/>
              </w:rPr>
              <w:t>plocha před areálem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 w:rsidRPr="00A50FA6">
              <w:rPr>
                <w:rFonts w:cs="Arial"/>
                <w:sz w:val="16"/>
                <w:szCs w:val="16"/>
              </w:rPr>
              <w:t xml:space="preserve"> Stránského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A3F3AF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C856F8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BD2C21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952C52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616657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062CED3F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EF3B43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18.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C12938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893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5725C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Stránského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A50FA6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 xml:space="preserve">– </w:t>
            </w:r>
            <w:r>
              <w:rPr>
                <w:rFonts w:cs="Arial"/>
                <w:sz w:val="16"/>
                <w:szCs w:val="16"/>
              </w:rPr>
              <w:t xml:space="preserve">travnatá </w:t>
            </w:r>
            <w:r w:rsidRPr="00A50FA6">
              <w:rPr>
                <w:rFonts w:cs="Arial"/>
                <w:sz w:val="16"/>
                <w:szCs w:val="16"/>
              </w:rPr>
              <w:t>plocha před areálem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 w:rsidRPr="00A50FA6">
              <w:rPr>
                <w:rFonts w:cs="Arial"/>
                <w:sz w:val="16"/>
                <w:szCs w:val="16"/>
              </w:rPr>
              <w:t xml:space="preserve"> Stránského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522F38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EA59F3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899A9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FD62F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CB313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46E578F0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963593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19.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91F7E9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877/1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E05F4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Stránského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A50FA6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 xml:space="preserve">– </w:t>
            </w:r>
            <w:r>
              <w:rPr>
                <w:rFonts w:cs="Arial"/>
                <w:sz w:val="16"/>
                <w:szCs w:val="16"/>
              </w:rPr>
              <w:t xml:space="preserve">zpevněná část </w:t>
            </w:r>
            <w:r w:rsidRPr="00A50FA6">
              <w:rPr>
                <w:rFonts w:cs="Arial"/>
                <w:sz w:val="16"/>
                <w:szCs w:val="16"/>
              </w:rPr>
              <w:t>ploch</w:t>
            </w:r>
            <w:r>
              <w:rPr>
                <w:rFonts w:cs="Arial"/>
                <w:sz w:val="16"/>
                <w:szCs w:val="16"/>
              </w:rPr>
              <w:t>y</w:t>
            </w:r>
            <w:r w:rsidRPr="00A50F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mezi řadovou zástavbou a </w:t>
            </w:r>
            <w:r w:rsidRPr="00A50FA6">
              <w:rPr>
                <w:rFonts w:cs="Arial"/>
                <w:sz w:val="16"/>
                <w:szCs w:val="16"/>
              </w:rPr>
              <w:t>areálem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 w:rsidRPr="00A50FA6">
              <w:rPr>
                <w:rFonts w:cs="Arial"/>
                <w:sz w:val="16"/>
                <w:szCs w:val="16"/>
              </w:rPr>
              <w:t xml:space="preserve"> Stránského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B3815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755440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2DE1D5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3D864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54A909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2EA9949A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5D71A4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20.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DD9457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818/1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90BFD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Stránského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A50FA6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 xml:space="preserve">– </w:t>
            </w:r>
            <w:r>
              <w:rPr>
                <w:rFonts w:cs="Arial"/>
                <w:sz w:val="16"/>
                <w:szCs w:val="16"/>
              </w:rPr>
              <w:t>část komunikace</w:t>
            </w:r>
            <w:r w:rsidRPr="00A50FA6">
              <w:rPr>
                <w:rFonts w:cs="Arial"/>
                <w:sz w:val="16"/>
                <w:szCs w:val="16"/>
              </w:rPr>
              <w:t xml:space="preserve"> před areálem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 w:rsidRPr="00A50FA6">
              <w:rPr>
                <w:rFonts w:cs="Arial"/>
                <w:sz w:val="16"/>
                <w:szCs w:val="16"/>
              </w:rPr>
              <w:t xml:space="preserve"> Stránského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1DA7E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C007BC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F5B2E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DE231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F3E51F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4158EF19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B6B695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21.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87356B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877/17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1901B1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Stránského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A50FA6">
              <w:rPr>
                <w:rFonts w:cs="Arial"/>
                <w:sz w:val="16"/>
                <w:szCs w:val="16"/>
              </w:rPr>
              <w:t xml:space="preserve">28 – </w:t>
            </w:r>
            <w:r>
              <w:rPr>
                <w:rFonts w:cs="Arial"/>
                <w:sz w:val="16"/>
                <w:szCs w:val="16"/>
              </w:rPr>
              <w:t xml:space="preserve">část zpevněné </w:t>
            </w:r>
            <w:r w:rsidRPr="00A50FA6">
              <w:rPr>
                <w:rFonts w:cs="Arial"/>
                <w:sz w:val="16"/>
                <w:szCs w:val="16"/>
              </w:rPr>
              <w:t>ploch</w:t>
            </w:r>
            <w:r>
              <w:rPr>
                <w:rFonts w:cs="Arial"/>
                <w:sz w:val="16"/>
                <w:szCs w:val="16"/>
              </w:rPr>
              <w:t>y</w:t>
            </w:r>
            <w:r w:rsidRPr="00A50F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v </w:t>
            </w:r>
            <w:r w:rsidRPr="00A50FA6">
              <w:rPr>
                <w:rFonts w:cs="Arial"/>
                <w:sz w:val="16"/>
                <w:szCs w:val="16"/>
              </w:rPr>
              <w:t>areálu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 w:rsidRPr="00A50FA6">
              <w:rPr>
                <w:rFonts w:cs="Arial"/>
                <w:sz w:val="16"/>
                <w:szCs w:val="16"/>
              </w:rPr>
              <w:t xml:space="preserve"> Stránského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62C98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D92A6A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3CE22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6BD9EA2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7B6ED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2CC34CAF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D9719E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22.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E8849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6046/1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32F4D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 xml:space="preserve">nám. Svornosti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A50FA6">
              <w:rPr>
                <w:rFonts w:cs="Arial"/>
                <w:sz w:val="16"/>
                <w:szCs w:val="16"/>
              </w:rPr>
              <w:t xml:space="preserve"> 6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– plocha před objektem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Perla</w:t>
            </w:r>
            <w:r w:rsidRPr="00A50FA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E8869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814E6A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AA0B7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863DE7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019BCF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13EAB2D6" w14:textId="77777777" w:rsidTr="00A357AF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A3CB415" w14:textId="12B4BF40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5D564AA" w14:textId="3B19A82F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2375/239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683C233" w14:textId="6255D3CF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 xml:space="preserve">nám. Svornosti – </w:t>
            </w:r>
            <w:r>
              <w:rPr>
                <w:rFonts w:cs="Arial"/>
                <w:sz w:val="16"/>
                <w:szCs w:val="16"/>
              </w:rPr>
              <w:t xml:space="preserve">část travnaté plochy před domem Voroněžská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18 </w:t>
            </w:r>
            <w:r w:rsidRPr="00A50FA6">
              <w:rPr>
                <w:rFonts w:cs="Arial"/>
                <w:sz w:val="16"/>
                <w:szCs w:val="16"/>
              </w:rPr>
              <w:t>u zastávky MHD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57BDDC7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9C0AFEE" w14:textId="11ABAA02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602A155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4981FA02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1A60F02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</w:tbl>
    <w:p w14:paraId="2DF04276" w14:textId="77777777" w:rsidR="00301138" w:rsidRDefault="00301138"/>
    <w:tbl>
      <w:tblPr>
        <w:tblW w:w="5009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26"/>
        <w:gridCol w:w="1857"/>
        <w:gridCol w:w="2628"/>
        <w:gridCol w:w="904"/>
        <w:gridCol w:w="937"/>
        <w:gridCol w:w="770"/>
        <w:gridCol w:w="632"/>
        <w:gridCol w:w="1346"/>
      </w:tblGrid>
      <w:tr w:rsidR="00301138" w:rsidRPr="00A50FA6" w14:paraId="11AD1853" w14:textId="77777777" w:rsidTr="00A357AF">
        <w:trPr>
          <w:trHeight w:val="274"/>
        </w:trPr>
        <w:tc>
          <w:tcPr>
            <w:tcW w:w="261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F27649" w14:textId="77777777" w:rsidR="00301138" w:rsidRPr="00A50FA6" w:rsidRDefault="00301138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B0CF2C" w14:textId="77777777" w:rsidR="00301138" w:rsidRPr="00A50FA6" w:rsidRDefault="00301138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73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08A02D" w14:textId="77777777" w:rsidR="00301138" w:rsidRPr="00A50FA6" w:rsidRDefault="00301138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0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5F5CC58" w14:textId="77777777" w:rsidR="00301138" w:rsidRPr="00A50FA6" w:rsidRDefault="00301138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01138" w:rsidRPr="00A50FA6" w14:paraId="2A86F395" w14:textId="77777777" w:rsidTr="00A357AF">
        <w:tc>
          <w:tcPr>
            <w:tcW w:w="27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8ADF27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Č.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9F9B15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p. č.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k.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50FA6">
              <w:rPr>
                <w:rFonts w:cs="Arial"/>
                <w:sz w:val="16"/>
                <w:szCs w:val="16"/>
              </w:rPr>
              <w:t>ú.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Žabovřesky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0D4C26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bližší vymezení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2F0747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počet prodej. míst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36EE7C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výměra</w:t>
            </w:r>
          </w:p>
          <w:p w14:paraId="2267DB51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055B50">
              <w:rPr>
                <w:rFonts w:cs="Arial"/>
                <w:sz w:val="16"/>
                <w:szCs w:val="16"/>
              </w:rPr>
              <w:t>m</w:t>
            </w:r>
            <w:r w:rsidRPr="00055B50">
              <w:rPr>
                <w:rFonts w:cs="Arial"/>
                <w:sz w:val="16"/>
                <w:szCs w:val="16"/>
                <w:vertAlign w:val="superscript"/>
              </w:rPr>
              <w:t>2</w:t>
            </w:r>
            <w:proofErr w:type="spellEnd"/>
            <w:r w:rsidRPr="00055B5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5572A5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denní</w:t>
            </w: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1BCA9B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roční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7386BA8" w14:textId="77777777" w:rsidR="00301138" w:rsidRPr="00A50FA6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vymezení sortimentu</w:t>
            </w:r>
          </w:p>
        </w:tc>
      </w:tr>
      <w:tr w:rsidR="00A357AF" w:rsidRPr="0042763A" w14:paraId="1211EC2F" w14:textId="77777777" w:rsidTr="00A357AF">
        <w:tc>
          <w:tcPr>
            <w:tcW w:w="27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61B269" w14:textId="0CC18244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24.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064202" w14:textId="76AF1A94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2375/401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1F14BA" w14:textId="369BA29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 xml:space="preserve">nám. Svornosti – </w:t>
            </w:r>
            <w:r>
              <w:rPr>
                <w:rFonts w:cs="Arial"/>
                <w:sz w:val="16"/>
                <w:szCs w:val="16"/>
              </w:rPr>
              <w:t xml:space="preserve">část zpevněné </w:t>
            </w:r>
            <w:r w:rsidRPr="00A50FA6">
              <w:rPr>
                <w:rFonts w:cs="Arial"/>
                <w:sz w:val="16"/>
                <w:szCs w:val="16"/>
              </w:rPr>
              <w:t>ploch</w:t>
            </w:r>
            <w:r>
              <w:rPr>
                <w:rFonts w:cs="Arial"/>
                <w:sz w:val="16"/>
                <w:szCs w:val="16"/>
              </w:rPr>
              <w:t xml:space="preserve">y před domem Voroněžská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 18</w:t>
            </w:r>
            <w:r w:rsidRPr="00A50FA6">
              <w:rPr>
                <w:rFonts w:cs="Arial"/>
                <w:sz w:val="16"/>
                <w:szCs w:val="16"/>
              </w:rPr>
              <w:t xml:space="preserve"> u zastávky MHD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6B00C9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09D100" w14:textId="0BB95A64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A3A666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C335B47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941882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41FA11D9" w14:textId="77777777" w:rsidTr="00A357AF"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2519F5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25.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61BA73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2375/208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3A9D9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Pr="00A50FA6">
              <w:rPr>
                <w:rFonts w:cs="Arial"/>
                <w:sz w:val="16"/>
                <w:szCs w:val="16"/>
              </w:rPr>
              <w:t xml:space="preserve">ám. Svornosti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A50FA6">
              <w:rPr>
                <w:rFonts w:cs="Arial"/>
                <w:sz w:val="16"/>
                <w:szCs w:val="16"/>
              </w:rPr>
              <w:t xml:space="preserve"> 6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– plocha před základní školou</w:t>
            </w:r>
            <w:r>
              <w:rPr>
                <w:rFonts w:cs="Arial"/>
                <w:sz w:val="16"/>
                <w:szCs w:val="16"/>
              </w:rPr>
              <w:t xml:space="preserve"> za </w:t>
            </w:r>
            <w:r w:rsidRPr="00A50FA6">
              <w:rPr>
                <w:rFonts w:cs="Arial"/>
                <w:sz w:val="16"/>
                <w:szCs w:val="16"/>
              </w:rPr>
              <w:t>objekt</w:t>
            </w:r>
            <w:r>
              <w:rPr>
                <w:rFonts w:cs="Arial"/>
                <w:sz w:val="16"/>
                <w:szCs w:val="16"/>
              </w:rPr>
              <w:t xml:space="preserve">em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Perla</w:t>
            </w:r>
            <w:r w:rsidRPr="00A50FA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BBFB67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A86095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1200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8DF683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36FD3F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9E24E5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475938E9" w14:textId="77777777" w:rsidTr="00A357AF"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8B9590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26.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F58616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2375/194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25CC7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Pr="00A50FA6">
              <w:rPr>
                <w:rFonts w:cs="Arial"/>
                <w:sz w:val="16"/>
                <w:szCs w:val="16"/>
              </w:rPr>
              <w:t xml:space="preserve">ám. Svornosti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A50FA6">
              <w:rPr>
                <w:rFonts w:cs="Arial"/>
                <w:sz w:val="16"/>
                <w:szCs w:val="16"/>
              </w:rPr>
              <w:t xml:space="preserve"> 6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 xml:space="preserve">– plocha </w:t>
            </w:r>
            <w:r w:rsidRPr="00A50FA6">
              <w:rPr>
                <w:rFonts w:cs="Arial"/>
                <w:sz w:val="16"/>
                <w:szCs w:val="16"/>
              </w:rPr>
              <w:br/>
            </w:r>
            <w:r>
              <w:rPr>
                <w:rFonts w:cs="Arial"/>
                <w:sz w:val="16"/>
                <w:szCs w:val="16"/>
              </w:rPr>
              <w:t xml:space="preserve">za </w:t>
            </w:r>
            <w:r w:rsidRPr="00A50FA6">
              <w:rPr>
                <w:rFonts w:cs="Arial"/>
                <w:sz w:val="16"/>
                <w:szCs w:val="16"/>
              </w:rPr>
              <w:t>objekt</w:t>
            </w:r>
            <w:r>
              <w:rPr>
                <w:rFonts w:cs="Arial"/>
                <w:sz w:val="16"/>
                <w:szCs w:val="16"/>
              </w:rPr>
              <w:t xml:space="preserve">em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Perla přiléhající k parkovišti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522B0B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E296D5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5C112E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FE806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91E05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2DD8113C" w14:textId="77777777" w:rsidTr="00A357AF"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E9166A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27.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0DBD32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3405/1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1FF517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 xml:space="preserve">Burianovo nám. – </w:t>
            </w:r>
            <w:r>
              <w:rPr>
                <w:rFonts w:cs="Arial"/>
                <w:sz w:val="16"/>
                <w:szCs w:val="16"/>
              </w:rPr>
              <w:t xml:space="preserve">zpevněná </w:t>
            </w:r>
            <w:r w:rsidRPr="00A50FA6">
              <w:rPr>
                <w:rFonts w:cs="Arial"/>
                <w:sz w:val="16"/>
                <w:szCs w:val="16"/>
              </w:rPr>
              <w:t xml:space="preserve">plocha </w:t>
            </w:r>
            <w:r>
              <w:rPr>
                <w:rFonts w:cs="Arial"/>
                <w:sz w:val="16"/>
                <w:szCs w:val="16"/>
              </w:rPr>
              <w:t>okolo</w:t>
            </w:r>
            <w:r w:rsidRPr="00A50FA6">
              <w:rPr>
                <w:rFonts w:cs="Arial"/>
                <w:sz w:val="16"/>
                <w:szCs w:val="16"/>
              </w:rPr>
              <w:t xml:space="preserve"> kaple </w:t>
            </w:r>
            <w:r>
              <w:rPr>
                <w:rFonts w:cs="Arial"/>
                <w:sz w:val="16"/>
                <w:szCs w:val="16"/>
              </w:rPr>
              <w:t>s</w:t>
            </w:r>
            <w:r w:rsidRPr="00A50FA6">
              <w:rPr>
                <w:rFonts w:cs="Arial"/>
                <w:sz w:val="16"/>
                <w:szCs w:val="16"/>
              </w:rPr>
              <w:t>v. Václava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C0A499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B64F0C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033861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96C3D8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E427CF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5C19847F" w14:textId="77777777" w:rsidTr="00A357AF"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19E6E3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28.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BB863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3405/3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195142" w14:textId="77777777" w:rsidR="00A357AF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Burianovo nám.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4F4A49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E1AF5A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2781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51111E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E958E2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03C13F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304D2121" w14:textId="77777777" w:rsidTr="00A357AF"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FCEA94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29.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C025E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2061/1,</w:t>
            </w:r>
            <w:r>
              <w:rPr>
                <w:rFonts w:cs="Arial"/>
                <w:sz w:val="16"/>
                <w:szCs w:val="16"/>
              </w:rPr>
              <w:t xml:space="preserve"> 6261/2, </w:t>
            </w:r>
            <w:r w:rsidRPr="00A50FA6">
              <w:rPr>
                <w:rFonts w:cs="Arial"/>
                <w:sz w:val="16"/>
                <w:szCs w:val="16"/>
              </w:rPr>
              <w:t>6257/1,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6258/2,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646/1,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646/3,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649,</w:t>
            </w:r>
            <w:r>
              <w:rPr>
                <w:rFonts w:cs="Arial"/>
                <w:sz w:val="16"/>
                <w:szCs w:val="16"/>
              </w:rPr>
              <w:t xml:space="preserve"> 6</w:t>
            </w:r>
            <w:r w:rsidRPr="00A50FA6">
              <w:rPr>
                <w:rFonts w:cs="Arial"/>
                <w:sz w:val="16"/>
                <w:szCs w:val="16"/>
              </w:rPr>
              <w:t>43/1,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641/1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7BE019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Horova</w:t>
            </w:r>
            <w:r>
              <w:rPr>
                <w:rFonts w:cs="Arial"/>
                <w:sz w:val="16"/>
                <w:szCs w:val="16"/>
              </w:rPr>
              <w:t xml:space="preserve"> – komunikace a přiléhající plochy v oblasti mostního tělesa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50E13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DDF047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výměra parcel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5784B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D8B7822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8CA2C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6932526C" w14:textId="77777777" w:rsidTr="00A357AF">
        <w:trPr>
          <w:cantSplit/>
          <w:trHeight w:hRule="exact" w:val="397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FCC65B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30.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5262F5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2105/5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AB18F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Horova – plocha před objektem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A50FA6">
              <w:rPr>
                <w:rFonts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E8710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45CC9A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C6F15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261FDB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EA0C856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7D64E4EB" w14:textId="77777777" w:rsidTr="00A357AF">
        <w:trPr>
          <w:cantSplit/>
          <w:trHeight w:hRule="exact" w:val="397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90F401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31.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EDA8C6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2112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7088A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Horova – plocha před objektem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A50FA6">
              <w:rPr>
                <w:rFonts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D381908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252D23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415A7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38CE17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47250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74406D55" w14:textId="77777777" w:rsidTr="00A357AF">
        <w:trPr>
          <w:cantSplit/>
          <w:trHeight w:hRule="exact" w:val="397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83D469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32.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78CC7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2113/3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49932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Horova – plocha před objektem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A50FA6">
              <w:rPr>
                <w:rFonts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9E29E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BAB013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01C057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F3C91C2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B0BC9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5677B35E" w14:textId="77777777" w:rsidTr="00A357AF">
        <w:trPr>
          <w:cantSplit/>
          <w:trHeight w:hRule="exact" w:val="397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AF4CB7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33.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1EFC8B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2113/2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CB4833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Horova – plocha před objektem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A50FA6">
              <w:rPr>
                <w:rFonts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9D8EF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835E2D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C084CB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FB32C2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7B283D1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09225844" w14:textId="77777777" w:rsidTr="00A357AF">
        <w:trPr>
          <w:cantSplit/>
          <w:trHeight w:hRule="exact" w:val="397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28F56A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34.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5BBC4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2114/1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5392D1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Horova – plocha před objektem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A50FA6">
              <w:rPr>
                <w:rFonts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E342248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14137F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3CEC57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E43B373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48278F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0C42B897" w14:textId="77777777" w:rsidTr="00A357AF">
        <w:trPr>
          <w:cantSplit/>
          <w:trHeight w:hRule="exact" w:val="397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A0EED7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35.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F7622F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2115/2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7E61C3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Horova – plocha před objektem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A50FA6">
              <w:rPr>
                <w:rFonts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5797AF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700D35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5B7873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CC18F6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E65B2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136D08EF" w14:textId="77777777" w:rsidTr="00A357AF">
        <w:trPr>
          <w:cantSplit/>
          <w:trHeight w:hRule="exact" w:val="397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B023C9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36.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59D94B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6258/1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F1F51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Horova – plocha před objektem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A50FA6">
              <w:rPr>
                <w:rFonts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53CA25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7ECB07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83FA05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F7DAF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970A25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49A9354A" w14:textId="77777777" w:rsidTr="00A357AF">
        <w:trPr>
          <w:cantSplit/>
          <w:trHeight w:hRule="exact" w:val="397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FC63FB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37.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9485FF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3300,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3299/1,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3298/1,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3297/1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E58478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Minská</w:t>
            </w:r>
            <w:r>
              <w:rPr>
                <w:rFonts w:cs="Arial"/>
                <w:sz w:val="16"/>
                <w:szCs w:val="16"/>
              </w:rPr>
              <w:t xml:space="preserve"> – komunikace a přiléhající plochy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917BA99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5E529A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výměra parcel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393C1A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79DA9F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C4D841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4E939CDB" w14:textId="77777777" w:rsidTr="00A357AF">
        <w:trPr>
          <w:cantSplit/>
          <w:trHeight w:hRule="exact" w:val="611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6E4580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38.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6D35B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759,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50FA6">
              <w:rPr>
                <w:rFonts w:cs="Arial"/>
                <w:sz w:val="16"/>
                <w:szCs w:val="16"/>
              </w:rPr>
              <w:t>5108/1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B35F6B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Kovařovicova</w:t>
            </w:r>
            <w:r>
              <w:rPr>
                <w:rFonts w:cs="Arial"/>
                <w:sz w:val="16"/>
                <w:szCs w:val="16"/>
              </w:rPr>
              <w:t xml:space="preserve"> – komunikace a navazující účelová komunikace u fotbalového hřiště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60317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5742EE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výměra parcel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3AF78F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DC10AD3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1C93217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5557C633" w14:textId="77777777" w:rsidTr="00A357AF"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F56B2F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39.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1D9395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5103/1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B3AD18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Kovařovicova – areál fotbalového hřiště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04562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68CC62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75C5B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2F99F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332679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315AA68B" w14:textId="77777777" w:rsidTr="00A357AF">
        <w:trPr>
          <w:trHeight w:val="382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5B6EFE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40.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BDBF4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2832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6082D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Veveří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 113</w:t>
            </w:r>
            <w:r w:rsidRPr="00A50FA6">
              <w:rPr>
                <w:rFonts w:cs="Arial"/>
                <w:sz w:val="16"/>
                <w:szCs w:val="16"/>
              </w:rPr>
              <w:t xml:space="preserve"> – </w:t>
            </w:r>
            <w:r>
              <w:rPr>
                <w:rFonts w:cs="Arial"/>
                <w:sz w:val="16"/>
                <w:szCs w:val="16"/>
              </w:rPr>
              <w:t xml:space="preserve">část </w:t>
            </w:r>
            <w:r w:rsidRPr="00A50FA6">
              <w:rPr>
                <w:rFonts w:cs="Arial"/>
                <w:sz w:val="16"/>
                <w:szCs w:val="16"/>
              </w:rPr>
              <w:t>ploch</w:t>
            </w:r>
            <w:r>
              <w:rPr>
                <w:rFonts w:cs="Arial"/>
                <w:sz w:val="16"/>
                <w:szCs w:val="16"/>
              </w:rPr>
              <w:t>y</w:t>
            </w:r>
            <w:r w:rsidRPr="00A50FA6">
              <w:rPr>
                <w:rFonts w:cs="Arial"/>
                <w:sz w:val="16"/>
                <w:szCs w:val="16"/>
              </w:rPr>
              <w:t xml:space="preserve"> před </w:t>
            </w:r>
            <w:r>
              <w:rPr>
                <w:rFonts w:cs="Arial"/>
                <w:sz w:val="16"/>
                <w:szCs w:val="16"/>
              </w:rPr>
              <w:t>Sono Centrem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88C089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4F0B5B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7375C1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07942D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05B76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41AD2DA8" w14:textId="77777777" w:rsidTr="00A357AF">
        <w:trPr>
          <w:trHeight w:val="382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B3E328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41.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1E6C5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2713/6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302F49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Šumavská</w:t>
            </w:r>
            <w:r>
              <w:rPr>
                <w:rFonts w:cs="Arial"/>
                <w:sz w:val="16"/>
                <w:szCs w:val="16"/>
              </w:rPr>
              <w:t xml:space="preserve"> – část zpevněné plochy před domy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 28, 30, 32, 34, 36, 38, 40 a 42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692D4F8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00F295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166F25B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6C57B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6CD17B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36D8B7DF" w14:textId="77777777" w:rsidTr="00A357AF">
        <w:trPr>
          <w:trHeight w:val="382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BD54EF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42.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701291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2701/1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8511EC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>Kounicova</w:t>
            </w:r>
            <w:r>
              <w:rPr>
                <w:rFonts w:cs="Arial"/>
                <w:sz w:val="16"/>
                <w:szCs w:val="16"/>
              </w:rPr>
              <w:t xml:space="preserve"> – část plochy komunikace u křižovatky ulic </w:t>
            </w:r>
            <w:r w:rsidRPr="00A50FA6">
              <w:rPr>
                <w:rFonts w:cs="Arial"/>
                <w:sz w:val="16"/>
                <w:szCs w:val="16"/>
              </w:rPr>
              <w:t>Kounicova/Šumavská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0D955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277909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5B11DA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CC8D24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36DD68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1ADA6B60" w14:textId="77777777" w:rsidTr="00A357AF">
        <w:trPr>
          <w:trHeight w:val="382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12BEBA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43.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2BC1C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2701/1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B6ECA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Kounicova </w:t>
            </w:r>
            <w:r>
              <w:rPr>
                <w:rFonts w:cs="Arial"/>
                <w:sz w:val="16"/>
                <w:szCs w:val="16"/>
              </w:rPr>
              <w:t>–</w:t>
            </w:r>
            <w:r w:rsidRPr="00A50FA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část </w:t>
            </w:r>
            <w:r w:rsidRPr="00A50FA6">
              <w:rPr>
                <w:rFonts w:cs="Arial"/>
                <w:sz w:val="16"/>
                <w:szCs w:val="16"/>
              </w:rPr>
              <w:t>ploch</w:t>
            </w:r>
            <w:r>
              <w:rPr>
                <w:rFonts w:cs="Arial"/>
                <w:sz w:val="16"/>
                <w:szCs w:val="16"/>
              </w:rPr>
              <w:t xml:space="preserve">y </w:t>
            </w:r>
            <w:r w:rsidRPr="00A50FA6">
              <w:rPr>
                <w:rFonts w:cs="Arial"/>
                <w:sz w:val="16"/>
                <w:szCs w:val="16"/>
              </w:rPr>
              <w:t xml:space="preserve">před </w:t>
            </w:r>
            <w:r>
              <w:rPr>
                <w:rFonts w:cs="Arial"/>
                <w:sz w:val="16"/>
                <w:szCs w:val="16"/>
              </w:rPr>
              <w:t xml:space="preserve">domy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A50FA6">
              <w:rPr>
                <w:rFonts w:cs="Arial"/>
                <w:sz w:val="16"/>
                <w:szCs w:val="16"/>
              </w:rPr>
              <w:t xml:space="preserve"> 83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A50FA6">
              <w:rPr>
                <w:rFonts w:cs="Arial"/>
                <w:sz w:val="16"/>
                <w:szCs w:val="16"/>
              </w:rPr>
              <w:t>85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A50FA6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2A297F8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ACC6E1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569202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92C42A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04BD2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1EDA38A4" w14:textId="77777777" w:rsidTr="00A357AF">
        <w:trPr>
          <w:trHeight w:val="382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55F74C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44.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FD0C02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2608/10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C263B3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Tábor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A50FA6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 xml:space="preserve"> – p</w:t>
            </w:r>
            <w:r w:rsidRPr="00A50FA6">
              <w:rPr>
                <w:rFonts w:cs="Arial"/>
                <w:sz w:val="16"/>
                <w:szCs w:val="16"/>
              </w:rPr>
              <w:t xml:space="preserve">locha před objektem 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E777BA2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CEB2C5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ACFCE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36EA20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4BA3D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130CD611" w14:textId="77777777" w:rsidTr="00A357AF">
        <w:trPr>
          <w:trHeight w:val="382"/>
        </w:trPr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BBBFE0" w14:textId="77777777" w:rsidR="00A357AF" w:rsidRPr="00A50FA6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45.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BCB51D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2608/15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7CF0FA" w14:textId="77777777" w:rsidR="00A357AF" w:rsidRPr="00A50FA6" w:rsidRDefault="00A357AF" w:rsidP="00A357AF">
            <w:pPr>
              <w:pStyle w:val="Bezmezer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Tábor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A50FA6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 xml:space="preserve"> – p</w:t>
            </w:r>
            <w:r w:rsidRPr="00A50FA6">
              <w:rPr>
                <w:rFonts w:cs="Arial"/>
                <w:sz w:val="16"/>
                <w:szCs w:val="16"/>
              </w:rPr>
              <w:t xml:space="preserve">locha před objektem 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7357FAF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7046C0" w14:textId="77777777" w:rsidR="00A357AF" w:rsidRPr="00A50FA6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56F5FE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327B444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3B67E0" w14:textId="77777777" w:rsidR="00A357AF" w:rsidRPr="00A50FA6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</w:tbl>
    <w:p w14:paraId="6E7D0DE9" w14:textId="77777777" w:rsidR="00301138" w:rsidRDefault="00301138" w:rsidP="00301138">
      <w:pPr>
        <w:pStyle w:val="Zkladntext"/>
        <w:spacing w:after="160"/>
        <w:rPr>
          <w:rFonts w:ascii="Arial" w:hAnsi="Arial" w:cs="Arial"/>
          <w:b/>
          <w:bCs/>
          <w:sz w:val="22"/>
          <w:szCs w:val="22"/>
        </w:rPr>
      </w:pPr>
    </w:p>
    <w:p w14:paraId="4E8B8547" w14:textId="77777777" w:rsidR="00301138" w:rsidRPr="0042763A" w:rsidRDefault="00301138" w:rsidP="00301138">
      <w:pPr>
        <w:pStyle w:val="Zkladntext"/>
        <w:spacing w:after="160"/>
        <w:rPr>
          <w:rFonts w:ascii="Arial" w:hAnsi="Arial" w:cs="Arial"/>
          <w:b/>
          <w:bCs/>
          <w:sz w:val="22"/>
          <w:szCs w:val="22"/>
        </w:rPr>
      </w:pPr>
      <w:r w:rsidRPr="0042763A">
        <w:rPr>
          <w:rFonts w:ascii="Arial" w:hAnsi="Arial" w:cs="Arial"/>
          <w:b/>
          <w:bCs/>
          <w:sz w:val="22"/>
          <w:szCs w:val="22"/>
        </w:rPr>
        <w:t xml:space="preserve">HLAVA 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42763A">
        <w:rPr>
          <w:rFonts w:ascii="Arial" w:hAnsi="Arial" w:cs="Arial"/>
          <w:b/>
          <w:bCs/>
          <w:sz w:val="22"/>
          <w:szCs w:val="22"/>
        </w:rPr>
        <w:t>: Předsunutá prodejní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62"/>
        <w:gridCol w:w="1443"/>
        <w:gridCol w:w="2321"/>
        <w:gridCol w:w="937"/>
        <w:gridCol w:w="1002"/>
        <w:gridCol w:w="822"/>
        <w:gridCol w:w="949"/>
        <w:gridCol w:w="1547"/>
      </w:tblGrid>
      <w:tr w:rsidR="00301138" w:rsidRPr="0042763A" w14:paraId="3B1A3671" w14:textId="77777777" w:rsidTr="002E0BAF">
        <w:trPr>
          <w:trHeight w:val="274"/>
        </w:trPr>
        <w:tc>
          <w:tcPr>
            <w:tcW w:w="225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84C258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55B50">
              <w:rPr>
                <w:rFonts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1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2083BB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55B50">
              <w:rPr>
                <w:rFonts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92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6A8E00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55B50">
              <w:rPr>
                <w:rFonts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0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1D67383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55B50">
              <w:rPr>
                <w:rFonts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01138" w:rsidRPr="0042763A" w14:paraId="6B6BCA48" w14:textId="77777777" w:rsidTr="002E0BAF">
        <w:tc>
          <w:tcPr>
            <w:tcW w:w="29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A75C52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Č.</w:t>
            </w: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8DBCBC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p. č. k. </w:t>
            </w:r>
            <w:proofErr w:type="spellStart"/>
            <w:r w:rsidRPr="00055B50">
              <w:rPr>
                <w:rFonts w:cs="Arial"/>
                <w:sz w:val="16"/>
                <w:szCs w:val="16"/>
              </w:rPr>
              <w:t>ú.</w:t>
            </w:r>
            <w:proofErr w:type="spellEnd"/>
          </w:p>
          <w:p w14:paraId="5A8E5761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Žabovřesky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BB1156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bližší vymezení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94D5B4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počet prodej. míst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D71C7B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výměra</w:t>
            </w:r>
          </w:p>
          <w:p w14:paraId="3F6C561A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055B50">
              <w:rPr>
                <w:rFonts w:cs="Arial"/>
                <w:sz w:val="16"/>
                <w:szCs w:val="16"/>
              </w:rPr>
              <w:t>m</w:t>
            </w:r>
            <w:r w:rsidRPr="00055B50">
              <w:rPr>
                <w:rFonts w:cs="Arial"/>
                <w:sz w:val="16"/>
                <w:szCs w:val="16"/>
                <w:vertAlign w:val="superscript"/>
              </w:rPr>
              <w:t>2</w:t>
            </w:r>
            <w:proofErr w:type="spellEnd"/>
            <w:r w:rsidRPr="00055B5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2FFEDC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denní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510879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roční</w:t>
            </w: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5BEFFE4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vymezení sortimentu</w:t>
            </w:r>
          </w:p>
        </w:tc>
      </w:tr>
      <w:tr w:rsidR="00301138" w:rsidRPr="0042763A" w14:paraId="4B80BED0" w14:textId="77777777" w:rsidTr="00A357AF">
        <w:trPr>
          <w:cantSplit/>
          <w:trHeight w:hRule="exact" w:val="397"/>
        </w:trPr>
        <w:tc>
          <w:tcPr>
            <w:tcW w:w="293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13C210C" w14:textId="77777777" w:rsidR="00301138" w:rsidRPr="00055B50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753" w:type="pct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ACC8AA0" w14:textId="77777777" w:rsidR="00301138" w:rsidRPr="00055B5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33EED79E" w14:textId="77777777" w:rsidR="00301138" w:rsidRPr="00055B5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6</w:t>
            </w:r>
          </w:p>
        </w:tc>
        <w:tc>
          <w:tcPr>
            <w:tcW w:w="489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6CD2AAC7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8EE8116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29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0DB1F4E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114CC5E9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9513590" w14:textId="77777777" w:rsidR="00301138" w:rsidRPr="00055B5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5226829F" w14:textId="77777777" w:rsidTr="00A357AF">
        <w:trPr>
          <w:cantSplit/>
          <w:trHeight w:hRule="exact" w:val="39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436EEC5" w14:textId="5A260065" w:rsidR="00A357AF" w:rsidRPr="00055B50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A72BF4E" w14:textId="7EE9FBC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F21CE9B" w14:textId="716D005E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EFFDDCA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EC3AD2" w14:textId="7DB418BF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99932C0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53CCCE3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88CF1D5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</w:tbl>
    <w:p w14:paraId="45B82620" w14:textId="77777777" w:rsidR="00A357AF" w:rsidRDefault="00A357AF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62"/>
        <w:gridCol w:w="1443"/>
        <w:gridCol w:w="2321"/>
        <w:gridCol w:w="937"/>
        <w:gridCol w:w="1002"/>
        <w:gridCol w:w="822"/>
        <w:gridCol w:w="949"/>
        <w:gridCol w:w="1547"/>
      </w:tblGrid>
      <w:tr w:rsidR="00301138" w:rsidRPr="00055B50" w14:paraId="6E76D69E" w14:textId="77777777" w:rsidTr="002E0BAF">
        <w:trPr>
          <w:trHeight w:val="274"/>
        </w:trPr>
        <w:tc>
          <w:tcPr>
            <w:tcW w:w="225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C23E72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55B50">
              <w:rPr>
                <w:rFonts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1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E28C7B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55B50">
              <w:rPr>
                <w:rFonts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92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342845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55B50">
              <w:rPr>
                <w:rFonts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0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8F9B3E4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55B50">
              <w:rPr>
                <w:rFonts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01138" w:rsidRPr="00055B50" w14:paraId="604F549D" w14:textId="77777777" w:rsidTr="002E0BAF">
        <w:tc>
          <w:tcPr>
            <w:tcW w:w="29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144C5B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Č.</w:t>
            </w: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C21AB3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p. č. k. </w:t>
            </w:r>
            <w:proofErr w:type="spellStart"/>
            <w:r w:rsidRPr="00055B50">
              <w:rPr>
                <w:rFonts w:cs="Arial"/>
                <w:sz w:val="16"/>
                <w:szCs w:val="16"/>
              </w:rPr>
              <w:t>ú.</w:t>
            </w:r>
            <w:proofErr w:type="spellEnd"/>
          </w:p>
          <w:p w14:paraId="0286FE20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Žabovřesky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CFD4D7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bližší vymezení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24ECF6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počet prodej. míst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A37455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výměra</w:t>
            </w:r>
          </w:p>
          <w:p w14:paraId="5BB2A7FC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055B50">
              <w:rPr>
                <w:rFonts w:cs="Arial"/>
                <w:sz w:val="16"/>
                <w:szCs w:val="16"/>
              </w:rPr>
              <w:t>m</w:t>
            </w:r>
            <w:r w:rsidRPr="00055B50">
              <w:rPr>
                <w:rFonts w:cs="Arial"/>
                <w:sz w:val="16"/>
                <w:szCs w:val="16"/>
                <w:vertAlign w:val="superscript"/>
              </w:rPr>
              <w:t>2</w:t>
            </w:r>
            <w:proofErr w:type="spellEnd"/>
            <w:r w:rsidRPr="00055B5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E356D8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denní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8796AC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roční</w:t>
            </w: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FAC4E95" w14:textId="77777777" w:rsidR="00301138" w:rsidRPr="00055B5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vymezení sortimentu</w:t>
            </w:r>
          </w:p>
        </w:tc>
      </w:tr>
      <w:tr w:rsidR="00A357AF" w:rsidRPr="0042763A" w14:paraId="4D51F214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52501D0" w14:textId="6C1FA7F8" w:rsidR="00A357AF" w:rsidRPr="00055B50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3.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7C350A5" w14:textId="157BC484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AF999BE" w14:textId="482EB353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16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48BD2A9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31D5F8E" w14:textId="42A259E8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8E7B356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BD7C188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F286FB2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0385ED6E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3A78D3" w14:textId="77777777" w:rsidR="00A357AF" w:rsidRPr="00055B50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4.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39FB5D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6CE7EB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32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809E0A4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FBA4E1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F13982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380E09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7F58FE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7E1D5C37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F250D4" w14:textId="77777777" w:rsidR="00A357AF" w:rsidRPr="00055B50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5.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13B3E0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E87092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34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333C7F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A4BB77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B88A38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9B2C7B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0655FB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507879E3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67A89C" w14:textId="77777777" w:rsidR="00A357AF" w:rsidRPr="00055B50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BC419C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2DEED0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35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2F8631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3BDD77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AC0C00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C5539D0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97A3ED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7498B8C2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E8DB8C" w14:textId="77777777" w:rsidR="00A357AF" w:rsidRPr="00055B50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7.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3B5AC8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168B16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36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3E2C26E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49BE1D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0F5BAB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3C6FCA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99427E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1796F48E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F4D447" w14:textId="77777777" w:rsidR="00A357AF" w:rsidRPr="00055B50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806D8D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F79830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055B50">
              <w:rPr>
                <w:rFonts w:cs="Arial"/>
                <w:sz w:val="16"/>
                <w:szCs w:val="16"/>
              </w:rPr>
              <w:t>37a</w:t>
            </w:r>
            <w:proofErr w:type="spellEnd"/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961460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985D6D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44F211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075D5A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95241A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58F9B067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30AFD9" w14:textId="77777777" w:rsidR="00A357AF" w:rsidRPr="00055B50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9.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D6DD85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FCE7F2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055B50">
              <w:rPr>
                <w:rFonts w:cs="Arial"/>
                <w:sz w:val="16"/>
                <w:szCs w:val="16"/>
              </w:rPr>
              <w:t>38a</w:t>
            </w:r>
            <w:proofErr w:type="spellEnd"/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95B0454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C20D6B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8981F0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44A9347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00E262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51A8399C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F14159" w14:textId="77777777" w:rsidR="00A357AF" w:rsidRPr="00055B50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10.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64DCAF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72E809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42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E3C7F87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F54B37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53497B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36DEFB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152137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155E33B4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B6EE9D" w14:textId="77777777" w:rsidR="00A357AF" w:rsidRPr="00055B50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11.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ECC7D1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BA5B0A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47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437EB9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617538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DAC269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360DA2F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9F2514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7DD9B9B5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F24626" w14:textId="77777777" w:rsidR="00A357AF" w:rsidRPr="00055B50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12.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79FDC4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091980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69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24206A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FC3EFA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108C6B4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8BB9E9C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C0C1DC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63A1AF0B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2BD876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13.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1C0342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3297/1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B5AD07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31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EBBCC44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984E08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EF6502A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A6E2B22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7982F5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619F5BB6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C5221F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14.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BAD308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3299/1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3EB698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52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EFB324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B868AF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94DE1B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019BE86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AEF950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1E9A64FC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8E334E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15.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52F72D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3300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E149E5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113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9DCBA24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DE031F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2A8279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4DC1700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6B39F0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700FB06F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20E540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16.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078997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2825/2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362851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ul. Veveří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118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B589AF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6FEBBE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B3CAD0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7871E4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B619FD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12E73266" w14:textId="77777777" w:rsidTr="002E0BAF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F09500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17.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90F273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2375/361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B1EA44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 xml:space="preserve">Makovského nám.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055B50">
              <w:rPr>
                <w:rFonts w:cs="Arial"/>
                <w:sz w:val="16"/>
                <w:szCs w:val="16"/>
              </w:rPr>
              <w:t xml:space="preserve"> 1 – část plochy u </w:t>
            </w:r>
            <w:proofErr w:type="spellStart"/>
            <w:r w:rsidRPr="00055B50">
              <w:rPr>
                <w:rFonts w:cs="Arial"/>
                <w:sz w:val="16"/>
                <w:szCs w:val="16"/>
              </w:rPr>
              <w:t>OC</w:t>
            </w:r>
            <w:proofErr w:type="spellEnd"/>
            <w:r w:rsidRPr="00055B5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74E6EF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CC0317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055B5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F9F5FE5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2ECC87" w14:textId="77777777" w:rsidR="00A357AF" w:rsidRPr="00055B5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692618" w14:textId="77777777" w:rsidR="00A357AF" w:rsidRPr="00055B5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</w:p>
        </w:tc>
      </w:tr>
    </w:tbl>
    <w:p w14:paraId="4A853810" w14:textId="77777777" w:rsidR="00301138" w:rsidRPr="00301138" w:rsidRDefault="00301138" w:rsidP="00301138">
      <w:pPr>
        <w:pStyle w:val="Zkladntext"/>
        <w:spacing w:after="160"/>
        <w:rPr>
          <w:rFonts w:ascii="Arial" w:hAnsi="Arial" w:cs="Arial"/>
          <w:b/>
          <w:bCs/>
          <w:sz w:val="20"/>
          <w:szCs w:val="20"/>
        </w:rPr>
      </w:pPr>
    </w:p>
    <w:p w14:paraId="73C4A2D0" w14:textId="77777777" w:rsidR="00301138" w:rsidRPr="0042763A" w:rsidRDefault="00301138" w:rsidP="00301138">
      <w:pPr>
        <w:pStyle w:val="Zkladntext"/>
        <w:spacing w:after="120"/>
        <w:rPr>
          <w:rFonts w:ascii="Arial" w:hAnsi="Arial" w:cs="Arial"/>
          <w:b/>
          <w:bCs/>
          <w:sz w:val="22"/>
          <w:szCs w:val="22"/>
        </w:rPr>
      </w:pPr>
      <w:r w:rsidRPr="0042763A">
        <w:rPr>
          <w:rFonts w:ascii="Arial" w:hAnsi="Arial" w:cs="Arial"/>
          <w:b/>
          <w:bCs/>
          <w:sz w:val="22"/>
          <w:szCs w:val="22"/>
        </w:rPr>
        <w:t xml:space="preserve">HLAVA </w:t>
      </w:r>
      <w:r>
        <w:rPr>
          <w:rFonts w:ascii="Arial" w:hAnsi="Arial" w:cs="Arial"/>
          <w:b/>
          <w:bCs/>
          <w:sz w:val="22"/>
          <w:szCs w:val="22"/>
        </w:rPr>
        <w:t>C</w:t>
      </w:r>
      <w:r w:rsidRPr="0042763A">
        <w:rPr>
          <w:rFonts w:ascii="Arial" w:hAnsi="Arial" w:cs="Arial"/>
          <w:b/>
          <w:bCs/>
          <w:sz w:val="22"/>
          <w:szCs w:val="22"/>
        </w:rPr>
        <w:t>: Restaurační zahrádky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6"/>
        <w:gridCol w:w="1257"/>
        <w:gridCol w:w="2367"/>
        <w:gridCol w:w="1217"/>
        <w:gridCol w:w="901"/>
        <w:gridCol w:w="838"/>
        <w:gridCol w:w="1023"/>
        <w:gridCol w:w="1474"/>
      </w:tblGrid>
      <w:tr w:rsidR="00301138" w:rsidRPr="0042763A" w14:paraId="0B13FFB1" w14:textId="77777777" w:rsidTr="002E0BAF">
        <w:trPr>
          <w:trHeight w:val="274"/>
        </w:trPr>
        <w:tc>
          <w:tcPr>
            <w:tcW w:w="2155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A7001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1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BA8BC7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97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9137F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71C130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01138" w:rsidRPr="0042763A" w14:paraId="2640B3AF" w14:textId="77777777" w:rsidTr="002E0BAF">
        <w:tc>
          <w:tcPr>
            <w:tcW w:w="26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44E9A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Č.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C4F9BA" w14:textId="77777777" w:rsidR="00301138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p. č. k.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1D1530">
              <w:rPr>
                <w:rFonts w:cs="Arial"/>
                <w:sz w:val="16"/>
                <w:szCs w:val="16"/>
              </w:rPr>
              <w:t>ú.</w:t>
            </w:r>
            <w:proofErr w:type="spellEnd"/>
          </w:p>
          <w:p w14:paraId="36ACF55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Žabovřesky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4BE65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bližší vymezení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D151A2" w14:textId="77777777" w:rsidR="00301138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počet</w:t>
            </w:r>
          </w:p>
          <w:p w14:paraId="0F357125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prodej. míst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426240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výměra</w:t>
            </w:r>
          </w:p>
          <w:p w14:paraId="5DBFE18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1D1530">
              <w:rPr>
                <w:rFonts w:cs="Arial"/>
                <w:sz w:val="16"/>
                <w:szCs w:val="16"/>
              </w:rPr>
              <w:t>m</w:t>
            </w:r>
            <w:r w:rsidRPr="001D1530">
              <w:rPr>
                <w:rFonts w:cs="Arial"/>
                <w:sz w:val="16"/>
                <w:szCs w:val="16"/>
                <w:vertAlign w:val="superscript"/>
              </w:rPr>
              <w:t>2</w:t>
            </w:r>
            <w:proofErr w:type="spellEnd"/>
            <w:r w:rsidRPr="001D153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3AEAC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denní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4EAB9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roční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51A8A8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275EBC96" w14:textId="77777777" w:rsidTr="002E0BAF">
        <w:trPr>
          <w:trHeight w:val="705"/>
        </w:trPr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3A103A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8D37C5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2825/7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A14AF8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Veveří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>122 – zpevněná plocha před domem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C5F418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321B0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44B5D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01A797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87308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4DB3E0E4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7589C6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2.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33757A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2844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2EAF99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Veveří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>129 – plocha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135819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2796E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D57510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F8A96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88806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4F80A822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C75802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3.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87FBA6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2818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CDEE9E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>Tábor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>2 – plocha před provozovnou (mimo chodník)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47D8A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501DF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99901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3AF2D7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830C6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07958330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BF07D5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4.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9C23EF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2605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1B7272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>Tábor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1D1530">
              <w:rPr>
                <w:rFonts w:cs="Arial"/>
                <w:sz w:val="16"/>
                <w:szCs w:val="16"/>
              </w:rPr>
              <w:t xml:space="preserve"> 3 – plocha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026B76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E1650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ECE115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83B6E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0D62D5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4EBF4E96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D67AF1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5.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37335C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2812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BA3905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>Tábor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1D1530">
              <w:rPr>
                <w:rFonts w:cs="Arial"/>
                <w:sz w:val="16"/>
                <w:szCs w:val="16"/>
              </w:rPr>
              <w:t xml:space="preserve"> 8 – zpevněná plocha před domem (napravo podél zídky před vstupem do provozovny)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2A6489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5FAF0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C9FEBA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3DE9F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4615C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2B897729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36A6AA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A476E2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2807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71C5F7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Tábor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1D1530">
              <w:rPr>
                <w:rFonts w:cs="Arial"/>
                <w:sz w:val="16"/>
                <w:szCs w:val="16"/>
              </w:rPr>
              <w:t xml:space="preserve"> 14 – plocha před domem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C49D5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D45816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442327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055CD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C89859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0908F70B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AD17DD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7.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796D6D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2494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67B6E7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>Tábor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1D1530">
              <w:rPr>
                <w:rFonts w:cs="Arial"/>
                <w:sz w:val="16"/>
                <w:szCs w:val="16"/>
              </w:rPr>
              <w:t xml:space="preserve"> 17 – plocha u provozovny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E0A09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7ED266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5A5657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AF25C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499C96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41A5EB3B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FA1E97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74462C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2485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B4CC1E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>Tábor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>25 – plocha před domem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077557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2D474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150D65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AFACEA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8962F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184A0F43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3DFFF1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9.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907B4C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2608/12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D6D5AB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>Tábor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1D1530">
              <w:rPr>
                <w:rFonts w:cs="Arial"/>
                <w:sz w:val="16"/>
                <w:szCs w:val="16"/>
              </w:rPr>
              <w:t xml:space="preserve"> 36</w:t>
            </w:r>
            <w:r>
              <w:rPr>
                <w:rFonts w:cs="Arial"/>
                <w:sz w:val="16"/>
                <w:szCs w:val="16"/>
              </w:rPr>
              <w:t xml:space="preserve"> –</w:t>
            </w:r>
            <w:r w:rsidRPr="001D1530">
              <w:rPr>
                <w:rFonts w:cs="Arial"/>
                <w:sz w:val="16"/>
                <w:szCs w:val="16"/>
              </w:rPr>
              <w:t xml:space="preserve"> plocha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CFF0C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545B8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4933F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5AB130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4C7C5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20FA0F51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383D07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10.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8A1E84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2706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C19A3B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>Kounicova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 xml:space="preserve">73 – plocha </w:t>
            </w:r>
            <w:r>
              <w:rPr>
                <w:rFonts w:cs="Arial"/>
                <w:sz w:val="16"/>
                <w:szCs w:val="16"/>
              </w:rPr>
              <w:t>z boku</w:t>
            </w:r>
            <w:r w:rsidRPr="001D1530">
              <w:rPr>
                <w:rFonts w:cs="Arial"/>
                <w:sz w:val="16"/>
                <w:szCs w:val="16"/>
              </w:rPr>
              <w:t xml:space="preserve"> dom</w:t>
            </w:r>
            <w:r>
              <w:rPr>
                <w:rFonts w:cs="Arial"/>
                <w:sz w:val="16"/>
                <w:szCs w:val="16"/>
              </w:rPr>
              <w:t>u směrem do vnitrobloku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46689A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27CB5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B1A37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D84580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EF075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1D1530" w14:paraId="72CEB234" w14:textId="77777777" w:rsidTr="002E0BAF">
        <w:trPr>
          <w:trHeight w:val="274"/>
        </w:trPr>
        <w:tc>
          <w:tcPr>
            <w:tcW w:w="2155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03AAA5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11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B64D8A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97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C9798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9490EE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01138" w:rsidRPr="001D1530" w14:paraId="4A0CF7D7" w14:textId="77777777" w:rsidTr="002E0BAF">
        <w:tc>
          <w:tcPr>
            <w:tcW w:w="26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975B6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Č.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99F7C1" w14:textId="77777777" w:rsidR="00301138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p. č. k.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1D1530">
              <w:rPr>
                <w:rFonts w:cs="Arial"/>
                <w:sz w:val="16"/>
                <w:szCs w:val="16"/>
              </w:rPr>
              <w:t>ú.</w:t>
            </w:r>
            <w:proofErr w:type="spellEnd"/>
          </w:p>
          <w:p w14:paraId="20C2544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Žabovřesky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28AF6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bližší vymezení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DD699D" w14:textId="77777777" w:rsidR="00301138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počet</w:t>
            </w:r>
          </w:p>
          <w:p w14:paraId="7A29A78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prodej. míst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0C59F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výměra</w:t>
            </w:r>
          </w:p>
          <w:p w14:paraId="13E4C2B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1D1530">
              <w:rPr>
                <w:rFonts w:cs="Arial"/>
                <w:sz w:val="16"/>
                <w:szCs w:val="16"/>
              </w:rPr>
              <w:t>m</w:t>
            </w:r>
            <w:r w:rsidRPr="001D1530">
              <w:rPr>
                <w:rFonts w:cs="Arial"/>
                <w:sz w:val="16"/>
                <w:szCs w:val="16"/>
                <w:vertAlign w:val="superscript"/>
              </w:rPr>
              <w:t>2</w:t>
            </w:r>
            <w:proofErr w:type="spellEnd"/>
            <w:r w:rsidRPr="001D153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0F63E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denní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77E12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roční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1050E9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1446D30D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2A676D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11.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CE81A2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2706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50172A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>Kounicova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1D1530">
              <w:rPr>
                <w:rFonts w:cs="Arial"/>
                <w:sz w:val="16"/>
                <w:szCs w:val="16"/>
              </w:rPr>
              <w:t xml:space="preserve"> 83 – plocha </w:t>
            </w:r>
            <w:r>
              <w:rPr>
                <w:rFonts w:cs="Arial"/>
                <w:sz w:val="16"/>
                <w:szCs w:val="16"/>
              </w:rPr>
              <w:t>(</w:t>
            </w:r>
            <w:r w:rsidRPr="001D1530">
              <w:rPr>
                <w:rFonts w:cs="Arial"/>
                <w:sz w:val="16"/>
                <w:szCs w:val="16"/>
              </w:rPr>
              <w:t xml:space="preserve">mimo chodník) </w:t>
            </w:r>
            <w:r w:rsidRPr="001D1530">
              <w:rPr>
                <w:rFonts w:cs="Arial"/>
                <w:sz w:val="16"/>
                <w:szCs w:val="16"/>
              </w:rPr>
              <w:br/>
              <w:t>u provozovny</w:t>
            </w:r>
            <w:r>
              <w:rPr>
                <w:rFonts w:cs="Arial"/>
                <w:sz w:val="16"/>
                <w:szCs w:val="16"/>
              </w:rPr>
              <w:t xml:space="preserve"> z boku</w:t>
            </w:r>
            <w:r w:rsidRPr="001D1530">
              <w:rPr>
                <w:rFonts w:cs="Arial"/>
                <w:sz w:val="16"/>
                <w:szCs w:val="16"/>
              </w:rPr>
              <w:t xml:space="preserve"> dom</w:t>
            </w:r>
            <w:r>
              <w:rPr>
                <w:rFonts w:cs="Arial"/>
                <w:sz w:val="16"/>
                <w:szCs w:val="16"/>
              </w:rPr>
              <w:t>u směrem do vnitrobloku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95950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820CA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2CFD00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F2ACAA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D6AA0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173C3BAC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1B45C7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12.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50DC01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2701/1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14DDD0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Kounicova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>83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1D1530">
              <w:rPr>
                <w:rFonts w:cs="Arial"/>
                <w:sz w:val="16"/>
                <w:szCs w:val="16"/>
              </w:rPr>
              <w:t>85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1D1530">
              <w:rPr>
                <w:rFonts w:cs="Arial"/>
                <w:sz w:val="16"/>
                <w:szCs w:val="16"/>
              </w:rPr>
              <w:t xml:space="preserve">87 – </w:t>
            </w:r>
            <w:r>
              <w:rPr>
                <w:rFonts w:cs="Arial"/>
                <w:sz w:val="16"/>
                <w:szCs w:val="16"/>
              </w:rPr>
              <w:t>části zpevněné terasy</w:t>
            </w:r>
            <w:r w:rsidRPr="001D1530">
              <w:rPr>
                <w:rFonts w:cs="Arial"/>
                <w:sz w:val="16"/>
                <w:szCs w:val="16"/>
              </w:rPr>
              <w:t xml:space="preserve"> př</w:t>
            </w:r>
            <w:r>
              <w:rPr>
                <w:rFonts w:cs="Arial"/>
                <w:sz w:val="16"/>
                <w:szCs w:val="16"/>
              </w:rPr>
              <w:t>i</w:t>
            </w:r>
            <w:r w:rsidRPr="001D1530">
              <w:rPr>
                <w:rFonts w:cs="Arial"/>
                <w:sz w:val="16"/>
                <w:szCs w:val="16"/>
              </w:rPr>
              <w:t xml:space="preserve"> vstupe</w:t>
            </w:r>
            <w:r>
              <w:rPr>
                <w:rFonts w:cs="Arial"/>
                <w:sz w:val="16"/>
                <w:szCs w:val="16"/>
              </w:rPr>
              <w:t>ch</w:t>
            </w:r>
            <w:r w:rsidRPr="001D1530">
              <w:rPr>
                <w:rFonts w:cs="Arial"/>
                <w:sz w:val="16"/>
                <w:szCs w:val="16"/>
              </w:rPr>
              <w:t xml:space="preserve"> do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D1530">
              <w:rPr>
                <w:rFonts w:cs="Arial"/>
                <w:sz w:val="16"/>
                <w:szCs w:val="16"/>
              </w:rPr>
              <w:t>provozov</w:t>
            </w:r>
            <w:r>
              <w:rPr>
                <w:rFonts w:cs="Arial"/>
                <w:sz w:val="16"/>
                <w:szCs w:val="16"/>
              </w:rPr>
              <w:t>e</w:t>
            </w:r>
            <w:r w:rsidRPr="001D1530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8E716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A0FAB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BE51A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508A4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D6A31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7E3AC48C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C9E882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13.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E9B7D0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3297/1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3D98AD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 xml:space="preserve">1 – </w:t>
            </w:r>
            <w:r>
              <w:rPr>
                <w:rFonts w:cs="Arial"/>
                <w:sz w:val="16"/>
                <w:szCs w:val="16"/>
              </w:rPr>
              <w:t xml:space="preserve">část </w:t>
            </w:r>
            <w:r w:rsidRPr="001D1530">
              <w:rPr>
                <w:rFonts w:cs="Arial"/>
                <w:sz w:val="16"/>
                <w:szCs w:val="16"/>
              </w:rPr>
              <w:t>chodník</w:t>
            </w:r>
            <w:r>
              <w:rPr>
                <w:rFonts w:cs="Arial"/>
                <w:sz w:val="16"/>
                <w:szCs w:val="16"/>
              </w:rPr>
              <w:t>u</w:t>
            </w:r>
            <w:r w:rsidRPr="001D1530">
              <w:rPr>
                <w:rFonts w:cs="Arial"/>
                <w:sz w:val="16"/>
                <w:szCs w:val="16"/>
              </w:rPr>
              <w:t xml:space="preserve">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17172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E16D5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2BB76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270737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4C8FE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1AD3ADD5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933176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14.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DD466C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2607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E36CD0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 xml:space="preserve">2 – </w:t>
            </w:r>
            <w:r>
              <w:rPr>
                <w:rFonts w:cs="Arial"/>
                <w:sz w:val="16"/>
                <w:szCs w:val="16"/>
              </w:rPr>
              <w:t xml:space="preserve">část </w:t>
            </w:r>
            <w:r w:rsidRPr="001D1530">
              <w:rPr>
                <w:rFonts w:cs="Arial"/>
                <w:sz w:val="16"/>
                <w:szCs w:val="16"/>
              </w:rPr>
              <w:t>ploch</w:t>
            </w:r>
            <w:r>
              <w:rPr>
                <w:rFonts w:cs="Arial"/>
                <w:sz w:val="16"/>
                <w:szCs w:val="16"/>
              </w:rPr>
              <w:t xml:space="preserve">y </w:t>
            </w:r>
            <w:r w:rsidRPr="001D1530">
              <w:rPr>
                <w:rFonts w:cs="Arial"/>
                <w:sz w:val="16"/>
                <w:szCs w:val="16"/>
              </w:rPr>
              <w:t>u provozovny</w:t>
            </w:r>
            <w:r>
              <w:rPr>
                <w:rFonts w:cs="Arial"/>
                <w:sz w:val="16"/>
                <w:szCs w:val="16"/>
              </w:rPr>
              <w:t xml:space="preserve"> navazující na chodník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D2174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D466C5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777B3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BDE8B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963749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7355EF35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C094B4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15.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158C72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3297/1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B996BB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 xml:space="preserve">3 – </w:t>
            </w:r>
            <w:r>
              <w:rPr>
                <w:rFonts w:cs="Arial"/>
                <w:sz w:val="16"/>
                <w:szCs w:val="16"/>
              </w:rPr>
              <w:t xml:space="preserve">část </w:t>
            </w:r>
            <w:r w:rsidRPr="001D1530">
              <w:rPr>
                <w:rFonts w:cs="Arial"/>
                <w:sz w:val="16"/>
                <w:szCs w:val="16"/>
              </w:rPr>
              <w:t>chodník</w:t>
            </w:r>
            <w:r>
              <w:rPr>
                <w:rFonts w:cs="Arial"/>
                <w:sz w:val="16"/>
                <w:szCs w:val="16"/>
              </w:rPr>
              <w:t>u</w:t>
            </w:r>
            <w:r w:rsidRPr="001D1530">
              <w:rPr>
                <w:rFonts w:cs="Arial"/>
                <w:sz w:val="16"/>
                <w:szCs w:val="16"/>
              </w:rPr>
              <w:t xml:space="preserve">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D848F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732A8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345DB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FCA82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CC86A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0BB8FF6F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C6B5D8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16.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3B0765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3298/3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97850E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 xml:space="preserve">4 – </w:t>
            </w:r>
            <w:r>
              <w:rPr>
                <w:rFonts w:cs="Arial"/>
                <w:sz w:val="16"/>
                <w:szCs w:val="16"/>
              </w:rPr>
              <w:t xml:space="preserve">část </w:t>
            </w:r>
            <w:r w:rsidRPr="001D1530">
              <w:rPr>
                <w:rFonts w:cs="Arial"/>
                <w:sz w:val="16"/>
                <w:szCs w:val="16"/>
              </w:rPr>
              <w:t>ploch</w:t>
            </w:r>
            <w:r>
              <w:rPr>
                <w:rFonts w:cs="Arial"/>
                <w:sz w:val="16"/>
                <w:szCs w:val="16"/>
              </w:rPr>
              <w:t xml:space="preserve">y </w:t>
            </w:r>
            <w:r w:rsidRPr="001D1530">
              <w:rPr>
                <w:rFonts w:cs="Arial"/>
                <w:sz w:val="16"/>
                <w:szCs w:val="16"/>
              </w:rPr>
              <w:t>u provozovny</w:t>
            </w:r>
            <w:r>
              <w:rPr>
                <w:rFonts w:cs="Arial"/>
                <w:sz w:val="16"/>
                <w:szCs w:val="16"/>
              </w:rPr>
              <w:t xml:space="preserve"> navazující na chodník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D86258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41B84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46CA9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D5E98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6DADF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0A5AAC6A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2BF919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17.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0021A0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2581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16E664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 xml:space="preserve">14 – plocha  </w:t>
            </w:r>
            <w:r w:rsidRPr="001D1530">
              <w:rPr>
                <w:rFonts w:cs="Arial"/>
                <w:sz w:val="16"/>
                <w:szCs w:val="16"/>
              </w:rPr>
              <w:br/>
              <w:t>u provozovny (mimo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D1530">
              <w:rPr>
                <w:rFonts w:cs="Arial"/>
                <w:sz w:val="16"/>
                <w:szCs w:val="16"/>
              </w:rPr>
              <w:t>chodník)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91806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F8468A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B6E26A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18E4E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118CF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249251C6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952491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18.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A8A226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3297/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614C9E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 xml:space="preserve">15 – </w:t>
            </w:r>
            <w:r>
              <w:rPr>
                <w:rFonts w:cs="Arial"/>
                <w:sz w:val="16"/>
                <w:szCs w:val="16"/>
              </w:rPr>
              <w:t xml:space="preserve">část </w:t>
            </w:r>
            <w:r w:rsidRPr="001D1530">
              <w:rPr>
                <w:rFonts w:cs="Arial"/>
                <w:sz w:val="16"/>
                <w:szCs w:val="16"/>
              </w:rPr>
              <w:t>chodník</w:t>
            </w:r>
            <w:r>
              <w:rPr>
                <w:rFonts w:cs="Arial"/>
                <w:sz w:val="16"/>
                <w:szCs w:val="16"/>
              </w:rPr>
              <w:t>u</w:t>
            </w:r>
            <w:r w:rsidRPr="001D1530">
              <w:rPr>
                <w:rFonts w:cs="Arial"/>
                <w:sz w:val="16"/>
                <w:szCs w:val="16"/>
              </w:rPr>
              <w:t xml:space="preserve">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C527C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9504F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EB7C1A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04B029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E6F00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24299C50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CCD61F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19.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3F1576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2555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274487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>20 – předzahrádka u provozovny (mimo chodník)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7CE820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E201D7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150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6D9CC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253C8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8F57D6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00D335A9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5E6E4B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20.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BA2D28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3299/1, 3299/2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631F64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 xml:space="preserve">26 – část chodníku </w:t>
            </w:r>
            <w:r>
              <w:rPr>
                <w:rFonts w:cs="Arial"/>
                <w:sz w:val="16"/>
                <w:szCs w:val="16"/>
              </w:rPr>
              <w:t>p</w:t>
            </w:r>
            <w:r w:rsidRPr="001D1530">
              <w:rPr>
                <w:rFonts w:cs="Arial"/>
                <w:sz w:val="16"/>
                <w:szCs w:val="16"/>
              </w:rPr>
              <w:t xml:space="preserve">řed </w:t>
            </w:r>
            <w:r>
              <w:rPr>
                <w:rFonts w:cs="Arial"/>
                <w:sz w:val="16"/>
                <w:szCs w:val="16"/>
              </w:rPr>
              <w:t>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B7FA38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072DB5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7139D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C5CD9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6C1E4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49167B77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BE4506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21.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6ACC9A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2309, 2310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37F196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>88 – plochy k</w:t>
            </w:r>
            <w:r>
              <w:rPr>
                <w:rFonts w:cs="Arial"/>
                <w:sz w:val="16"/>
                <w:szCs w:val="16"/>
              </w:rPr>
              <w:t xml:space="preserve"> domu s </w:t>
            </w:r>
            <w:r w:rsidRPr="001D1530">
              <w:rPr>
                <w:rFonts w:cs="Arial"/>
                <w:sz w:val="16"/>
                <w:szCs w:val="16"/>
              </w:rPr>
              <w:t>provozovn</w:t>
            </w:r>
            <w:r>
              <w:rPr>
                <w:rFonts w:cs="Arial"/>
                <w:sz w:val="16"/>
                <w:szCs w:val="16"/>
              </w:rPr>
              <w:t>ou</w:t>
            </w:r>
            <w:r w:rsidRPr="001D1530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„</w:t>
            </w:r>
            <w:r w:rsidRPr="001D1530">
              <w:rPr>
                <w:rFonts w:cs="Arial"/>
                <w:sz w:val="16"/>
                <w:szCs w:val="16"/>
              </w:rPr>
              <w:t xml:space="preserve">Pablo </w:t>
            </w:r>
            <w:proofErr w:type="spellStart"/>
            <w:r w:rsidRPr="001D1530">
              <w:rPr>
                <w:rFonts w:cs="Arial"/>
                <w:sz w:val="16"/>
                <w:szCs w:val="16"/>
              </w:rPr>
              <w:t>Esco</w:t>
            </w:r>
            <w:r>
              <w:rPr>
                <w:rFonts w:cs="Arial"/>
                <w:sz w:val="16"/>
                <w:szCs w:val="16"/>
              </w:rPr>
              <w:t>B</w:t>
            </w:r>
            <w:r w:rsidRPr="001D1530">
              <w:rPr>
                <w:rFonts w:cs="Arial"/>
                <w:sz w:val="16"/>
                <w:szCs w:val="16"/>
              </w:rPr>
              <w:t>ar</w:t>
            </w:r>
            <w:proofErr w:type="spellEnd"/>
            <w:r>
              <w:rPr>
                <w:rFonts w:cs="Arial"/>
                <w:sz w:val="16"/>
                <w:szCs w:val="16"/>
              </w:rPr>
              <w:t>“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3BBF76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2D060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4C432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BA2E59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910917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65161F60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8B6256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22.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4882D7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2307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D046DA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 xml:space="preserve">90 – zahrada </w:t>
            </w:r>
            <w:r>
              <w:rPr>
                <w:rFonts w:cs="Arial"/>
                <w:sz w:val="16"/>
                <w:szCs w:val="16"/>
              </w:rPr>
              <w:t>domu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3ADD6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4BB75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131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C4798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77782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4A3669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088AAFFD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BE9FC9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23.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04A9CD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3300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F2F7C3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Minská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>113 – před domem</w:t>
            </w:r>
            <w:r>
              <w:rPr>
                <w:rFonts w:cs="Arial"/>
                <w:sz w:val="16"/>
                <w:szCs w:val="16"/>
              </w:rPr>
              <w:t xml:space="preserve"> s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17C8F6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854608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DC716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F6733A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AF3B8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64F18375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8E3482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24.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813087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3911, 3937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2F6197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>Králova</w:t>
            </w:r>
            <w:r>
              <w:rPr>
                <w:rFonts w:cs="Arial"/>
                <w:sz w:val="16"/>
                <w:szCs w:val="16"/>
              </w:rPr>
              <w:t xml:space="preserve"> u křižovatky s ul. </w:t>
            </w:r>
            <w:r w:rsidRPr="001D1530">
              <w:rPr>
                <w:rFonts w:cs="Arial"/>
                <w:sz w:val="16"/>
                <w:szCs w:val="16"/>
              </w:rPr>
              <w:t>Nárožní – chodník, zpevněná plocha a předzahrádka u provozovny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BFC0B0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4FE9D0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C9D48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EA7A7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69B92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1A3A1150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4CFB5E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25.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541326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2249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6F7603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Burianovo nám. – chodník u provozovny „PIZZA POŠTA“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0F4FC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74FE8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5479F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D7260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DA068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716FCA94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B6E5A1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25.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943AD6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3620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A20C6B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Marie </w:t>
            </w:r>
            <w:proofErr w:type="spellStart"/>
            <w:r w:rsidRPr="001D1530">
              <w:rPr>
                <w:rFonts w:cs="Arial"/>
                <w:sz w:val="16"/>
                <w:szCs w:val="16"/>
              </w:rPr>
              <w:t>Steyskalové</w:t>
            </w:r>
            <w:proofErr w:type="spellEnd"/>
            <w:r w:rsidRPr="001D1530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D1530">
              <w:rPr>
                <w:rFonts w:cs="Arial"/>
                <w:sz w:val="16"/>
                <w:szCs w:val="16"/>
              </w:rPr>
              <w:t>– část chodníku před</w:t>
            </w:r>
            <w:r>
              <w:rPr>
                <w:rFonts w:cs="Arial"/>
                <w:sz w:val="16"/>
                <w:szCs w:val="16"/>
              </w:rPr>
              <w:t xml:space="preserve"> d</w:t>
            </w:r>
            <w:r w:rsidRPr="001D1530">
              <w:rPr>
                <w:rFonts w:cs="Arial"/>
                <w:sz w:val="16"/>
                <w:szCs w:val="16"/>
              </w:rPr>
              <w:t>omem</w:t>
            </w:r>
            <w:r>
              <w:rPr>
                <w:rFonts w:cs="Arial"/>
                <w:sz w:val="16"/>
                <w:szCs w:val="16"/>
              </w:rPr>
              <w:t xml:space="preserve"> u křižovatky s ul. Šeránkova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C3353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DC8E37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489FB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24BB47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314D5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2A3B7D74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BB8BC5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26.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EDF614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4443,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D1530">
              <w:rPr>
                <w:rFonts w:cs="Arial"/>
                <w:sz w:val="16"/>
                <w:szCs w:val="16"/>
              </w:rPr>
              <w:t>286/1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066496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Jana Nečase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 xml:space="preserve">1 – </w:t>
            </w:r>
            <w:r>
              <w:rPr>
                <w:rFonts w:cs="Arial"/>
                <w:sz w:val="16"/>
                <w:szCs w:val="16"/>
              </w:rPr>
              <w:t xml:space="preserve">část </w:t>
            </w:r>
            <w:r w:rsidRPr="001D1530">
              <w:rPr>
                <w:rFonts w:cs="Arial"/>
                <w:sz w:val="16"/>
                <w:szCs w:val="16"/>
              </w:rPr>
              <w:t>ploch</w:t>
            </w:r>
            <w:r>
              <w:rPr>
                <w:rFonts w:cs="Arial"/>
                <w:sz w:val="16"/>
                <w:szCs w:val="16"/>
              </w:rPr>
              <w:t>y</w:t>
            </w:r>
            <w:r w:rsidRPr="001D1530">
              <w:rPr>
                <w:rFonts w:cs="Arial"/>
                <w:sz w:val="16"/>
                <w:szCs w:val="16"/>
              </w:rPr>
              <w:t xml:space="preserve"> u provozovny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4DAA2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84937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1965F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6A722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A91FF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69BD6532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488C41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27.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396D88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2BE507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 xml:space="preserve">8 – část chodníku před </w:t>
            </w:r>
            <w:r>
              <w:rPr>
                <w:rFonts w:cs="Arial"/>
                <w:sz w:val="16"/>
                <w:szCs w:val="16"/>
              </w:rPr>
              <w:t>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FE2996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8E5CD9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8CC65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A141A8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60AC4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4F07D99C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E02DDF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28.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4C7D68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2060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73DDDF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>Horova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>. č.</w:t>
            </w:r>
            <w:r w:rsidRPr="001D1530">
              <w:rPr>
                <w:rFonts w:cs="Arial"/>
                <w:sz w:val="16"/>
                <w:szCs w:val="16"/>
              </w:rPr>
              <w:t xml:space="preserve"> 30 </w:t>
            </w:r>
            <w:r>
              <w:rPr>
                <w:rFonts w:cs="Arial"/>
                <w:sz w:val="16"/>
                <w:szCs w:val="16"/>
              </w:rPr>
              <w:t>–</w:t>
            </w:r>
            <w:r w:rsidRPr="001D1530">
              <w:rPr>
                <w:rFonts w:cs="Arial"/>
                <w:sz w:val="16"/>
                <w:szCs w:val="16"/>
              </w:rPr>
              <w:t xml:space="preserve"> zpevněná plocha u hotelu Kozák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13546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98F90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150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97A85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22D18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CDD8E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5483EE77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340385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29.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77FAF5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2061/1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E34360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Horova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 xml:space="preserve">36 – část chodníku před </w:t>
            </w:r>
            <w:r>
              <w:rPr>
                <w:rFonts w:cs="Arial"/>
                <w:sz w:val="16"/>
                <w:szCs w:val="16"/>
              </w:rPr>
              <w:t>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9C8075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F8E66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AB54A8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DB921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7F524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2CFB011E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603D6B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30.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212B2E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5108/11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826079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Kovařovicova – plocha </w:t>
            </w:r>
            <w:r w:rsidRPr="001D1530">
              <w:rPr>
                <w:rFonts w:cs="Arial"/>
                <w:sz w:val="16"/>
                <w:szCs w:val="16"/>
              </w:rPr>
              <w:br/>
              <w:t>u provozovny</w:t>
            </w:r>
            <w:r>
              <w:rPr>
                <w:rFonts w:cs="Arial"/>
                <w:sz w:val="16"/>
                <w:szCs w:val="16"/>
              </w:rPr>
              <w:t xml:space="preserve"> za domem Haasova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BBD6D9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2E3B5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A66F4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07393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2A4DE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4419C441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6694EB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31.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6BDDFA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760/1,</w:t>
            </w:r>
          </w:p>
          <w:p w14:paraId="6B2F9B28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760/3,</w:t>
            </w:r>
          </w:p>
          <w:p w14:paraId="1C60377B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5103/1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3D3D88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1D1530">
              <w:rPr>
                <w:rFonts w:cs="Arial"/>
                <w:sz w:val="16"/>
                <w:szCs w:val="16"/>
              </w:rPr>
              <w:t xml:space="preserve">Fanderlíkova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>19 – plocha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6E47B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C167D6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150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B92D1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02EB7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0F6170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1DFEE48C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8ABECA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32.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C628AC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1530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13076E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proofErr w:type="spellStart"/>
            <w:r w:rsidRPr="001D1530">
              <w:rPr>
                <w:rFonts w:cs="Arial"/>
                <w:sz w:val="16"/>
                <w:szCs w:val="16"/>
              </w:rPr>
              <w:t>Maničky</w:t>
            </w:r>
            <w:proofErr w:type="spellEnd"/>
            <w:r w:rsidRPr="001D1530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</w:t>
            </w:r>
            <w:r w:rsidRPr="001D1530">
              <w:rPr>
                <w:rFonts w:cs="Arial"/>
                <w:sz w:val="16"/>
                <w:szCs w:val="16"/>
              </w:rPr>
              <w:t xml:space="preserve">12 – </w:t>
            </w:r>
            <w:r>
              <w:rPr>
                <w:rFonts w:cs="Arial"/>
                <w:sz w:val="16"/>
                <w:szCs w:val="16"/>
              </w:rPr>
              <w:t xml:space="preserve">část zpevněné </w:t>
            </w:r>
            <w:r w:rsidRPr="001D1530">
              <w:rPr>
                <w:rFonts w:cs="Arial"/>
                <w:sz w:val="16"/>
                <w:szCs w:val="16"/>
              </w:rPr>
              <w:t>ploch</w:t>
            </w:r>
            <w:r>
              <w:rPr>
                <w:rFonts w:cs="Arial"/>
                <w:sz w:val="16"/>
                <w:szCs w:val="16"/>
              </w:rPr>
              <w:t xml:space="preserve">y </w:t>
            </w:r>
            <w:r w:rsidRPr="001D1530">
              <w:rPr>
                <w:rFonts w:cs="Arial"/>
                <w:sz w:val="16"/>
                <w:szCs w:val="16"/>
              </w:rPr>
              <w:t>před provozovnou (mimo chodník)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10E29A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D1E70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995436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404C79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C281E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7C2E54DE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928FF9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33.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AA2E61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2375/194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C220CB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 xml:space="preserve">nám. Svornosti – před </w:t>
            </w:r>
            <w:r>
              <w:rPr>
                <w:rFonts w:cs="Arial"/>
                <w:sz w:val="16"/>
                <w:szCs w:val="16"/>
              </w:rPr>
              <w:t>provozovnou</w:t>
            </w:r>
            <w:r w:rsidRPr="001D1530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v 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1D1530">
              <w:rPr>
                <w:rFonts w:cs="Arial"/>
                <w:sz w:val="16"/>
                <w:szCs w:val="16"/>
              </w:rPr>
              <w:t>Perla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70F89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FE9C50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BF9DD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187B1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37A7D5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09253AA9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7AB539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34.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8706D4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2375/194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1DB28D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 xml:space="preserve">nám. Svornosti – </w:t>
            </w:r>
            <w:r>
              <w:rPr>
                <w:rFonts w:cs="Arial"/>
                <w:sz w:val="16"/>
                <w:szCs w:val="16"/>
              </w:rPr>
              <w:t>u restaurace při</w:t>
            </w:r>
            <w:r w:rsidRPr="001D1530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1D1530">
              <w:rPr>
                <w:rFonts w:cs="Arial"/>
                <w:sz w:val="16"/>
                <w:szCs w:val="16"/>
              </w:rPr>
              <w:t>OC</w:t>
            </w:r>
            <w:proofErr w:type="spellEnd"/>
            <w:r w:rsidRPr="001D1530">
              <w:rPr>
                <w:rFonts w:cs="Arial"/>
                <w:sz w:val="16"/>
                <w:szCs w:val="16"/>
              </w:rPr>
              <w:t xml:space="preserve"> Perla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57CCA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51E447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165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AF3C9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B3C9D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5403D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2D2046D7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482528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35.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C65F7A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2375/361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498D2E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 xml:space="preserve">Makovského nám. – plocha před provozovnou (terasa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 w:rsidRPr="001D153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BA10F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292235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11FC5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0A21B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BD603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34130182" w14:textId="77777777" w:rsidR="00301138" w:rsidRDefault="00301138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6"/>
        <w:gridCol w:w="1257"/>
        <w:gridCol w:w="2367"/>
        <w:gridCol w:w="1217"/>
        <w:gridCol w:w="901"/>
        <w:gridCol w:w="838"/>
        <w:gridCol w:w="1023"/>
        <w:gridCol w:w="1474"/>
      </w:tblGrid>
      <w:tr w:rsidR="00301138" w:rsidRPr="001D1530" w14:paraId="2A8F77EE" w14:textId="77777777" w:rsidTr="002E0BAF">
        <w:trPr>
          <w:trHeight w:val="274"/>
        </w:trPr>
        <w:tc>
          <w:tcPr>
            <w:tcW w:w="2155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FEA17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11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847E0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97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E30CA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4689100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D1530">
              <w:rPr>
                <w:rFonts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01138" w:rsidRPr="001D1530" w14:paraId="4BF5EE1A" w14:textId="77777777" w:rsidTr="002E0BAF">
        <w:tc>
          <w:tcPr>
            <w:tcW w:w="26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F8B18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Č.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BED671" w14:textId="77777777" w:rsidR="00301138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p. č. k.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1D1530">
              <w:rPr>
                <w:rFonts w:cs="Arial"/>
                <w:sz w:val="16"/>
                <w:szCs w:val="16"/>
              </w:rPr>
              <w:t>ú.</w:t>
            </w:r>
            <w:proofErr w:type="spellEnd"/>
          </w:p>
          <w:p w14:paraId="73357D7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Žabovřesky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1A7AC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bližší vymezení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E5ABAB" w14:textId="77777777" w:rsidR="00301138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počet</w:t>
            </w:r>
          </w:p>
          <w:p w14:paraId="25F7848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prodej. míst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A32A59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výměra</w:t>
            </w:r>
          </w:p>
          <w:p w14:paraId="459C57D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1D1530">
              <w:rPr>
                <w:rFonts w:cs="Arial"/>
                <w:sz w:val="16"/>
                <w:szCs w:val="16"/>
              </w:rPr>
              <w:t>m</w:t>
            </w:r>
            <w:r w:rsidRPr="001D1530">
              <w:rPr>
                <w:rFonts w:cs="Arial"/>
                <w:sz w:val="16"/>
                <w:szCs w:val="16"/>
                <w:vertAlign w:val="superscript"/>
              </w:rPr>
              <w:t>2</w:t>
            </w:r>
            <w:proofErr w:type="spellEnd"/>
            <w:r w:rsidRPr="001D153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E3E10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denní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3D7DC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roční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00FDF4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35E56B4C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4A766E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36.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AE2903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2375/361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6823C5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 xml:space="preserve">Makovského nám. – plocha před provozovnou (terasa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  <w:r w:rsidRPr="001D153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31019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164968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0AEEED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7CD343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C19105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12637963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520D77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37.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DB5351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2375/335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181008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Makovského nám. –</w:t>
            </w:r>
            <w:r>
              <w:rPr>
                <w:rFonts w:cs="Arial"/>
                <w:sz w:val="16"/>
                <w:szCs w:val="16"/>
              </w:rPr>
              <w:t xml:space="preserve"> za </w:t>
            </w:r>
            <w:proofErr w:type="spellStart"/>
            <w:r>
              <w:rPr>
                <w:rFonts w:cs="Arial"/>
                <w:sz w:val="16"/>
                <w:szCs w:val="16"/>
              </w:rPr>
              <w:t>KD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Rubín (</w:t>
            </w:r>
            <w:r w:rsidRPr="001D1530">
              <w:rPr>
                <w:rFonts w:cs="Arial"/>
                <w:sz w:val="16"/>
                <w:szCs w:val="16"/>
              </w:rPr>
              <w:t>ostatní plocha a zeleň před provozovnou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2BF94A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078BCA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8A7A4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810075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FB511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0C391165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34991E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38.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E2D8AF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2375/333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9F81AC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Makovského nám. – plocha před provozovnou</w:t>
            </w:r>
            <w:r>
              <w:rPr>
                <w:rFonts w:cs="Arial"/>
                <w:sz w:val="16"/>
                <w:szCs w:val="16"/>
              </w:rPr>
              <w:t xml:space="preserve"> v atriu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3E83FE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5A7F50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D30A4F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3F6846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8FE460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0226EA3F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5D03FF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39.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6EF8DE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6057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4E556E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Makovského nám. – plocha před provozovnou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3055AB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5372D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6A57C8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B68924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B82317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72F95308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F531E7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40.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883B8B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6057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611F10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Makovského nám. – plocha před provozovnou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OC</w:t>
            </w:r>
            <w:proofErr w:type="spellEnd"/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F15AF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3A96E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BB32F1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9E3578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762869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01138" w:rsidRPr="0042763A" w14:paraId="2DB1AC09" w14:textId="77777777" w:rsidTr="002E0BA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F342BB" w14:textId="77777777" w:rsidR="00301138" w:rsidRPr="00E03383" w:rsidRDefault="00301138" w:rsidP="002E0B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 w:rsidRPr="00E03383">
              <w:rPr>
                <w:rFonts w:cs="Arial"/>
                <w:sz w:val="16"/>
                <w:szCs w:val="16"/>
              </w:rPr>
              <w:t>41.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53DE45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6059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82CAD7" w14:textId="77777777" w:rsidR="00301138" w:rsidRPr="001D1530" w:rsidRDefault="00301138" w:rsidP="002E0BAF">
            <w:pPr>
              <w:pStyle w:val="Bezmez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Makovského nám. – zpevněná plocha u provozovny</w:t>
            </w:r>
            <w:r>
              <w:rPr>
                <w:rFonts w:cs="Arial"/>
                <w:sz w:val="16"/>
                <w:szCs w:val="16"/>
              </w:rPr>
              <w:t xml:space="preserve"> v </w:t>
            </w:r>
            <w:proofErr w:type="spellStart"/>
            <w:r>
              <w:rPr>
                <w:rFonts w:cs="Arial"/>
                <w:sz w:val="16"/>
                <w:szCs w:val="16"/>
              </w:rPr>
              <w:t>KD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Rubín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AC88C6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07F8A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1D153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DA3D7C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75A7B2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AF35DA" w14:textId="77777777" w:rsidR="00301138" w:rsidRPr="001D1530" w:rsidRDefault="00301138" w:rsidP="002E0B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A357AF" w:rsidRPr="0042763A" w14:paraId="5479C0BE" w14:textId="77777777" w:rsidTr="00940ED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47438F" w14:textId="6B6401E8" w:rsidR="00A357AF" w:rsidRPr="00E03383" w:rsidRDefault="00A357AF" w:rsidP="00A357AF">
            <w:pPr>
              <w:pStyle w:val="Bezmezer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F79547" w14:textId="0916EA83" w:rsidR="00A357AF" w:rsidRPr="001D153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5274/13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266D7B" w14:textId="4F2F533E" w:rsidR="00A357AF" w:rsidRPr="001D1530" w:rsidRDefault="00A357AF" w:rsidP="00A357AF">
            <w:pPr>
              <w:pStyle w:val="Bezmez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ul. </w:t>
            </w:r>
            <w:r w:rsidRPr="00A50FA6">
              <w:rPr>
                <w:rFonts w:cs="Arial"/>
                <w:sz w:val="16"/>
                <w:szCs w:val="16"/>
              </w:rPr>
              <w:t xml:space="preserve">Vychodilova – zpevněná plocha </w:t>
            </w:r>
            <w:r>
              <w:rPr>
                <w:rFonts w:cs="Arial"/>
                <w:sz w:val="16"/>
                <w:szCs w:val="16"/>
              </w:rPr>
              <w:t xml:space="preserve">za domem </w:t>
            </w:r>
            <w:proofErr w:type="spellStart"/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č. 15 </w:t>
            </w:r>
            <w:r w:rsidRPr="00A50FA6">
              <w:rPr>
                <w:rFonts w:cs="Arial"/>
                <w:sz w:val="16"/>
                <w:szCs w:val="16"/>
              </w:rPr>
              <w:t>při ulici Zeyerova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042D35D" w14:textId="77777777" w:rsidR="00A357AF" w:rsidRPr="001D153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B35BCB" w14:textId="65995F71" w:rsidR="00A357AF" w:rsidRPr="001D153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  <w:r w:rsidRPr="00A50FA6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D55FC0" w14:textId="77777777" w:rsidR="00A357AF" w:rsidRPr="001D153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C71CE6" w14:textId="77777777" w:rsidR="00A357AF" w:rsidRPr="001D153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AC565C" w14:textId="77777777" w:rsidR="00A357AF" w:rsidRPr="001D1530" w:rsidRDefault="00A357AF" w:rsidP="00A357AF">
            <w:pPr>
              <w:pStyle w:val="Bezmezer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69E326E1" w14:textId="77777777" w:rsidR="00301138" w:rsidRDefault="00301138" w:rsidP="00301138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4A576B6A" w14:textId="77777777" w:rsidR="00301138" w:rsidRDefault="00301138" w:rsidP="00301138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6C0AE02" w14:textId="77777777" w:rsidR="00301138" w:rsidRPr="00EF0AF7" w:rsidRDefault="00301138" w:rsidP="00301138">
      <w:pPr>
        <w:pStyle w:val="Zkladntext"/>
        <w:spacing w:after="120"/>
        <w:rPr>
          <w:rFonts w:ascii="Arial" w:hAnsi="Arial" w:cs="Arial"/>
          <w:b/>
          <w:bCs/>
          <w:sz w:val="22"/>
          <w:szCs w:val="22"/>
        </w:rPr>
      </w:pPr>
      <w:r w:rsidRPr="00EF0AF7">
        <w:rPr>
          <w:rFonts w:ascii="Arial" w:hAnsi="Arial" w:cs="Arial"/>
          <w:b/>
          <w:bCs/>
          <w:sz w:val="22"/>
          <w:szCs w:val="22"/>
        </w:rPr>
        <w:t>HLAVA D: Pojízdný prodej, pochůzkový prodej a prodej bez prodejního zařízení</w:t>
      </w:r>
    </w:p>
    <w:p w14:paraId="4763B43D" w14:textId="27C296E1" w:rsidR="00301138" w:rsidRPr="00301138" w:rsidRDefault="00301138" w:rsidP="00301138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301138">
        <w:rPr>
          <w:rFonts w:ascii="Arial" w:hAnsi="Arial" w:cs="Arial"/>
          <w:sz w:val="20"/>
          <w:szCs w:val="20"/>
        </w:rPr>
        <w:t>Pojízdný prodej, pochůzkový prodej a prodej bez prodejního zařízení je možno provozovat při splnění požadavků právních předpisů na celém území MČ Brno-Žabovřesky.</w:t>
      </w:r>
    </w:p>
    <w:p w14:paraId="02EAB43D" w14:textId="77777777" w:rsidR="00301138" w:rsidRDefault="00301138" w:rsidP="00F7642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D4C2C57" w14:textId="77777777" w:rsidR="00301138" w:rsidRDefault="00301138" w:rsidP="00F7642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6AD0B64" w14:textId="77777777" w:rsidR="00301138" w:rsidRDefault="00301138" w:rsidP="00F7642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8DB658C" w14:textId="77777777" w:rsidR="00FE1565" w:rsidRPr="005C0F58" w:rsidRDefault="00FE1565" w:rsidP="005A4AFF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 xml:space="preserve"> </w:t>
      </w:r>
    </w:p>
    <w:p w14:paraId="53D37297" w14:textId="77777777" w:rsidR="00CF3742" w:rsidRPr="005C0F58" w:rsidRDefault="00CF374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bookmarkEnd w:id="48"/>
    <w:p w14:paraId="71DFF6AD" w14:textId="77777777" w:rsidR="00D11752" w:rsidRPr="005C0F58" w:rsidRDefault="00D1175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807334C" w14:textId="77777777" w:rsidR="00D11752" w:rsidRPr="005C0F58" w:rsidRDefault="00D1175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747CC8B" w14:textId="013E4FE9" w:rsidR="00D11752" w:rsidRPr="005C0F58" w:rsidRDefault="00D1175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E8C443B" w14:textId="76227A2D" w:rsidR="00E528DD" w:rsidRPr="005C0F58" w:rsidRDefault="00E528D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3B6077C" w14:textId="535BA19A" w:rsidR="00E528DD" w:rsidRPr="005C0F58" w:rsidRDefault="00E528D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D536191" w14:textId="4E3EB075" w:rsidR="00E528DD" w:rsidRPr="005C0F58" w:rsidRDefault="00E528D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6046260" w14:textId="24EAA2B7" w:rsidR="00E528DD" w:rsidRPr="005C0F58" w:rsidRDefault="00E528D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87104F8" w14:textId="396A9332" w:rsidR="00E528DD" w:rsidRPr="005C0F58" w:rsidRDefault="00E528D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89DB4F6" w14:textId="3E5BC373" w:rsidR="00E528DD" w:rsidRPr="005C0F58" w:rsidRDefault="00E528D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165EA11" w14:textId="77777777" w:rsidR="00E528DD" w:rsidRPr="005C0F58" w:rsidRDefault="00E528D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3AEEABF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  <w:bookmarkStart w:id="49" w:name="_Hlk46216038"/>
    </w:p>
    <w:p w14:paraId="34474BC7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1B8716D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3840616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8519E91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EB20D31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3BE6960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AFA4FA5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433FE39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D011218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233C893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0C2C957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DE49D30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D27C7F3" w14:textId="77777777" w:rsidR="002350C4" w:rsidRDefault="002350C4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35F815E" w14:textId="58A6400A" w:rsidR="00FE1565" w:rsidRPr="00301138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301138">
        <w:rPr>
          <w:rFonts w:ascii="Arial" w:hAnsi="Arial" w:cs="Arial"/>
          <w:b/>
          <w:bCs/>
          <w:sz w:val="22"/>
          <w:szCs w:val="22"/>
        </w:rPr>
        <w:lastRenderedPageBreak/>
        <w:t>ČÁST XXVIII</w:t>
      </w:r>
    </w:p>
    <w:p w14:paraId="51F2B828" w14:textId="77777777" w:rsidR="00FE1565" w:rsidRPr="00301138" w:rsidRDefault="00FE156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301138">
        <w:rPr>
          <w:rFonts w:ascii="Arial" w:hAnsi="Arial" w:cs="Arial"/>
          <w:b/>
          <w:bCs/>
          <w:sz w:val="22"/>
          <w:szCs w:val="22"/>
        </w:rPr>
        <w:t>MČ BRNO-ŽEBĚTÍN</w:t>
      </w:r>
    </w:p>
    <w:p w14:paraId="678FBB88" w14:textId="77777777" w:rsidR="00FE1565" w:rsidRPr="00301138" w:rsidRDefault="00FE1565">
      <w:pPr>
        <w:pStyle w:val="Zkladntext"/>
        <w:rPr>
          <w:rFonts w:ascii="Arial" w:hAnsi="Arial" w:cs="Arial"/>
          <w:sz w:val="22"/>
          <w:szCs w:val="22"/>
        </w:rPr>
      </w:pPr>
    </w:p>
    <w:p w14:paraId="101A4AEB" w14:textId="77777777" w:rsidR="00FE1565" w:rsidRPr="00301138" w:rsidRDefault="00FE1565" w:rsidP="00D53B52">
      <w:pPr>
        <w:pStyle w:val="Zkladntext"/>
        <w:spacing w:after="120"/>
        <w:rPr>
          <w:rFonts w:ascii="Arial" w:hAnsi="Arial" w:cs="Arial"/>
          <w:b/>
          <w:bCs/>
          <w:sz w:val="22"/>
          <w:szCs w:val="22"/>
        </w:rPr>
      </w:pPr>
      <w:r w:rsidRPr="00301138">
        <w:rPr>
          <w:rFonts w:ascii="Arial" w:hAnsi="Arial" w:cs="Arial"/>
          <w:b/>
          <w:bCs/>
          <w:sz w:val="22"/>
          <w:szCs w:val="22"/>
        </w:rPr>
        <w:t>HLAVA A: Tržní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3"/>
        <w:gridCol w:w="1202"/>
        <w:gridCol w:w="2442"/>
        <w:gridCol w:w="1062"/>
        <w:gridCol w:w="884"/>
        <w:gridCol w:w="920"/>
        <w:gridCol w:w="1096"/>
        <w:gridCol w:w="1554"/>
      </w:tblGrid>
      <w:tr w:rsidR="00FE1565" w:rsidRPr="005C0F58" w14:paraId="0097489E" w14:textId="77777777" w:rsidTr="00D53B52">
        <w:trPr>
          <w:trHeight w:val="274"/>
        </w:trPr>
        <w:tc>
          <w:tcPr>
            <w:tcW w:w="212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B8CC2C" w14:textId="77777777" w:rsidR="00FE1565" w:rsidRPr="00301138" w:rsidRDefault="00FE1565" w:rsidP="002E018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50" w:name="_Hlk167438139"/>
            <w:r w:rsidRPr="00301138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1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7D93AB" w14:textId="77777777" w:rsidR="00FE1565" w:rsidRPr="00301138" w:rsidRDefault="00FE1565" w:rsidP="002E018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1138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05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96DF3C" w14:textId="77777777" w:rsidR="00FE1565" w:rsidRPr="00301138" w:rsidRDefault="00FE1565" w:rsidP="002E018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1138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5FEF203" w14:textId="77777777" w:rsidR="00FE1565" w:rsidRPr="00301138" w:rsidRDefault="00FE1565" w:rsidP="002E018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1138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1565" w:rsidRPr="005C0F58" w14:paraId="0C3DDBD8" w14:textId="77777777" w:rsidTr="00D53B52"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C97B9D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9801F0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748F3990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Žebětín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A0404D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CF8E88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počet pro</w:t>
            </w:r>
            <w:r w:rsidR="00795200" w:rsidRPr="00301138">
              <w:rPr>
                <w:rFonts w:ascii="Arial" w:hAnsi="Arial" w:cs="Arial"/>
                <w:sz w:val="16"/>
                <w:szCs w:val="16"/>
              </w:rPr>
              <w:t>-</w:t>
            </w:r>
            <w:r w:rsidRPr="00301138">
              <w:rPr>
                <w:rFonts w:ascii="Arial" w:hAnsi="Arial" w:cs="Arial"/>
                <w:sz w:val="16"/>
                <w:szCs w:val="16"/>
              </w:rPr>
              <w:t>dej.</w:t>
            </w:r>
            <w:r w:rsidR="002D7263" w:rsidRPr="0030113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Pr="00301138">
              <w:rPr>
                <w:rFonts w:ascii="Arial" w:hAnsi="Arial" w:cs="Arial"/>
                <w:sz w:val="16"/>
                <w:szCs w:val="16"/>
              </w:rPr>
              <w:t>íst</w:t>
            </w: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9BD8F7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DDF423D" w14:textId="49D3A27F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(m</w:t>
            </w:r>
            <w:r w:rsidR="00301138" w:rsidRPr="0030113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0113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FCF515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52CEB7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2D12323" w14:textId="77777777" w:rsidR="00FE1565" w:rsidRPr="00301138" w:rsidRDefault="00097C06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FE1565" w:rsidRPr="005C0F58" w14:paraId="07F1FAFC" w14:textId="77777777" w:rsidTr="00D53B52">
        <w:tc>
          <w:tcPr>
            <w:tcW w:w="22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27B70D" w14:textId="77777777" w:rsidR="00FE1565" w:rsidRPr="00301138" w:rsidRDefault="00FE1565" w:rsidP="0079520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27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A62F6F" w14:textId="77777777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770/2</w:t>
            </w:r>
          </w:p>
        </w:tc>
        <w:tc>
          <w:tcPr>
            <w:tcW w:w="127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769AA1" w14:textId="77777777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 xml:space="preserve">Křivánkovo nám. </w:t>
            </w:r>
            <w:r w:rsidR="002E0182" w:rsidRPr="00301138">
              <w:rPr>
                <w:rFonts w:ascii="Arial" w:hAnsi="Arial" w:cs="Arial"/>
                <w:sz w:val="16"/>
                <w:szCs w:val="16"/>
              </w:rPr>
              <w:t>–</w:t>
            </w:r>
            <w:r w:rsidRPr="00301138">
              <w:rPr>
                <w:rFonts w:ascii="Arial" w:hAnsi="Arial" w:cs="Arial"/>
                <w:sz w:val="16"/>
                <w:szCs w:val="16"/>
              </w:rPr>
              <w:t xml:space="preserve"> před restaurací </w:t>
            </w:r>
            <w:r w:rsidR="002E0182" w:rsidRPr="00301138">
              <w:rPr>
                <w:rFonts w:ascii="Arial" w:hAnsi="Arial" w:cs="Arial"/>
                <w:sz w:val="16"/>
                <w:szCs w:val="16"/>
              </w:rPr>
              <w:t>–</w:t>
            </w:r>
            <w:r w:rsidRPr="00301138">
              <w:rPr>
                <w:rFonts w:ascii="Arial" w:hAnsi="Arial" w:cs="Arial"/>
                <w:sz w:val="16"/>
                <w:szCs w:val="16"/>
              </w:rPr>
              <w:t xml:space="preserve"> chodník</w:t>
            </w:r>
          </w:p>
        </w:tc>
        <w:tc>
          <w:tcPr>
            <w:tcW w:w="55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16DC25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084020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90C671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19CD72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EB5393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50"/>
      <w:tr w:rsidR="00FE1565" w:rsidRPr="005C0F58" w14:paraId="5DA4798A" w14:textId="77777777" w:rsidTr="00D53B52"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9363B15" w14:textId="77777777" w:rsidR="00FE1565" w:rsidRPr="00301138" w:rsidRDefault="00FE1565" w:rsidP="0079520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08594E8" w14:textId="77777777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770/2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FAE60EB" w14:textId="77777777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 xml:space="preserve">Křivánkovo nám. </w:t>
            </w:r>
            <w:r w:rsidR="002E0182" w:rsidRPr="00301138">
              <w:rPr>
                <w:rFonts w:ascii="Arial" w:hAnsi="Arial" w:cs="Arial"/>
                <w:sz w:val="16"/>
                <w:szCs w:val="16"/>
              </w:rPr>
              <w:t>–</w:t>
            </w:r>
            <w:r w:rsidRPr="00301138">
              <w:rPr>
                <w:rFonts w:ascii="Arial" w:hAnsi="Arial" w:cs="Arial"/>
                <w:sz w:val="16"/>
                <w:szCs w:val="16"/>
              </w:rPr>
              <w:t xml:space="preserve"> před hasičskou zbrojnicí </w:t>
            </w:r>
            <w:r w:rsidR="002E0182" w:rsidRPr="00301138">
              <w:rPr>
                <w:rFonts w:ascii="Arial" w:hAnsi="Arial" w:cs="Arial"/>
                <w:sz w:val="16"/>
                <w:szCs w:val="16"/>
              </w:rPr>
              <w:t>–</w:t>
            </w:r>
            <w:r w:rsidRPr="00301138">
              <w:rPr>
                <w:rFonts w:ascii="Arial" w:hAnsi="Arial" w:cs="Arial"/>
                <w:sz w:val="16"/>
                <w:szCs w:val="16"/>
              </w:rPr>
              <w:t xml:space="preserve"> silnice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FC91300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FEADC1D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00B1AB4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50C40E3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222019C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707C39E1" w14:textId="77777777" w:rsidTr="00D53B52"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9D781FF" w14:textId="77777777" w:rsidR="00FE1565" w:rsidRPr="00301138" w:rsidRDefault="00FE1565" w:rsidP="0079520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BA2C577" w14:textId="7EE7707E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2944</w:t>
            </w:r>
            <w:r w:rsidR="00D4439B" w:rsidRPr="00301138">
              <w:rPr>
                <w:rFonts w:ascii="Arial" w:hAnsi="Arial" w:cs="Arial"/>
                <w:sz w:val="16"/>
                <w:szCs w:val="16"/>
              </w:rPr>
              <w:t>/</w:t>
            </w:r>
            <w:r w:rsidR="007C7D13">
              <w:rPr>
                <w:rFonts w:ascii="Arial" w:hAnsi="Arial" w:cs="Arial"/>
                <w:sz w:val="16"/>
                <w:szCs w:val="16"/>
              </w:rPr>
              <w:t>4</w:t>
            </w:r>
            <w:r w:rsidR="00D4439B" w:rsidRPr="00301138">
              <w:rPr>
                <w:rFonts w:ascii="Arial" w:hAnsi="Arial" w:cs="Arial"/>
                <w:sz w:val="16"/>
                <w:szCs w:val="16"/>
              </w:rPr>
              <w:t>1</w:t>
            </w:r>
            <w:r w:rsidR="007C7D1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E7E380E" w14:textId="77777777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 xml:space="preserve">Křivánkovo nám. </w:t>
            </w:r>
            <w:r w:rsidR="002E0182" w:rsidRPr="00301138">
              <w:rPr>
                <w:rFonts w:ascii="Arial" w:hAnsi="Arial" w:cs="Arial"/>
                <w:sz w:val="16"/>
                <w:szCs w:val="16"/>
              </w:rPr>
              <w:t>–</w:t>
            </w:r>
            <w:r w:rsidRPr="00301138">
              <w:rPr>
                <w:rFonts w:ascii="Arial" w:hAnsi="Arial" w:cs="Arial"/>
                <w:sz w:val="16"/>
                <w:szCs w:val="16"/>
              </w:rPr>
              <w:t xml:space="preserve"> před hasičskou zbrojnicí </w:t>
            </w:r>
            <w:r w:rsidR="002E0182" w:rsidRPr="00301138">
              <w:rPr>
                <w:rFonts w:ascii="Arial" w:hAnsi="Arial" w:cs="Arial"/>
                <w:sz w:val="16"/>
                <w:szCs w:val="16"/>
              </w:rPr>
              <w:t>–</w:t>
            </w:r>
            <w:r w:rsidRPr="00301138">
              <w:rPr>
                <w:rFonts w:ascii="Arial" w:hAnsi="Arial" w:cs="Arial"/>
                <w:sz w:val="16"/>
                <w:szCs w:val="16"/>
              </w:rPr>
              <w:t>chodník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B39320C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C41E2B6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6A30668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73996A7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7555A77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77DD2A52" w14:textId="77777777" w:rsidTr="00D53B52"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8C564D9" w14:textId="77777777" w:rsidR="00FE1565" w:rsidRPr="00301138" w:rsidRDefault="00FE1565" w:rsidP="0079520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7BAB943" w14:textId="08D8C6A2" w:rsidR="00FE1565" w:rsidRPr="00301138" w:rsidRDefault="007C7D13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2953</w:t>
            </w:r>
            <w:r w:rsidR="00FE1565" w:rsidRPr="00301138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16236C6" w14:textId="27EDB924" w:rsidR="00FE1565" w:rsidRPr="00301138" w:rsidRDefault="00E56031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Hostislavova – </w:t>
            </w:r>
            <w:r w:rsidR="007C7D13">
              <w:rPr>
                <w:rFonts w:ascii="Arial" w:hAnsi="Arial" w:cs="Arial"/>
                <w:sz w:val="16"/>
                <w:szCs w:val="16"/>
              </w:rPr>
              <w:t>chodník u</w:t>
            </w:r>
            <w:r>
              <w:rPr>
                <w:rFonts w:ascii="Arial" w:hAnsi="Arial" w:cs="Arial"/>
                <w:sz w:val="16"/>
                <w:szCs w:val="16"/>
              </w:rPr>
              <w:t xml:space="preserve"> Žebětínského</w:t>
            </w:r>
            <w:r w:rsidR="007C7D13">
              <w:rPr>
                <w:rFonts w:ascii="Arial" w:hAnsi="Arial" w:cs="Arial"/>
                <w:sz w:val="16"/>
                <w:szCs w:val="16"/>
              </w:rPr>
              <w:t xml:space="preserve"> rybníka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FDC3873" w14:textId="5A913305" w:rsidR="00FE1565" w:rsidRPr="00301138" w:rsidRDefault="007C7D13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E6E6A8A" w14:textId="2FB12ABB" w:rsidR="00FE1565" w:rsidRPr="00301138" w:rsidRDefault="007C7D13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CFA3D5F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7114E7C" w14:textId="65A4DEFB" w:rsidR="00FE1565" w:rsidRPr="00301138" w:rsidRDefault="007C7D13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  <w:r w:rsidR="00E56031">
              <w:rPr>
                <w:rFonts w:ascii="Arial" w:hAnsi="Arial" w:cs="Arial"/>
                <w:sz w:val="16"/>
                <w:szCs w:val="16"/>
              </w:rPr>
              <w:t xml:space="preserve"> (kromě tahu žab v měsících </w:t>
            </w:r>
            <w:r w:rsidR="00067B52">
              <w:rPr>
                <w:rFonts w:ascii="Arial" w:hAnsi="Arial" w:cs="Arial"/>
                <w:sz w:val="16"/>
                <w:szCs w:val="16"/>
              </w:rPr>
              <w:t>březen–duben a červen–červenec</w:t>
            </w:r>
            <w:r w:rsidR="00B62CB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DFCD751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2DDDBC83" w14:textId="77777777" w:rsidTr="007C7D13">
        <w:trPr>
          <w:cantSplit/>
          <w:trHeight w:hRule="exact" w:val="227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AAD7B34" w14:textId="77777777" w:rsidR="00FE1565" w:rsidRPr="00301138" w:rsidRDefault="00FE1565" w:rsidP="0079520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C5C7DFD" w14:textId="49B0C61A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35A35BE" w14:textId="57F370E5" w:rsidR="00FE1565" w:rsidRPr="00301138" w:rsidRDefault="007C7D13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6CC83FB" w14:textId="45F5772D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EEFF261" w14:textId="45F793FF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6321D93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BA55BED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1C496E6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72EE0080" w14:textId="77777777" w:rsidTr="007C7D13">
        <w:trPr>
          <w:cantSplit/>
          <w:trHeight w:hRule="exact" w:val="227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E95C7F4" w14:textId="77777777" w:rsidR="00FE1565" w:rsidRPr="00301138" w:rsidRDefault="00FE1565" w:rsidP="0079520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324B7BA" w14:textId="7853DB17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2A93D79" w14:textId="313ED6B0" w:rsidR="00FE1565" w:rsidRPr="00301138" w:rsidRDefault="007C7D13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1A8422B" w14:textId="60F2873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EFF452A" w14:textId="028C71B3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20D120E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A7A8CF5" w14:textId="1DACA040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A7E862B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59B647FB" w14:textId="77777777" w:rsidTr="007C7D13">
        <w:trPr>
          <w:cantSplit/>
          <w:trHeight w:hRule="exact" w:val="227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F962962" w14:textId="77777777" w:rsidR="00FE1565" w:rsidRPr="00301138" w:rsidRDefault="00FE1565" w:rsidP="0079520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EBE6A3F" w14:textId="77777777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9FEBDF7" w14:textId="77777777" w:rsidR="00FE1565" w:rsidRPr="00301138" w:rsidRDefault="00887AAE" w:rsidP="00795200">
            <w:pPr>
              <w:pStyle w:val="Styltabulky"/>
              <w:rPr>
                <w:rFonts w:ascii="Arial" w:hAnsi="Arial" w:cs="Arial"/>
                <w:i/>
                <w:sz w:val="16"/>
                <w:szCs w:val="16"/>
              </w:rPr>
            </w:pPr>
            <w:r w:rsidRPr="00301138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CCA86B9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09F2074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3ACD34A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8328CDB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65298A1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1565" w:rsidRPr="005C0F58" w14:paraId="786429C0" w14:textId="77777777" w:rsidTr="00D53B52">
        <w:trPr>
          <w:trHeight w:val="250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F44CD0" w14:textId="77777777" w:rsidR="00FE1565" w:rsidRPr="00301138" w:rsidRDefault="00FE1565" w:rsidP="0079520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39F3A" w14:textId="77777777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770/2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7061D8" w14:textId="77777777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 xml:space="preserve">Křivánkovo nám. </w:t>
            </w:r>
            <w:r w:rsidR="002E0182" w:rsidRPr="00301138">
              <w:rPr>
                <w:rFonts w:ascii="Arial" w:hAnsi="Arial" w:cs="Arial"/>
                <w:sz w:val="16"/>
                <w:szCs w:val="16"/>
              </w:rPr>
              <w:t>–</w:t>
            </w:r>
            <w:r w:rsidRPr="00301138">
              <w:rPr>
                <w:rFonts w:ascii="Arial" w:hAnsi="Arial" w:cs="Arial"/>
                <w:sz w:val="16"/>
                <w:szCs w:val="16"/>
              </w:rPr>
              <w:t xml:space="preserve"> silnice (lokalita pro prodej z pojízdného prodejního zařízení)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6652FD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8AA499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D988FA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68C15A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CE6E24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A2A050" w14:textId="77777777" w:rsidR="00FE1565" w:rsidRPr="00301138" w:rsidRDefault="00FE1565" w:rsidP="00D53B52">
      <w:pPr>
        <w:pStyle w:val="Zkladntext"/>
        <w:spacing w:before="480" w:after="120"/>
        <w:rPr>
          <w:rFonts w:ascii="Arial" w:hAnsi="Arial" w:cs="Arial"/>
          <w:b/>
          <w:bCs/>
          <w:sz w:val="22"/>
          <w:szCs w:val="22"/>
        </w:rPr>
      </w:pPr>
      <w:r w:rsidRPr="00301138">
        <w:rPr>
          <w:rFonts w:ascii="Arial" w:hAnsi="Arial" w:cs="Arial"/>
          <w:b/>
          <w:bCs/>
          <w:sz w:val="22"/>
          <w:szCs w:val="22"/>
        </w:rPr>
        <w:t>HLAVA B: Restaurační zahrádky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3"/>
        <w:gridCol w:w="1156"/>
        <w:gridCol w:w="2290"/>
        <w:gridCol w:w="803"/>
        <w:gridCol w:w="820"/>
        <w:gridCol w:w="1342"/>
        <w:gridCol w:w="1273"/>
        <w:gridCol w:w="1416"/>
        <w:gridCol w:w="10"/>
      </w:tblGrid>
      <w:tr w:rsidR="00C23DB3" w:rsidRPr="005C0F58" w14:paraId="7E3F238C" w14:textId="77777777" w:rsidTr="005B2F96">
        <w:trPr>
          <w:trHeight w:val="274"/>
        </w:trPr>
        <w:tc>
          <w:tcPr>
            <w:tcW w:w="2045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ECF6C1" w14:textId="77777777" w:rsidR="00FE1565" w:rsidRPr="00301138" w:rsidRDefault="00FE1565" w:rsidP="002E018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51" w:name="_Hlk41644323"/>
            <w:r w:rsidRPr="00301138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4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C30DDA" w14:textId="77777777" w:rsidR="00FE1565" w:rsidRPr="00301138" w:rsidRDefault="00FE1565" w:rsidP="002E018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1138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6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F71F76" w14:textId="77777777" w:rsidR="00FE1565" w:rsidRPr="00301138" w:rsidRDefault="00FE1565" w:rsidP="002E018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1138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4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B7EE5B4" w14:textId="77777777" w:rsidR="00FE1565" w:rsidRPr="00301138" w:rsidRDefault="00FE1565" w:rsidP="002E0182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1138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C23DB3" w:rsidRPr="005C0F58" w14:paraId="6C4C12CA" w14:textId="77777777" w:rsidTr="005B2F96">
        <w:trPr>
          <w:gridAfter w:val="1"/>
          <w:wAfter w:w="5" w:type="pct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43A71F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Č</w:t>
            </w:r>
            <w:r w:rsidR="00FA16D3" w:rsidRPr="0030113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6F3471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A3BA746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Žebětín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8CE232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CE9A18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FA3CFF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B02D7E9" w14:textId="6180F038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(m</w:t>
            </w:r>
            <w:r w:rsidR="00301138" w:rsidRPr="0030113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0113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21ADE3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187F55" w14:textId="77777777" w:rsidR="00FE1565" w:rsidRPr="00301138" w:rsidRDefault="00FE1565" w:rsidP="0030113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0D9BD9D" w14:textId="77777777" w:rsidR="00FE1565" w:rsidRPr="00301138" w:rsidRDefault="00FE1565" w:rsidP="002D726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3DB3" w:rsidRPr="005C0F58" w14:paraId="0396D24D" w14:textId="77777777" w:rsidTr="005B2F96">
        <w:trPr>
          <w:gridAfter w:val="1"/>
          <w:wAfter w:w="5" w:type="pct"/>
        </w:trPr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79B8CF" w14:textId="77777777" w:rsidR="00FE1565" w:rsidRPr="00301138" w:rsidRDefault="00FE1565" w:rsidP="0079520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03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B3A68F" w14:textId="50C97CD5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2712</w:t>
            </w:r>
            <w:r w:rsidR="00AA6B1D"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19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0968C1" w14:textId="77777777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 xml:space="preserve">u restaurace Na hřišti </w:t>
            </w:r>
            <w:r w:rsidR="002E0182" w:rsidRPr="00301138">
              <w:rPr>
                <w:rFonts w:ascii="Arial" w:hAnsi="Arial" w:cs="Arial"/>
                <w:sz w:val="16"/>
                <w:szCs w:val="16"/>
              </w:rPr>
              <w:t>–</w:t>
            </w:r>
            <w:r w:rsidRPr="00301138">
              <w:rPr>
                <w:rFonts w:ascii="Arial" w:hAnsi="Arial" w:cs="Arial"/>
                <w:sz w:val="16"/>
                <w:szCs w:val="16"/>
              </w:rPr>
              <w:t xml:space="preserve"> přední část</w:t>
            </w:r>
          </w:p>
        </w:tc>
        <w:tc>
          <w:tcPr>
            <w:tcW w:w="41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04A5C8" w14:textId="77777777" w:rsidR="00FE1565" w:rsidRPr="0030113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58C931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2B26FA" w14:textId="77777777" w:rsidR="00FE1565" w:rsidRPr="0030113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833E47" w14:textId="77777777" w:rsidR="00FE1565" w:rsidRPr="0030113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9F91492" w14:textId="77777777" w:rsidR="00FE1565" w:rsidRPr="0030113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23DB3" w:rsidRPr="005C0F58" w14:paraId="73BD21AB" w14:textId="77777777" w:rsidTr="005B2F96">
        <w:trPr>
          <w:gridAfter w:val="1"/>
          <w:wAfter w:w="5" w:type="pct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C0E7C5C" w14:textId="77777777" w:rsidR="00FE1565" w:rsidRPr="00301138" w:rsidRDefault="00FE1565" w:rsidP="0079520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0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2C5AB96" w14:textId="53075AFF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2712</w:t>
            </w:r>
            <w:r w:rsidR="00AA6B1D"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4549559" w14:textId="77777777" w:rsidR="00FE1565" w:rsidRPr="00301138" w:rsidRDefault="00FE1565" w:rsidP="0079520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 xml:space="preserve">u restaurace Na hřišti </w:t>
            </w:r>
            <w:r w:rsidR="002E0182" w:rsidRPr="00301138">
              <w:rPr>
                <w:rFonts w:ascii="Arial" w:hAnsi="Arial" w:cs="Arial"/>
                <w:sz w:val="16"/>
                <w:szCs w:val="16"/>
              </w:rPr>
              <w:t>–</w:t>
            </w:r>
            <w:r w:rsidRPr="00301138">
              <w:rPr>
                <w:rFonts w:ascii="Arial" w:hAnsi="Arial" w:cs="Arial"/>
                <w:sz w:val="16"/>
                <w:szCs w:val="16"/>
              </w:rPr>
              <w:t xml:space="preserve"> zadní část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BF25AD6" w14:textId="77777777" w:rsidR="00FE1565" w:rsidRPr="0030113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B93A5FA" w14:textId="77777777" w:rsidR="00FE1565" w:rsidRPr="00301138" w:rsidRDefault="00FE1565" w:rsidP="0079520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7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A532051" w14:textId="77777777" w:rsidR="00FE1565" w:rsidRPr="0030113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20B9B9E" w14:textId="77777777" w:rsidR="00FE1565" w:rsidRPr="0030113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25DCE38" w14:textId="77777777" w:rsidR="00FE1565" w:rsidRPr="00301138" w:rsidRDefault="00FE1565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bookmarkEnd w:id="51"/>
      <w:tr w:rsidR="00887AAE" w:rsidRPr="005C0F58" w14:paraId="40FE0E6A" w14:textId="77777777" w:rsidTr="005B2F96">
        <w:trPr>
          <w:gridAfter w:val="1"/>
          <w:wAfter w:w="5" w:type="pct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C18978" w14:textId="77777777" w:rsidR="00887AAE" w:rsidRPr="00301138" w:rsidRDefault="00887AAE" w:rsidP="00887AA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6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C38D3F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770/7, 7</w:t>
            </w:r>
            <w:r w:rsidRPr="00AA6B1D">
              <w:rPr>
                <w:rFonts w:ascii="Arial" w:hAnsi="Arial" w:cs="Arial"/>
                <w:sz w:val="16"/>
                <w:szCs w:val="16"/>
              </w:rPr>
              <w:t>78/1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0E7CC1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301138">
              <w:rPr>
                <w:rFonts w:ascii="Arial" w:hAnsi="Arial" w:cs="Arial"/>
                <w:spacing w:val="-2"/>
                <w:sz w:val="16"/>
                <w:szCs w:val="16"/>
              </w:rPr>
              <w:t>před restaurací Žebětínský dvůr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D4F445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ABD427" w14:textId="77777777" w:rsidR="00887AAE" w:rsidRPr="00301138" w:rsidRDefault="00887AAE" w:rsidP="00887A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F6DB40" w14:textId="77777777" w:rsidR="00887AAE" w:rsidRPr="00301138" w:rsidRDefault="00887AAE" w:rsidP="00887A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10.00–22.00 h.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45DC20" w14:textId="77777777" w:rsidR="00887AAE" w:rsidRPr="00301138" w:rsidRDefault="00887AAE" w:rsidP="00887A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1.</w:t>
            </w:r>
            <w:r w:rsidR="005B2F96" w:rsidRPr="00301138">
              <w:rPr>
                <w:rFonts w:ascii="Arial" w:hAnsi="Arial" w:cs="Arial"/>
                <w:sz w:val="16"/>
                <w:szCs w:val="16"/>
              </w:rPr>
              <w:t> </w:t>
            </w:r>
            <w:r w:rsidRPr="00301138">
              <w:rPr>
                <w:rFonts w:ascii="Arial" w:hAnsi="Arial" w:cs="Arial"/>
                <w:sz w:val="16"/>
                <w:szCs w:val="16"/>
              </w:rPr>
              <w:t>4.–3.</w:t>
            </w:r>
            <w:r w:rsidR="005B2F96" w:rsidRPr="00301138">
              <w:rPr>
                <w:rFonts w:ascii="Arial" w:hAnsi="Arial" w:cs="Arial"/>
                <w:sz w:val="16"/>
                <w:szCs w:val="16"/>
              </w:rPr>
              <w:t> </w:t>
            </w:r>
            <w:r w:rsidRPr="00301138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1A821B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887AAE" w:rsidRPr="005C0F58" w14:paraId="1F3B638B" w14:textId="77777777" w:rsidTr="005B2F96">
        <w:trPr>
          <w:gridAfter w:val="1"/>
          <w:wAfter w:w="5" w:type="pct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7BD2B8" w14:textId="77777777" w:rsidR="00887AAE" w:rsidRPr="00301138" w:rsidRDefault="00887AAE" w:rsidP="00887AA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6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4FD15C" w14:textId="77777777" w:rsidR="00887AAE" w:rsidRPr="00AA6B1D" w:rsidRDefault="00887AAE" w:rsidP="00887A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AA6B1D">
              <w:rPr>
                <w:rFonts w:ascii="Arial" w:hAnsi="Arial" w:cs="Arial"/>
                <w:sz w:val="16"/>
                <w:szCs w:val="16"/>
              </w:rPr>
              <w:t>779/1, 782/1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1F7B49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301138">
              <w:rPr>
                <w:rFonts w:ascii="Arial" w:hAnsi="Arial" w:cs="Arial"/>
                <w:spacing w:val="-2"/>
                <w:sz w:val="16"/>
                <w:szCs w:val="16"/>
              </w:rPr>
              <w:t>Křivánkovo nám. or. č. 33a  – zadní trakt hotelu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C95039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177718" w14:textId="77777777" w:rsidR="00887AAE" w:rsidRPr="00301138" w:rsidRDefault="00887AAE" w:rsidP="00887A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40AC23" w14:textId="77777777" w:rsidR="00887AAE" w:rsidRPr="00301138" w:rsidRDefault="00887AAE" w:rsidP="00887A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11.00–22.00 h.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187B15" w14:textId="77777777" w:rsidR="00887AAE" w:rsidRPr="00301138" w:rsidRDefault="00887AAE" w:rsidP="00887A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36893B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7AAE" w:rsidRPr="005C0F58" w14:paraId="1DDDCD60" w14:textId="77777777" w:rsidTr="00C573E4">
        <w:trPr>
          <w:gridAfter w:val="1"/>
          <w:wAfter w:w="5" w:type="pct"/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668D6F" w14:textId="77777777" w:rsidR="00887AAE" w:rsidRPr="00301138" w:rsidRDefault="00887AAE" w:rsidP="00887AA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6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4CAF2C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E8E846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301138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23B59A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FA8546" w14:textId="77777777" w:rsidR="00887AAE" w:rsidRPr="00301138" w:rsidRDefault="00887AAE" w:rsidP="00887A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D7AE57" w14:textId="77777777" w:rsidR="00887AAE" w:rsidRPr="00301138" w:rsidRDefault="00887AAE" w:rsidP="00887A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480643" w14:textId="77777777" w:rsidR="00887AAE" w:rsidRPr="00301138" w:rsidRDefault="00887AAE" w:rsidP="00887A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251D32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7AAE" w:rsidRPr="005C0F58" w14:paraId="72E5859B" w14:textId="77777777" w:rsidTr="00C573E4">
        <w:trPr>
          <w:gridAfter w:val="1"/>
          <w:wAfter w:w="5" w:type="pct"/>
          <w:cantSplit/>
          <w:trHeight w:hRule="exact" w:val="227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1C96EB" w14:textId="77777777" w:rsidR="00887AAE" w:rsidRPr="00301138" w:rsidRDefault="00887AAE" w:rsidP="00887AAE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01138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6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D6944F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04537E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301138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03FCD7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078572" w14:textId="77777777" w:rsidR="00887AAE" w:rsidRPr="00301138" w:rsidRDefault="00887AAE" w:rsidP="00887A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9728E1" w14:textId="77777777" w:rsidR="00887AAE" w:rsidRPr="00301138" w:rsidRDefault="00887AAE" w:rsidP="00887AAE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07F7A3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B3EF05" w14:textId="77777777" w:rsidR="00887AAE" w:rsidRPr="00301138" w:rsidRDefault="00887AAE" w:rsidP="00887AAE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436FA3" w14:textId="77777777" w:rsidR="00FE1565" w:rsidRPr="00301138" w:rsidRDefault="00FE1565" w:rsidP="00D53B52">
      <w:pPr>
        <w:pStyle w:val="Zkladntext"/>
        <w:spacing w:before="48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301138">
        <w:rPr>
          <w:rFonts w:ascii="Arial" w:hAnsi="Arial" w:cs="Arial"/>
          <w:b/>
          <w:bCs/>
          <w:sz w:val="22"/>
          <w:szCs w:val="22"/>
        </w:rPr>
        <w:t>HLAVA C: Pojízdný prodej, pochůzkový prodej a prodej bez prodejního zařízení</w:t>
      </w:r>
    </w:p>
    <w:p w14:paraId="381EA272" w14:textId="77777777" w:rsidR="00FE1565" w:rsidRPr="005C0F58" w:rsidRDefault="00FE1565" w:rsidP="002E0182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Pojízdný prodej, pochůzkový prodej a prodej bez prodejního zařízení je možno provozovat při splnění požadavků právních předpisů na celém území MČ Brno-Žebětín.</w:t>
      </w:r>
    </w:p>
    <w:p w14:paraId="0A4ACE47" w14:textId="77777777" w:rsidR="00FE1565" w:rsidRPr="005C0F58" w:rsidRDefault="00FE156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2D82B9E" w14:textId="77777777" w:rsidR="00D53B52" w:rsidRPr="005C0F58" w:rsidRDefault="00D53B5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A0E4495" w14:textId="77777777" w:rsidR="00D53B52" w:rsidRPr="005C0F58" w:rsidRDefault="00D53B5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bookmarkEnd w:id="49"/>
    <w:p w14:paraId="4069EF75" w14:textId="77777777" w:rsidR="00D53B52" w:rsidRPr="005C0F58" w:rsidRDefault="00D53B52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B14217D" w14:textId="5B755D0A" w:rsidR="003B33AE" w:rsidRPr="005C0F58" w:rsidRDefault="003B33AE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07F3581" w14:textId="77777777" w:rsidR="007674B5" w:rsidRPr="005C0F58" w:rsidRDefault="007674B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82720C6" w14:textId="77777777" w:rsidR="001A1A70" w:rsidRPr="005C0F58" w:rsidRDefault="001A1A70" w:rsidP="00076515">
      <w:pPr>
        <w:pStyle w:val="Zkladntext"/>
        <w:rPr>
          <w:rFonts w:ascii="Arial" w:hAnsi="Arial" w:cs="Arial"/>
          <w:b/>
          <w:bCs/>
          <w:sz w:val="20"/>
          <w:szCs w:val="20"/>
        </w:rPr>
      </w:pPr>
      <w:bookmarkStart w:id="52" w:name="_Hlk46216097"/>
    </w:p>
    <w:p w14:paraId="16EE7C33" w14:textId="77777777" w:rsidR="00301138" w:rsidRDefault="00301138" w:rsidP="0007651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0ECC244" w14:textId="77777777" w:rsidR="00301138" w:rsidRDefault="00301138" w:rsidP="0007651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2D07291D" w14:textId="77777777" w:rsidR="00301138" w:rsidRDefault="00301138" w:rsidP="0007651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890B0B6" w14:textId="77777777" w:rsidR="00301138" w:rsidRDefault="00301138" w:rsidP="0007651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4C80095" w14:textId="04E80407" w:rsidR="00076515" w:rsidRPr="00F368AB" w:rsidRDefault="00076515" w:rsidP="0007651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F368AB">
        <w:rPr>
          <w:rFonts w:ascii="Arial" w:hAnsi="Arial" w:cs="Arial"/>
          <w:b/>
          <w:bCs/>
          <w:sz w:val="22"/>
          <w:szCs w:val="22"/>
        </w:rPr>
        <w:lastRenderedPageBreak/>
        <w:t>ČÁST XXIX</w:t>
      </w:r>
    </w:p>
    <w:p w14:paraId="37CB52C3" w14:textId="77777777" w:rsidR="00076515" w:rsidRPr="00F368AB" w:rsidRDefault="00076515" w:rsidP="0007651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F368AB">
        <w:rPr>
          <w:rFonts w:ascii="Arial" w:hAnsi="Arial" w:cs="Arial"/>
          <w:b/>
          <w:bCs/>
          <w:sz w:val="22"/>
          <w:szCs w:val="22"/>
        </w:rPr>
        <w:t>MČ BRNO-ŽIDENICE</w:t>
      </w:r>
    </w:p>
    <w:p w14:paraId="0E32CC59" w14:textId="77777777" w:rsidR="00076515" w:rsidRPr="00F368AB" w:rsidRDefault="00076515" w:rsidP="00076515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4DD62D13" w14:textId="77777777" w:rsidR="00076515" w:rsidRPr="00F368AB" w:rsidRDefault="00076515" w:rsidP="00076515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F368AB">
        <w:rPr>
          <w:rFonts w:ascii="Arial" w:hAnsi="Arial" w:cs="Arial"/>
          <w:b/>
          <w:bCs/>
          <w:sz w:val="22"/>
          <w:szCs w:val="22"/>
        </w:rPr>
        <w:t xml:space="preserve">HLAVA A: Tržnice </w:t>
      </w:r>
      <w:r w:rsidRPr="00F368AB">
        <w:rPr>
          <w:rFonts w:ascii="Arial" w:hAnsi="Arial" w:cs="Arial"/>
          <w:sz w:val="22"/>
          <w:szCs w:val="22"/>
        </w:rPr>
        <w:t>(hlava vypuštěna)</w:t>
      </w:r>
    </w:p>
    <w:p w14:paraId="2C8C1B54" w14:textId="77777777" w:rsidR="00076515" w:rsidRPr="00F368AB" w:rsidRDefault="00076515" w:rsidP="00076515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</w:p>
    <w:p w14:paraId="16012ECC" w14:textId="77777777" w:rsidR="00076515" w:rsidRPr="00F368AB" w:rsidRDefault="00076515" w:rsidP="00076515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F368AB">
        <w:rPr>
          <w:rFonts w:ascii="Arial" w:hAnsi="Arial" w:cs="Arial"/>
          <w:b/>
          <w:bCs/>
          <w:sz w:val="22"/>
          <w:szCs w:val="22"/>
        </w:rPr>
        <w:t xml:space="preserve">HLAVA B: Tržiště </w:t>
      </w:r>
      <w:r w:rsidRPr="00F368AB">
        <w:rPr>
          <w:rFonts w:ascii="Arial" w:hAnsi="Arial" w:cs="Arial"/>
          <w:sz w:val="22"/>
          <w:szCs w:val="22"/>
        </w:rPr>
        <w:t>(hlava vypuštěna)</w:t>
      </w:r>
    </w:p>
    <w:p w14:paraId="466D1450" w14:textId="77777777" w:rsidR="00076515" w:rsidRPr="00F368AB" w:rsidRDefault="00076515" w:rsidP="00076515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  <w:r w:rsidRPr="00F368AB">
        <w:rPr>
          <w:rFonts w:ascii="Arial" w:hAnsi="Arial" w:cs="Arial"/>
          <w:sz w:val="22"/>
          <w:szCs w:val="22"/>
        </w:rPr>
        <w:t xml:space="preserve"> </w:t>
      </w:r>
    </w:p>
    <w:p w14:paraId="61B1107C" w14:textId="77777777" w:rsidR="00076515" w:rsidRPr="00F368AB" w:rsidRDefault="00076515" w:rsidP="00076515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F368AB">
        <w:rPr>
          <w:rFonts w:ascii="Arial" w:hAnsi="Arial" w:cs="Arial"/>
          <w:b/>
          <w:bCs/>
          <w:sz w:val="22"/>
          <w:szCs w:val="22"/>
        </w:rPr>
        <w:t>HLAVA C: Tržní místa</w:t>
      </w:r>
    </w:p>
    <w:p w14:paraId="60D25390" w14:textId="77777777" w:rsidR="00076515" w:rsidRPr="00F368AB" w:rsidRDefault="00076515" w:rsidP="00076515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</w:p>
    <w:p w14:paraId="7FDCB870" w14:textId="77777777" w:rsidR="00076515" w:rsidRPr="00F368AB" w:rsidRDefault="00076515" w:rsidP="00076515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F368AB">
        <w:rPr>
          <w:rFonts w:ascii="Arial" w:hAnsi="Arial" w:cs="Arial"/>
          <w:b/>
          <w:bCs/>
          <w:sz w:val="22"/>
          <w:szCs w:val="22"/>
        </w:rPr>
        <w:t>C1) Tržní místa – k. ú. Zábrdovice:</w:t>
      </w:r>
    </w:p>
    <w:p w14:paraId="519CADED" w14:textId="77777777" w:rsidR="00076515" w:rsidRPr="005C0F58" w:rsidRDefault="00076515" w:rsidP="00076515">
      <w:pPr>
        <w:pStyle w:val="Zkladntext"/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08"/>
        <w:gridCol w:w="1066"/>
        <w:gridCol w:w="2057"/>
        <w:gridCol w:w="790"/>
        <w:gridCol w:w="864"/>
        <w:gridCol w:w="1071"/>
        <w:gridCol w:w="1422"/>
        <w:gridCol w:w="1905"/>
      </w:tblGrid>
      <w:tr w:rsidR="00076515" w:rsidRPr="005C0F58" w14:paraId="70112177" w14:textId="77777777" w:rsidTr="006656FB">
        <w:trPr>
          <w:trHeight w:val="274"/>
        </w:trPr>
        <w:tc>
          <w:tcPr>
            <w:tcW w:w="184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C94614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6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920CBB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0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FF6D3A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99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90E2E40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76515" w:rsidRPr="005C0F58" w14:paraId="620D4ACF" w14:textId="77777777" w:rsidTr="006656FB">
        <w:trPr>
          <w:trHeight w:val="710"/>
        </w:trPr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C3DD8BA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BB03335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1A957B6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896CAB2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BEABF84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7C21547" w14:textId="5768B20D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(m</w:t>
            </w:r>
            <w:r w:rsidR="00F368AB" w:rsidRPr="00F368A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F368A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BB7150A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9AF0F14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99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BE24210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76515" w:rsidRPr="005C0F58" w14:paraId="58FA438B" w14:textId="77777777" w:rsidTr="006656FB"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FBCFBA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56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5CD4F6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1161/8</w:t>
            </w:r>
          </w:p>
        </w:tc>
        <w:tc>
          <w:tcPr>
            <w:tcW w:w="10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62924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před lázněmi</w:t>
            </w:r>
          </w:p>
        </w:tc>
        <w:tc>
          <w:tcPr>
            <w:tcW w:w="41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3388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ECDDA6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00924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6B69C5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99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C56D2D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ván. stromky, ryby</w:t>
            </w:r>
          </w:p>
        </w:tc>
      </w:tr>
      <w:tr w:rsidR="00076515" w:rsidRPr="005C0F58" w14:paraId="2FE78997" w14:textId="77777777" w:rsidTr="006656FB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FE106D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5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C8F2C7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1138/1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167336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při ulici Lazaretní</w:t>
            </w: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EE44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8C685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4BBC7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48480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7C2015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tisk</w:t>
            </w:r>
          </w:p>
        </w:tc>
      </w:tr>
    </w:tbl>
    <w:p w14:paraId="60963607" w14:textId="77777777" w:rsidR="00076515" w:rsidRPr="005C0F58" w:rsidRDefault="00076515" w:rsidP="00076515">
      <w:pPr>
        <w:pStyle w:val="Styltabulky"/>
        <w:spacing w:line="240" w:lineRule="auto"/>
        <w:rPr>
          <w:rFonts w:ascii="Arial" w:hAnsi="Arial" w:cs="Arial"/>
        </w:rPr>
      </w:pPr>
    </w:p>
    <w:p w14:paraId="7DA39204" w14:textId="77777777" w:rsidR="00076515" w:rsidRPr="005C0F58" w:rsidRDefault="00076515" w:rsidP="00076515">
      <w:pPr>
        <w:pStyle w:val="Zkladntext"/>
        <w:spacing w:line="240" w:lineRule="auto"/>
        <w:rPr>
          <w:rFonts w:ascii="Arial" w:hAnsi="Arial" w:cs="Arial"/>
          <w:sz w:val="20"/>
          <w:szCs w:val="20"/>
        </w:rPr>
      </w:pPr>
    </w:p>
    <w:p w14:paraId="07259DBD" w14:textId="77777777" w:rsidR="00076515" w:rsidRPr="00F368AB" w:rsidRDefault="00076515" w:rsidP="00076515">
      <w:pPr>
        <w:pStyle w:val="Zkladntext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F368AB">
        <w:rPr>
          <w:rFonts w:ascii="Arial" w:hAnsi="Arial" w:cs="Arial"/>
          <w:b/>
          <w:bCs/>
          <w:sz w:val="22"/>
          <w:szCs w:val="22"/>
        </w:rPr>
        <w:t>C2) Tržní místa – k. ú. Židenice:</w:t>
      </w:r>
    </w:p>
    <w:p w14:paraId="49211FEB" w14:textId="77777777" w:rsidR="00076515" w:rsidRPr="005C0F58" w:rsidRDefault="00076515" w:rsidP="00076515">
      <w:pPr>
        <w:pStyle w:val="Zkladntext"/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72"/>
        <w:gridCol w:w="1016"/>
        <w:gridCol w:w="2325"/>
        <w:gridCol w:w="805"/>
        <w:gridCol w:w="878"/>
        <w:gridCol w:w="1127"/>
        <w:gridCol w:w="1275"/>
        <w:gridCol w:w="1685"/>
      </w:tblGrid>
      <w:tr w:rsidR="00076515" w:rsidRPr="005C0F58" w14:paraId="5E593773" w14:textId="77777777" w:rsidTr="00D86684">
        <w:trPr>
          <w:trHeight w:val="274"/>
        </w:trPr>
        <w:tc>
          <w:tcPr>
            <w:tcW w:w="198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D2666C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7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FEDDD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5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450CB5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C0531EE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76515" w:rsidRPr="005C0F58" w14:paraId="53FC870A" w14:textId="77777777" w:rsidTr="00F368AB">
        <w:trPr>
          <w:trHeight w:val="710"/>
        </w:trPr>
        <w:tc>
          <w:tcPr>
            <w:tcW w:w="246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FB11544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789870D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20EE427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0536B42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B469A92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EA4937B" w14:textId="3C6AF13F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(m</w:t>
            </w:r>
            <w:r w:rsidR="00F368AB" w:rsidRPr="00F368A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F368A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ABA9140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2632D99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1D92F69" w14:textId="77777777" w:rsidR="00076515" w:rsidRPr="00F368AB" w:rsidRDefault="00076515" w:rsidP="00F368A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76515" w:rsidRPr="005C0F58" w14:paraId="5CB8843B" w14:textId="77777777" w:rsidTr="00F368AB">
        <w:tc>
          <w:tcPr>
            <w:tcW w:w="24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577CE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1.</w:t>
            </w:r>
          </w:p>
        </w:tc>
        <w:tc>
          <w:tcPr>
            <w:tcW w:w="530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61E644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4260/1</w:t>
            </w:r>
          </w:p>
        </w:tc>
        <w:tc>
          <w:tcPr>
            <w:tcW w:w="1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CB7CAC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Juliánovské nám. před obj. or. č. 2</w:t>
            </w:r>
          </w:p>
        </w:tc>
        <w:tc>
          <w:tcPr>
            <w:tcW w:w="42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A8E47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B111AF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8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042E2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2CFEA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BF0892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</w:tr>
      <w:tr w:rsidR="00076515" w:rsidRPr="005C0F58" w14:paraId="760B489D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B5B84E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2.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6C5F4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7480/10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8F0F1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prodejní místo u spodní brány hřbitova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41B978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7516B8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580CA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A873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0348C4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květiny, svíčky</w:t>
            </w:r>
          </w:p>
        </w:tc>
      </w:tr>
      <w:tr w:rsidR="00076515" w:rsidRPr="005C0F58" w14:paraId="778BE238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9ED9ED5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3.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F310B2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6938/23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6D442CC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u horní brány hřbitova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813668D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B51EBEB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D44ECA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BDF92F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B160A0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květiny, svíčky</w:t>
            </w:r>
          </w:p>
        </w:tc>
      </w:tr>
      <w:tr w:rsidR="00076515" w:rsidRPr="005C0F58" w14:paraId="1B72778C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C726E36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4.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5CFAEECC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7481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1A7F88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ul. Meluzínova, u hlavní brány hřbitova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3F53206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08CDCC2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6FDCA6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49C526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61D41CF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květiny, svíčky</w:t>
            </w:r>
          </w:p>
        </w:tc>
      </w:tr>
      <w:tr w:rsidR="00076515" w:rsidRPr="005C0F58" w14:paraId="252D1241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160E511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5.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D40814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5877/27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EACABA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před vchodem do obchodního domu Kaufland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1411EBA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A4473E0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F1E3BF4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5EEF44D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B1F272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točená zmrzlina</w:t>
            </w:r>
          </w:p>
        </w:tc>
      </w:tr>
      <w:tr w:rsidR="00076515" w:rsidRPr="005C0F58" w14:paraId="5257F623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D22056E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6.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D37212F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4935/1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700C1D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roh ul. Líšeňská – Jamborova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3195708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E2CA665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F85E63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49D2C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2916A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19FD0863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38A9042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7.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CCEAE6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4897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15C58DD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při ulici Líšeňská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EC9F1ED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452CA32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723A36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3F711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5E269A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</w:tr>
      <w:tr w:rsidR="00076515" w:rsidRPr="005C0F58" w14:paraId="7F6A2F5F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B377F15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8.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B12F63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6832/3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17B53B2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u horního vchodu </w:t>
            </w:r>
          </w:p>
          <w:p w14:paraId="5346BFB6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na hřbitov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C35801C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B808798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CDE8864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234AA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4F4D3B2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květiny, svíčky</w:t>
            </w:r>
          </w:p>
        </w:tc>
      </w:tr>
      <w:tr w:rsidR="00076515" w:rsidRPr="005C0F58" w14:paraId="44E414B7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7A85C4E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9.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00E9DB8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6969C1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368AB">
              <w:rPr>
                <w:rFonts w:ascii="Arial" w:hAnsi="Arial" w:cs="Arial"/>
                <w:i/>
                <w:iCs/>
                <w:sz w:val="16"/>
                <w:szCs w:val="16"/>
              </w:rPr>
              <w:t>vypuštěna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AEDCE21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009B5CD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F902142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58CC2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9BB7B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76E7E74D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FB8885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B1409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2185/1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06C40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F368AB">
              <w:rPr>
                <w:rFonts w:ascii="Arial" w:hAnsi="Arial" w:cs="Arial"/>
                <w:iCs/>
                <w:sz w:val="16"/>
                <w:szCs w:val="16"/>
              </w:rPr>
              <w:t>Karáskovo nám.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B3A13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FDC92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3</w:t>
            </w:r>
            <w:r w:rsidR="00580E3E" w:rsidRPr="00F368A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8AB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D959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FD548" w14:textId="77777777" w:rsidR="00076515" w:rsidRPr="00F368AB" w:rsidRDefault="00076515" w:rsidP="00C039A4">
            <w:pPr>
              <w:pStyle w:val="Styltabulky"/>
              <w:spacing w:line="240" w:lineRule="auto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F368AB">
              <w:rPr>
                <w:rFonts w:ascii="Arial" w:hAnsi="Arial" w:cs="Arial"/>
                <w:spacing w:val="-4"/>
                <w:sz w:val="16"/>
                <w:szCs w:val="16"/>
              </w:rPr>
              <w:t xml:space="preserve">pro akce pořádané MČ nebo </w:t>
            </w:r>
            <w:r w:rsidR="00C23B40" w:rsidRPr="00F368AB">
              <w:rPr>
                <w:rFonts w:ascii="Arial" w:hAnsi="Arial" w:cs="Arial"/>
                <w:spacing w:val="-4"/>
                <w:sz w:val="16"/>
                <w:szCs w:val="16"/>
              </w:rPr>
              <w:t xml:space="preserve">akce, </w:t>
            </w:r>
            <w:r w:rsidRPr="00F368AB">
              <w:rPr>
                <w:rFonts w:ascii="Arial" w:hAnsi="Arial" w:cs="Arial"/>
                <w:spacing w:val="-4"/>
                <w:sz w:val="16"/>
                <w:szCs w:val="16"/>
              </w:rPr>
              <w:t>které MČ</w:t>
            </w:r>
            <w:r w:rsidR="00C23B40" w:rsidRPr="00F368A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368AB">
              <w:rPr>
                <w:rFonts w:ascii="Arial" w:hAnsi="Arial" w:cs="Arial"/>
                <w:spacing w:val="-4"/>
                <w:sz w:val="16"/>
                <w:szCs w:val="16"/>
              </w:rPr>
              <w:t>zaštiťuje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623C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70C6D33B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A17CE5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123DA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7861/2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0920AF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F368AB">
              <w:rPr>
                <w:rFonts w:ascii="Arial" w:hAnsi="Arial" w:cs="Arial"/>
                <w:spacing w:val="-6"/>
                <w:sz w:val="16"/>
                <w:szCs w:val="16"/>
              </w:rPr>
              <w:t>ul. Bělohorská u or. č. 102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7C625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971DA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18E24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6BBA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1A58A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</w:tr>
      <w:tr w:rsidR="00076515" w:rsidRPr="005C0F58" w14:paraId="764C4121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A267DC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772C46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8390/81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EA72F7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Stará osada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9392F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3968B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31D8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F8A85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91F40C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zemědělské produkty</w:t>
            </w:r>
          </w:p>
        </w:tc>
      </w:tr>
      <w:tr w:rsidR="00076515" w:rsidRPr="005C0F58" w14:paraId="4709DEFA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6B87D8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7693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6938/23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9C7DEF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u horní brány hřbitova podél jeho zdi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980593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1ACABF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0BBE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587CD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87991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květiny, svíčky</w:t>
            </w:r>
          </w:p>
        </w:tc>
      </w:tr>
      <w:tr w:rsidR="00076515" w:rsidRPr="005C0F58" w14:paraId="44DA484E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BBF6CF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F842CF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5502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27D05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roh ul. Vančurova –Jamborova 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0B54E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E85C69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1 755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DF147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DEF1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18EA1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farmářské trhy</w:t>
            </w:r>
          </w:p>
        </w:tc>
      </w:tr>
      <w:tr w:rsidR="00076515" w:rsidRPr="005C0F58" w14:paraId="06455E04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14B626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9C932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část pozemku 5853/1, 5854/1, 5877/4, 5877/5, 5844/1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C6976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při ul. Koperníkova a Lazaretní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B793A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5676FF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3 567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FCEB5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9C6D3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5D7B05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farmářské trhy</w:t>
            </w:r>
          </w:p>
        </w:tc>
      </w:tr>
      <w:tr w:rsidR="00076515" w:rsidRPr="005C0F58" w14:paraId="116DED25" w14:textId="77777777" w:rsidTr="00F368AB">
        <w:trPr>
          <w:cantSplit/>
          <w:trHeight w:hRule="exact" w:val="340"/>
        </w:trPr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61591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61C0A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4260/1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6E869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Juliánovské nám.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E62B1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8CE23C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14 793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0120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F941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12D9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farmářské trhy</w:t>
            </w:r>
          </w:p>
        </w:tc>
      </w:tr>
      <w:tr w:rsidR="00C039A4" w:rsidRPr="005C0F58" w14:paraId="2EEF5B38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F536C" w14:textId="77777777" w:rsidR="00C039A4" w:rsidRPr="00F368AB" w:rsidRDefault="00C039A4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A02BCD" w14:textId="77777777" w:rsidR="00C039A4" w:rsidRPr="00F368AB" w:rsidRDefault="00C039A4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9885, 9886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D41F2" w14:textId="77777777" w:rsidR="00C039A4" w:rsidRPr="00F368AB" w:rsidRDefault="00C039A4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při ul. Líšeňská v areálu BZZZUKOT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97BF06" w14:textId="77777777" w:rsidR="00C039A4" w:rsidRPr="00F368AB" w:rsidRDefault="00C039A4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8286A" w14:textId="77777777" w:rsidR="00C039A4" w:rsidRPr="00F368AB" w:rsidRDefault="00C039A4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7 743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33F2D" w14:textId="77777777" w:rsidR="00C039A4" w:rsidRPr="00F368AB" w:rsidRDefault="00C039A4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B84EE" w14:textId="77777777" w:rsidR="00C039A4" w:rsidRPr="00F368AB" w:rsidRDefault="00C039A4" w:rsidP="00C039A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pacing w:val="-4"/>
                <w:sz w:val="16"/>
                <w:szCs w:val="16"/>
              </w:rPr>
              <w:t>pro akce pořádané MČ nebo akce, které MČ zaštiťuje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7615F" w14:textId="77777777" w:rsidR="00C039A4" w:rsidRPr="00F368AB" w:rsidRDefault="00C039A4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44C51D" w14:textId="77777777" w:rsidR="00F368AB" w:rsidRDefault="00F368AB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72"/>
        <w:gridCol w:w="1016"/>
        <w:gridCol w:w="2325"/>
        <w:gridCol w:w="805"/>
        <w:gridCol w:w="878"/>
        <w:gridCol w:w="1127"/>
        <w:gridCol w:w="1275"/>
        <w:gridCol w:w="1685"/>
      </w:tblGrid>
      <w:tr w:rsidR="00F368AB" w:rsidRPr="00F368AB" w14:paraId="43C7CC5A" w14:textId="77777777" w:rsidTr="002E0BAF">
        <w:trPr>
          <w:trHeight w:val="274"/>
        </w:trPr>
        <w:tc>
          <w:tcPr>
            <w:tcW w:w="198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40829" w14:textId="77777777" w:rsidR="00F368AB" w:rsidRPr="00F368AB" w:rsidRDefault="00F368AB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53" w:name="_Hlk229413001"/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87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3A03F6" w14:textId="77777777" w:rsidR="00F368AB" w:rsidRPr="00F368AB" w:rsidRDefault="00F368AB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5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B69989" w14:textId="77777777" w:rsidR="00F368AB" w:rsidRPr="00F368AB" w:rsidRDefault="00F368AB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52CD3D8" w14:textId="77777777" w:rsidR="00F368AB" w:rsidRPr="00F368AB" w:rsidRDefault="00F368AB" w:rsidP="002E0BAF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368AB" w:rsidRPr="00F368AB" w14:paraId="34BEE8B0" w14:textId="77777777" w:rsidTr="002E0BAF">
        <w:trPr>
          <w:trHeight w:val="710"/>
        </w:trPr>
        <w:tc>
          <w:tcPr>
            <w:tcW w:w="246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2F76C17" w14:textId="77777777" w:rsidR="00F368AB" w:rsidRPr="00F368AB" w:rsidRDefault="00F368AB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8FA8E90" w14:textId="77777777" w:rsidR="00F368AB" w:rsidRPr="00F368AB" w:rsidRDefault="00F368AB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F3C0CD8" w14:textId="77777777" w:rsidR="00F368AB" w:rsidRPr="00F368AB" w:rsidRDefault="00F368AB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DC58ED6" w14:textId="77777777" w:rsidR="00F368AB" w:rsidRPr="00F368AB" w:rsidRDefault="00F368AB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F0595D0" w14:textId="77777777" w:rsidR="00F368AB" w:rsidRPr="00F368AB" w:rsidRDefault="00F368AB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4511FE3" w14:textId="77777777" w:rsidR="00F368AB" w:rsidRPr="00F368AB" w:rsidRDefault="00F368AB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(m</w:t>
            </w:r>
            <w:r w:rsidRPr="00F368A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F368A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740FA58" w14:textId="77777777" w:rsidR="00F368AB" w:rsidRPr="00F368AB" w:rsidRDefault="00F368AB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2D0C242" w14:textId="77777777" w:rsidR="00F368AB" w:rsidRPr="00F368AB" w:rsidRDefault="00F368AB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B931F9" w14:textId="77777777" w:rsidR="00F368AB" w:rsidRPr="00F368AB" w:rsidRDefault="00F368AB" w:rsidP="002E0BA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C039A4" w:rsidRPr="005C0F58" w14:paraId="0D48A5D2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B47CA" w14:textId="77777777" w:rsidR="00C039A4" w:rsidRPr="00F368AB" w:rsidRDefault="00C039A4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4DDF10" w14:textId="77777777" w:rsidR="00C039A4" w:rsidRPr="00F368AB" w:rsidRDefault="00D86684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4935/1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311A5" w14:textId="77777777" w:rsidR="00C039A4" w:rsidRPr="00F368AB" w:rsidRDefault="00D86684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účelová komunikace Nopova (spojnice Líšeňská-Nopova)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8E6EA" w14:textId="77777777" w:rsidR="00C039A4" w:rsidRPr="00F368AB" w:rsidRDefault="00C039A4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FA880" w14:textId="77777777" w:rsidR="00C039A4" w:rsidRPr="00F368AB" w:rsidRDefault="00D86684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1 580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01C54" w14:textId="77777777" w:rsidR="00C039A4" w:rsidRPr="00F368AB" w:rsidRDefault="00C039A4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B9695" w14:textId="77777777" w:rsidR="00C039A4" w:rsidRPr="00F368AB" w:rsidRDefault="00C039A4" w:rsidP="00C039A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pacing w:val="-4"/>
                <w:sz w:val="16"/>
                <w:szCs w:val="16"/>
              </w:rPr>
              <w:t>pro akce pořádané MČ nebo akce, které MČ zaštiťuje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CCAB1" w14:textId="77777777" w:rsidR="00C039A4" w:rsidRPr="00F368AB" w:rsidRDefault="00C039A4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53"/>
      <w:tr w:rsidR="00B86177" w:rsidRPr="005C0F58" w14:paraId="61EA948C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E21A3" w14:textId="77777777" w:rsidR="00B86177" w:rsidRPr="00F368AB" w:rsidRDefault="00B86177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2D3478" w14:textId="77777777" w:rsidR="00B86177" w:rsidRPr="00F368AB" w:rsidRDefault="00B86177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4006/2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2B9A8" w14:textId="77777777" w:rsidR="00B86177" w:rsidRPr="00F368AB" w:rsidRDefault="00B86177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ul. Kamenačky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9489C" w14:textId="77777777" w:rsidR="00B86177" w:rsidRPr="00F368AB" w:rsidRDefault="00B86177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355B3" w14:textId="77777777" w:rsidR="00B86177" w:rsidRPr="00F368AB" w:rsidRDefault="00B86177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B8360" w14:textId="77777777" w:rsidR="00B86177" w:rsidRPr="00F368AB" w:rsidRDefault="00B86177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BE16D" w14:textId="77777777" w:rsidR="00B86177" w:rsidRPr="00F368AB" w:rsidRDefault="00B86177" w:rsidP="00C039A4">
            <w:pPr>
              <w:pStyle w:val="Styltabulky"/>
              <w:spacing w:line="240" w:lineRule="auto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3ED7D" w14:textId="77777777" w:rsidR="00B86177" w:rsidRPr="00F368AB" w:rsidRDefault="00B86177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3FBD" w:rsidRPr="005C0F58" w14:paraId="74FC3613" w14:textId="77777777" w:rsidTr="00F368AB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1AB47" w14:textId="77777777" w:rsidR="00D83FBD" w:rsidRPr="00F368AB" w:rsidRDefault="00D83FBD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24BCA0" w14:textId="77777777" w:rsidR="00D83FBD" w:rsidRPr="00F368AB" w:rsidRDefault="008D455F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5797/4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52D73" w14:textId="77777777" w:rsidR="00D83FBD" w:rsidRPr="00F368AB" w:rsidRDefault="008D455F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ul. Hrabalova – parkoviště před ÚMČ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D8134" w14:textId="77777777" w:rsidR="00D83FBD" w:rsidRPr="00F368AB" w:rsidRDefault="00D83FBD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254FF" w14:textId="77777777" w:rsidR="00D83FBD" w:rsidRPr="00F368AB" w:rsidRDefault="008D455F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3A1CF" w14:textId="77777777" w:rsidR="00D83FBD" w:rsidRPr="00F368AB" w:rsidRDefault="00D83FBD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386F9" w14:textId="77777777" w:rsidR="00D83FBD" w:rsidRPr="00F368AB" w:rsidRDefault="008D455F" w:rsidP="00C039A4">
            <w:pPr>
              <w:pStyle w:val="Styltabulky"/>
              <w:spacing w:line="240" w:lineRule="auto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F368AB">
              <w:rPr>
                <w:rFonts w:ascii="Arial" w:hAnsi="Arial" w:cs="Arial"/>
                <w:spacing w:val="-4"/>
                <w:sz w:val="16"/>
                <w:szCs w:val="16"/>
              </w:rPr>
              <w:t>pro akce pořádané MČ nebo akce, které MČ zaštiťuje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DD333" w14:textId="77777777" w:rsidR="00D83FBD" w:rsidRPr="00F368AB" w:rsidRDefault="00D83FBD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74FA" w:rsidRPr="005C0F58" w14:paraId="263FD303" w14:textId="77777777" w:rsidTr="00D24B01">
        <w:tc>
          <w:tcPr>
            <w:tcW w:w="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B09E7" w14:textId="79705778" w:rsidR="00C774FA" w:rsidRPr="00F368AB" w:rsidRDefault="00C774FA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77E12B" w14:textId="458FBA7D" w:rsidR="00C774FA" w:rsidRPr="00F368AB" w:rsidRDefault="00C774FA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4407/3</w:t>
            </w:r>
          </w:p>
        </w:tc>
        <w:tc>
          <w:tcPr>
            <w:tcW w:w="1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63160" w14:textId="0BD01E18" w:rsidR="00C774FA" w:rsidRPr="00F368AB" w:rsidRDefault="00D24B01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roh </w:t>
            </w: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C774FA" w:rsidRPr="00F368AB">
              <w:rPr>
                <w:rFonts w:ascii="Arial" w:hAnsi="Arial" w:cs="Arial"/>
                <w:sz w:val="16"/>
                <w:szCs w:val="16"/>
              </w:rPr>
              <w:t>Kamenačky</w:t>
            </w:r>
            <w:r>
              <w:rPr>
                <w:rFonts w:ascii="Arial" w:hAnsi="Arial" w:cs="Arial"/>
                <w:sz w:val="16"/>
                <w:szCs w:val="16"/>
              </w:rPr>
              <w:t xml:space="preserve"> a ul. Bělohorské – nezatravněná část pozemku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0E200" w14:textId="77777777" w:rsidR="00C774FA" w:rsidRPr="00F368AB" w:rsidRDefault="00C774FA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B07B3" w14:textId="4A1F22E9" w:rsidR="00C774FA" w:rsidRPr="00F368AB" w:rsidRDefault="00D24B01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30E81" w14:textId="31DA2934" w:rsidR="00C774FA" w:rsidRPr="00F368AB" w:rsidRDefault="00D24B01" w:rsidP="00D24B0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6.30–18.00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058B6" w14:textId="77777777" w:rsidR="00C774FA" w:rsidRPr="00F368AB" w:rsidRDefault="00C774FA" w:rsidP="00C039A4">
            <w:pPr>
              <w:pStyle w:val="Styltabulky"/>
              <w:spacing w:line="240" w:lineRule="auto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7FC89" w14:textId="68BACC3D" w:rsidR="00C774FA" w:rsidRPr="00F368AB" w:rsidRDefault="00D24B01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kávový vozík</w:t>
            </w:r>
          </w:p>
        </w:tc>
      </w:tr>
    </w:tbl>
    <w:p w14:paraId="0AB35BFC" w14:textId="77777777" w:rsidR="00D86684" w:rsidRPr="005C0F58" w:rsidRDefault="00D86684" w:rsidP="00076515">
      <w:pPr>
        <w:pStyle w:val="Zkladntext"/>
        <w:spacing w:after="120"/>
        <w:rPr>
          <w:rFonts w:ascii="Arial" w:hAnsi="Arial" w:cs="Arial"/>
          <w:b/>
          <w:bCs/>
          <w:sz w:val="20"/>
          <w:szCs w:val="20"/>
        </w:rPr>
      </w:pPr>
    </w:p>
    <w:p w14:paraId="1DDC8760" w14:textId="77777777" w:rsidR="00076515" w:rsidRPr="005C0F58" w:rsidRDefault="00076515" w:rsidP="00076515">
      <w:pPr>
        <w:pStyle w:val="Zkladntext"/>
        <w:spacing w:after="120"/>
        <w:rPr>
          <w:rFonts w:ascii="Arial" w:hAnsi="Arial" w:cs="Arial"/>
          <w:b/>
          <w:bCs/>
          <w:sz w:val="20"/>
          <w:szCs w:val="20"/>
        </w:rPr>
      </w:pPr>
      <w:r w:rsidRPr="005C0F58">
        <w:rPr>
          <w:rFonts w:ascii="Arial" w:hAnsi="Arial" w:cs="Arial"/>
          <w:b/>
          <w:bCs/>
          <w:sz w:val="20"/>
          <w:szCs w:val="20"/>
        </w:rPr>
        <w:t>HLAVA D: Předsunutá prodejní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74"/>
        <w:gridCol w:w="1194"/>
        <w:gridCol w:w="2539"/>
        <w:gridCol w:w="841"/>
        <w:gridCol w:w="878"/>
        <w:gridCol w:w="912"/>
        <w:gridCol w:w="1056"/>
        <w:gridCol w:w="1689"/>
      </w:tblGrid>
      <w:tr w:rsidR="00076515" w:rsidRPr="005C0F58" w14:paraId="2A3AE49E" w14:textId="77777777" w:rsidTr="006656FB">
        <w:trPr>
          <w:trHeight w:val="274"/>
        </w:trPr>
        <w:tc>
          <w:tcPr>
            <w:tcW w:w="2195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422386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9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59A79D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02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802D5E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6594864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76515" w:rsidRPr="005C0F58" w14:paraId="7731F7AC" w14:textId="77777777" w:rsidTr="006656FB">
        <w:trPr>
          <w:trHeight w:val="710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0615565" w14:textId="77777777" w:rsidR="00076515" w:rsidRPr="00F368AB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115CEEC" w14:textId="77777777" w:rsidR="00076515" w:rsidRPr="00F368AB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CAFF54C" w14:textId="77777777" w:rsidR="00076515" w:rsidRPr="00F368AB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Židenice</w:t>
            </w: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5623BF9" w14:textId="77777777" w:rsidR="00076515" w:rsidRPr="00F368AB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4A3B7B9" w14:textId="77777777" w:rsidR="00076515" w:rsidRPr="00F368AB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7CBD5C7" w14:textId="77777777" w:rsidR="00076515" w:rsidRPr="00F368AB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1D4F529" w14:textId="260CA88D" w:rsidR="00076515" w:rsidRPr="00F368AB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(m</w:t>
            </w:r>
            <w:r w:rsidR="00B77325" w:rsidRPr="00B7732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F368A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1CDCC68" w14:textId="77777777" w:rsidR="00076515" w:rsidRPr="00F368AB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F279990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D3AE362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76515" w:rsidRPr="005C0F58" w14:paraId="7C01DD26" w14:textId="77777777" w:rsidTr="006656FB"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2F76FDA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1.</w:t>
            </w:r>
          </w:p>
        </w:tc>
        <w:tc>
          <w:tcPr>
            <w:tcW w:w="623" w:type="pct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98AED76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1858/1</w:t>
            </w:r>
          </w:p>
        </w:tc>
        <w:tc>
          <w:tcPr>
            <w:tcW w:w="1325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1C4BDF4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ul. Táborská u or. č. 7</w:t>
            </w:r>
          </w:p>
        </w:tc>
        <w:tc>
          <w:tcPr>
            <w:tcW w:w="439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B81DA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95715C4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6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CEAE893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AE95094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3C51D4D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květiny</w:t>
            </w:r>
          </w:p>
        </w:tc>
      </w:tr>
      <w:tr w:rsidR="00076515" w:rsidRPr="005C0F58" w14:paraId="328F0B0B" w14:textId="77777777" w:rsidTr="00F128EB">
        <w:trPr>
          <w:trHeight w:val="199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8DF443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2.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E0991D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5811/5</w:t>
            </w: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5EC13C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Bubeníčkova 22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2B27CA27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830C38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2E787B5A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F20F3F6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3C18C6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květiny</w:t>
            </w:r>
          </w:p>
        </w:tc>
      </w:tr>
      <w:tr w:rsidR="00076515" w:rsidRPr="005C0F58" w14:paraId="6EAFB803" w14:textId="77777777" w:rsidTr="00F128EB"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777CB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3.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B7593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5392</w:t>
            </w:r>
          </w:p>
        </w:tc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A3F2D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Jamborova 55</w:t>
            </w:r>
          </w:p>
        </w:tc>
        <w:tc>
          <w:tcPr>
            <w:tcW w:w="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672B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BE0B9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8F7E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CBBCA1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0202F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domácí potřeby</w:t>
            </w:r>
          </w:p>
        </w:tc>
      </w:tr>
      <w:tr w:rsidR="00076515" w:rsidRPr="005C0F58" w14:paraId="5B4679E2" w14:textId="77777777" w:rsidTr="00F128EB"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33E8D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4.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F3A3FA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6938/23</w:t>
            </w:r>
          </w:p>
        </w:tc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6983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Komprdova u  p. č. 6832/3</w:t>
            </w:r>
          </w:p>
        </w:tc>
        <w:tc>
          <w:tcPr>
            <w:tcW w:w="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A737C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D3F66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626B6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7FB38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D6AC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květiny, svíčky</w:t>
            </w:r>
          </w:p>
        </w:tc>
      </w:tr>
      <w:tr w:rsidR="00076515" w:rsidRPr="005C0F58" w14:paraId="2EC59012" w14:textId="77777777" w:rsidTr="00F128EB"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EBD47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5.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00F07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4920/5</w:t>
            </w:r>
          </w:p>
        </w:tc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D6F44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Líšeňská - u p. č. 4897</w:t>
            </w:r>
          </w:p>
        </w:tc>
        <w:tc>
          <w:tcPr>
            <w:tcW w:w="4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23083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BDCE4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605B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D65D73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BFD6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</w:tr>
      <w:tr w:rsidR="00076515" w:rsidRPr="005C0F58" w14:paraId="140F783A" w14:textId="77777777" w:rsidTr="00F128EB">
        <w:tc>
          <w:tcPr>
            <w:tcW w:w="24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34BDCE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6.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627BAD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2F6EC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i/>
                <w:sz w:val="16"/>
                <w:szCs w:val="16"/>
              </w:rPr>
            </w:pPr>
            <w:r w:rsidRPr="00F368AB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439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A3E82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CD61E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F356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FCD70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91D8D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45698744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083FFEB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7.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52FDB2B6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9BDCFE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1DCA376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877AC99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25556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4A38F2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3775E4C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789CF725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C7706B4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8.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D4920C5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1858/1</w:t>
            </w: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97B2FA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Táborská 18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5E0373F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5B41F11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A1884F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9B22E55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3A83F9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ryby</w:t>
            </w:r>
          </w:p>
        </w:tc>
      </w:tr>
      <w:tr w:rsidR="00076515" w:rsidRPr="005C0F58" w14:paraId="3B0955F8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8C23E7A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  9.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E3A7DD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1858/1</w:t>
            </w: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EAB7F15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Táborská 62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437328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4994B96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F5B9B2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8E1B369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5ACA38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ván. stromky, ryby</w:t>
            </w:r>
          </w:p>
        </w:tc>
      </w:tr>
      <w:tr w:rsidR="00076515" w:rsidRPr="005C0F58" w14:paraId="609AE1E2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033D738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 xml:space="preserve">10. 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FD46E2A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1858/1</w:t>
            </w: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930D9C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Táborská 86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7DF70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A7AD42F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52AE697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9DD0EB1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prosinec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0895BFD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ván. stromky, ryby</w:t>
            </w:r>
          </w:p>
        </w:tc>
      </w:tr>
      <w:tr w:rsidR="00076515" w:rsidRPr="005C0F58" w14:paraId="514BBD2A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0D88760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7DCE336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A970C33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FBBDE43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4A9319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F9E8F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66C39FA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0F926A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0EBF02DC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4C375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EB391F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122/1</w:t>
            </w: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FB1707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Táborská u or. č. 228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F4D4C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3529B6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E017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9E2C1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DCE16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květiny</w:t>
            </w:r>
          </w:p>
        </w:tc>
      </w:tr>
      <w:tr w:rsidR="00076515" w:rsidRPr="005C0F58" w14:paraId="0DC8A6DF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DD6360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3A2F3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8390/80</w:t>
            </w: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324CE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Stará osada – před prodejnou květin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D711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A96A01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4ADF5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28B1C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BF9BC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květiny</w:t>
            </w:r>
          </w:p>
        </w:tc>
      </w:tr>
      <w:tr w:rsidR="00076515" w:rsidRPr="005C0F58" w14:paraId="0015BBB8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B670AE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0DC1D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D22DE5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78D65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8486B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ED37D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4391A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F7A5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053C5727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CF4055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3E974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FCFD2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ul. Geislerova u or. č. 1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48C7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9DC7FC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DFA1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F5132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1A97BF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textil</w:t>
            </w:r>
          </w:p>
        </w:tc>
      </w:tr>
      <w:tr w:rsidR="00076515" w:rsidRPr="005C0F58" w14:paraId="3912EB69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E821B2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61A226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9668A4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9377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0B80E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1A7E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4542A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DAF1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34743195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DDDDC2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91214F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B7B8A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i/>
                <w:sz w:val="16"/>
                <w:szCs w:val="16"/>
              </w:rPr>
              <w:t>vypuštěna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2C5AA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5E80C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3CD4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5804F9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3A3EA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514C6F78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9EF858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AA324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6938/23</w:t>
            </w: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58376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ul. Komprdova naproti horní bráně hřbitova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2EB59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1B8941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D46E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4C50F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48A77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květiny, svíčky</w:t>
            </w:r>
          </w:p>
        </w:tc>
      </w:tr>
      <w:tr w:rsidR="00076515" w:rsidRPr="005C0F58" w14:paraId="218FAB44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5D2B20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4C775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3991</w:t>
            </w: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8B233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ul. Táborská u or. č. 3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3C4D0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21763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7F0CE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po-pá 7.00-19.00 h.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DDF62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F968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</w:tr>
      <w:tr w:rsidR="00076515" w:rsidRPr="005C0F58" w14:paraId="29FF1817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AA15D7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148D2E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2397</w:t>
            </w: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900C4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ul. Gajdošova u or. č. 14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F3DFD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99E422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1C24B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79E32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1CD408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nářadí</w:t>
            </w:r>
          </w:p>
        </w:tc>
      </w:tr>
      <w:tr w:rsidR="00076515" w:rsidRPr="005C0F58" w14:paraId="3421581A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4BF463" w14:textId="77777777" w:rsidR="00076515" w:rsidRPr="00F368AB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EB3F21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8403/2</w:t>
            </w: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E17B33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Stará osada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045CA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C256BD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649FC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0FA4D" w14:textId="77777777" w:rsidR="00076515" w:rsidRPr="00F368AB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1F26D3" w14:textId="77777777" w:rsidR="00076515" w:rsidRPr="00F368AB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</w:tr>
      <w:tr w:rsidR="00462B69" w:rsidRPr="005C0F58" w14:paraId="065D72C6" w14:textId="77777777" w:rsidTr="006656FB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48BC7" w14:textId="1A9AD8BC" w:rsidR="00462B69" w:rsidRPr="00F368AB" w:rsidRDefault="00462B69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231029" w14:textId="726B6901" w:rsidR="00462B69" w:rsidRPr="00F368AB" w:rsidRDefault="00462B69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145/1</w:t>
            </w:r>
          </w:p>
        </w:tc>
        <w:tc>
          <w:tcPr>
            <w:tcW w:w="1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FB795" w14:textId="4D552313" w:rsidR="00462B69" w:rsidRPr="00F368AB" w:rsidRDefault="00462B69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ul. Životského u or. č. 6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29BEE" w14:textId="77777777" w:rsidR="00462B69" w:rsidRPr="00F368AB" w:rsidRDefault="00462B69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4DA44" w14:textId="562F6A0A" w:rsidR="00462B69" w:rsidRPr="00F368AB" w:rsidRDefault="00462B69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6569E" w14:textId="77777777" w:rsidR="00462B69" w:rsidRPr="00F368AB" w:rsidRDefault="00462B69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5C53E" w14:textId="77777777" w:rsidR="00462B69" w:rsidRPr="00F368AB" w:rsidRDefault="00462B69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C86D6" w14:textId="0D55070E" w:rsidR="00462B69" w:rsidRPr="00F368AB" w:rsidRDefault="00462B69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květiny</w:t>
            </w:r>
          </w:p>
        </w:tc>
      </w:tr>
    </w:tbl>
    <w:p w14:paraId="7E3DA30D" w14:textId="77777777" w:rsidR="00076515" w:rsidRDefault="00076515" w:rsidP="00076515">
      <w:pPr>
        <w:pStyle w:val="Styltabulky"/>
        <w:rPr>
          <w:rFonts w:ascii="Arial" w:hAnsi="Arial" w:cs="Arial"/>
        </w:rPr>
      </w:pPr>
    </w:p>
    <w:p w14:paraId="0231DCDC" w14:textId="77777777" w:rsidR="00B77325" w:rsidRPr="005C0F58" w:rsidRDefault="00B77325" w:rsidP="00076515">
      <w:pPr>
        <w:pStyle w:val="Styltabulky"/>
        <w:rPr>
          <w:rFonts w:ascii="Arial" w:hAnsi="Arial" w:cs="Arial"/>
        </w:rPr>
      </w:pPr>
    </w:p>
    <w:p w14:paraId="1DA5201D" w14:textId="77777777" w:rsidR="00076515" w:rsidRPr="005C0F58" w:rsidRDefault="00076515" w:rsidP="00076515">
      <w:pPr>
        <w:pStyle w:val="Zkladntext"/>
        <w:rPr>
          <w:rFonts w:ascii="Arial" w:hAnsi="Arial" w:cs="Arial"/>
          <w:sz w:val="20"/>
          <w:szCs w:val="20"/>
        </w:rPr>
      </w:pPr>
    </w:p>
    <w:p w14:paraId="07414148" w14:textId="77777777" w:rsidR="00076515" w:rsidRPr="00B77325" w:rsidRDefault="00076515" w:rsidP="00076515">
      <w:pPr>
        <w:pStyle w:val="Zkladntext"/>
        <w:spacing w:after="120"/>
        <w:rPr>
          <w:rFonts w:ascii="Arial" w:hAnsi="Arial" w:cs="Arial"/>
          <w:b/>
          <w:bCs/>
          <w:sz w:val="22"/>
          <w:szCs w:val="22"/>
        </w:rPr>
      </w:pPr>
      <w:r w:rsidRPr="00B77325">
        <w:rPr>
          <w:rFonts w:ascii="Arial" w:hAnsi="Arial" w:cs="Arial"/>
          <w:b/>
          <w:bCs/>
          <w:sz w:val="22"/>
          <w:szCs w:val="22"/>
        </w:rPr>
        <w:t>HLAVA E: Restaurační zahrádky</w:t>
      </w:r>
    </w:p>
    <w:p w14:paraId="6D722AAA" w14:textId="77777777" w:rsidR="00076515" w:rsidRPr="00B77325" w:rsidRDefault="00076515" w:rsidP="00076515">
      <w:pPr>
        <w:pStyle w:val="Zkladntext"/>
        <w:spacing w:after="240" w:line="240" w:lineRule="auto"/>
        <w:rPr>
          <w:rFonts w:ascii="Arial" w:hAnsi="Arial" w:cs="Arial"/>
          <w:b/>
          <w:bCs/>
          <w:sz w:val="22"/>
          <w:szCs w:val="22"/>
        </w:rPr>
      </w:pPr>
      <w:r w:rsidRPr="00B77325">
        <w:rPr>
          <w:rFonts w:ascii="Arial" w:hAnsi="Arial" w:cs="Arial"/>
          <w:b/>
          <w:bCs/>
          <w:sz w:val="22"/>
          <w:szCs w:val="22"/>
        </w:rPr>
        <w:t>E1) Restaurační zahrádky – k. ú. Zábrdovice: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63"/>
        <w:gridCol w:w="1003"/>
        <w:gridCol w:w="2471"/>
        <w:gridCol w:w="824"/>
        <w:gridCol w:w="897"/>
        <w:gridCol w:w="1146"/>
        <w:gridCol w:w="1290"/>
        <w:gridCol w:w="1489"/>
      </w:tblGrid>
      <w:tr w:rsidR="00076515" w:rsidRPr="005C0F58" w14:paraId="3D258309" w14:textId="77777777" w:rsidTr="006656FB">
        <w:trPr>
          <w:trHeight w:val="274"/>
        </w:trPr>
        <w:tc>
          <w:tcPr>
            <w:tcW w:w="205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DBAED9" w14:textId="77777777" w:rsidR="00076515" w:rsidRPr="00B77325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7325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9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CF94AC" w14:textId="77777777" w:rsidR="00076515" w:rsidRPr="00B77325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7325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7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875C27" w14:textId="77777777" w:rsidR="00076515" w:rsidRPr="00B77325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7325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2E743EC" w14:textId="77777777" w:rsidR="00076515" w:rsidRPr="00B77325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7325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76515" w:rsidRPr="005C0F58" w14:paraId="34EE437E" w14:textId="77777777" w:rsidTr="006656FB">
        <w:trPr>
          <w:trHeight w:val="710"/>
        </w:trPr>
        <w:tc>
          <w:tcPr>
            <w:tcW w:w="24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320C2FD" w14:textId="77777777" w:rsidR="00076515" w:rsidRPr="00B77325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AE55220" w14:textId="77777777" w:rsidR="00076515" w:rsidRPr="00B77325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2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A8C9D3F" w14:textId="77777777" w:rsidR="00076515" w:rsidRPr="00B77325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F794B0A" w14:textId="77777777" w:rsidR="00076515" w:rsidRPr="00B77325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B40673F" w14:textId="77777777" w:rsidR="00076515" w:rsidRPr="00B77325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0C5A099" w14:textId="6C9BFD2B" w:rsidR="00076515" w:rsidRPr="00B77325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(m</w:t>
            </w:r>
            <w:r w:rsidR="00B77325" w:rsidRPr="00B7732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B7732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8AED6B7" w14:textId="77777777" w:rsidR="00076515" w:rsidRPr="00B77325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66FE8BF" w14:textId="77777777" w:rsidR="00076515" w:rsidRPr="00B77325" w:rsidRDefault="00076515" w:rsidP="00B7732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40BF0E" w14:textId="77777777" w:rsidR="00076515" w:rsidRPr="00B77325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7C3B8472" w14:textId="77777777" w:rsidTr="006656FB">
        <w:tc>
          <w:tcPr>
            <w:tcW w:w="241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3A01696" w14:textId="77777777" w:rsidR="00076515" w:rsidRPr="00B77325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23" w:type="pct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F8F3BDB" w14:textId="77777777" w:rsidR="00076515" w:rsidRPr="00B77325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1263</w:t>
            </w:r>
          </w:p>
        </w:tc>
        <w:tc>
          <w:tcPr>
            <w:tcW w:w="1289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4F7FF59" w14:textId="77777777" w:rsidR="00076515" w:rsidRPr="00B77325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ul. Šámalova u or. č. 105 – rest. Kozlovna U Badinů</w:t>
            </w: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90BDB6A" w14:textId="77777777" w:rsidR="00076515" w:rsidRPr="00B77325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6ED426E" w14:textId="77777777" w:rsidR="00076515" w:rsidRPr="00B77325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598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1A5665" w14:textId="77777777" w:rsidR="00076515" w:rsidRPr="00B77325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87131C4" w14:textId="77777777" w:rsidR="00076515" w:rsidRPr="00B77325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98EF435" w14:textId="77777777" w:rsidR="00076515" w:rsidRPr="00B77325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47E9E38D" w14:textId="77777777" w:rsidTr="006656FB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4F889" w14:textId="77777777" w:rsidR="00076515" w:rsidRPr="00B77325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F61A1" w14:textId="77777777" w:rsidR="00076515" w:rsidRPr="00B77325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1317</w:t>
            </w:r>
          </w:p>
        </w:tc>
        <w:tc>
          <w:tcPr>
            <w:tcW w:w="1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E150BB" w14:textId="77777777" w:rsidR="00076515" w:rsidRPr="00B77325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ul. Kuldova u or. č. 1 – rest. "K2"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2D758" w14:textId="77777777" w:rsidR="00076515" w:rsidRPr="00B77325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C3AC3" w14:textId="77777777" w:rsidR="00076515" w:rsidRPr="00B77325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7325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24FA" w14:textId="77777777" w:rsidR="00076515" w:rsidRPr="00B77325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2785E" w14:textId="77777777" w:rsidR="00076515" w:rsidRPr="00B77325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07734" w14:textId="77777777" w:rsidR="00076515" w:rsidRPr="00B77325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CB7402" w14:textId="77777777" w:rsidR="00076515" w:rsidRPr="005C0F58" w:rsidRDefault="00076515" w:rsidP="00076515">
      <w:pPr>
        <w:pStyle w:val="Styltabulky"/>
        <w:rPr>
          <w:rFonts w:ascii="Arial" w:hAnsi="Arial" w:cs="Arial"/>
        </w:rPr>
      </w:pPr>
    </w:p>
    <w:p w14:paraId="022E5E20" w14:textId="77777777" w:rsidR="00076515" w:rsidRDefault="00076515" w:rsidP="0007651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6D11A7F6" w14:textId="77777777" w:rsidR="00B77325" w:rsidRPr="005C0F58" w:rsidRDefault="00B77325" w:rsidP="0007651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7DDAC98" w14:textId="77777777" w:rsidR="00076515" w:rsidRPr="00B77325" w:rsidRDefault="00076515" w:rsidP="00F128EB">
      <w:pPr>
        <w:pStyle w:val="Zkladntext"/>
        <w:spacing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77325">
        <w:rPr>
          <w:rFonts w:ascii="Arial" w:hAnsi="Arial" w:cs="Arial"/>
          <w:b/>
          <w:bCs/>
          <w:sz w:val="22"/>
          <w:szCs w:val="22"/>
        </w:rPr>
        <w:t>E2) Restaurační zahrádky – k. ú. Židenice:</w:t>
      </w:r>
      <w:bookmarkStart w:id="54" w:name="_Hlk69312313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75"/>
        <w:gridCol w:w="987"/>
        <w:gridCol w:w="2934"/>
        <w:gridCol w:w="811"/>
        <w:gridCol w:w="884"/>
        <w:gridCol w:w="847"/>
        <w:gridCol w:w="1165"/>
        <w:gridCol w:w="1480"/>
      </w:tblGrid>
      <w:tr w:rsidR="00076515" w:rsidRPr="005C0F58" w14:paraId="38EF36F8" w14:textId="77777777" w:rsidTr="00797441">
        <w:trPr>
          <w:trHeight w:val="274"/>
        </w:trPr>
        <w:tc>
          <w:tcPr>
            <w:tcW w:w="229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331B30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69DE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8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6D45C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69DE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05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2D91B0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69DE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F3AAC41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69DE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76515" w:rsidRPr="005C0F58" w14:paraId="5B4BF1B3" w14:textId="77777777" w:rsidTr="00797441">
        <w:trPr>
          <w:trHeight w:val="710"/>
        </w:trPr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C1CABF9" w14:textId="77777777" w:rsidR="00076515" w:rsidRPr="007E69DE" w:rsidRDefault="00076515" w:rsidP="007E69D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2FE4E2C" w14:textId="77777777" w:rsidR="00076515" w:rsidRPr="007E69DE" w:rsidRDefault="00076515" w:rsidP="007E69D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10991DF" w14:textId="77777777" w:rsidR="00076515" w:rsidRPr="007E69DE" w:rsidRDefault="00076515" w:rsidP="007E69D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72E1872" w14:textId="77777777" w:rsidR="00076515" w:rsidRPr="007E69DE" w:rsidRDefault="00076515" w:rsidP="007E69D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E6C7E57" w14:textId="77777777" w:rsidR="00076515" w:rsidRPr="007E69DE" w:rsidRDefault="00076515" w:rsidP="007E69D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337C0E7" w14:textId="67027BAF" w:rsidR="00076515" w:rsidRPr="007E69DE" w:rsidRDefault="00076515" w:rsidP="007E69D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(m</w:t>
            </w:r>
            <w:r w:rsidR="007E69DE" w:rsidRPr="007E69D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7E69D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CF0039C" w14:textId="77777777" w:rsidR="00076515" w:rsidRPr="007E69DE" w:rsidRDefault="00076515" w:rsidP="007E69D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EC73929" w14:textId="77777777" w:rsidR="00076515" w:rsidRPr="007E69DE" w:rsidRDefault="00076515" w:rsidP="007E69DE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E8C149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70CB086F" w14:textId="77777777" w:rsidTr="00797441">
        <w:tc>
          <w:tcPr>
            <w:tcW w:w="248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B843453" w14:textId="77777777" w:rsidR="00076515" w:rsidRPr="007E69DE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 xml:space="preserve"> 1.</w:t>
            </w:r>
          </w:p>
        </w:tc>
        <w:tc>
          <w:tcPr>
            <w:tcW w:w="515" w:type="pct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9D814E3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8128</w:t>
            </w:r>
          </w:p>
        </w:tc>
        <w:tc>
          <w:tcPr>
            <w:tcW w:w="1531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1A64646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Stará osada – rest. Svitava</w:t>
            </w:r>
          </w:p>
        </w:tc>
        <w:tc>
          <w:tcPr>
            <w:tcW w:w="423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E29DEF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AD19DA2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6993874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F179A80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78EEA9A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54"/>
      <w:tr w:rsidR="00076515" w:rsidRPr="005C0F58" w14:paraId="492DB819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0F7925" w14:textId="77777777" w:rsidR="00076515" w:rsidRPr="007E69DE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A74CCB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1616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39E51B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 xml:space="preserve">ul. Jílkova u or. č. 165 – Klíny, </w:t>
            </w:r>
          </w:p>
          <w:p w14:paraId="05172317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rest. Pohostinství na Jílkové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9DA82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308D10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05E81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63D7A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13728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5787487D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FC6441" w14:textId="77777777" w:rsidR="00076515" w:rsidRPr="007E69DE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F1543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4587/1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F8ABA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 xml:space="preserve">ul. Slatinská u or. č. 43 </w:t>
            </w:r>
          </w:p>
          <w:p w14:paraId="6579BDD0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– rest. Pod Bílou horou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AFE7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2FF482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3CC8F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B5FAB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1F52A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46A7C3E2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F4C364" w14:textId="77777777" w:rsidR="00076515" w:rsidRPr="007E69DE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F8C750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4260/1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034F29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Juliánovské nám. or. č. 2 před restaurací Sandonorico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9E8E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CF6C14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20179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F6E26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196EB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74164E40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12A186" w14:textId="77777777" w:rsidR="00076515" w:rsidRPr="007E69DE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B6526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F449FC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 xml:space="preserve">ul. Na lukách u or. č. 7 </w:t>
            </w:r>
          </w:p>
          <w:p w14:paraId="05C70099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– rest. Horácká krčma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E9BF7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6216EB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5F416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1CB1C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99FDA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11813B59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C4E836" w14:textId="77777777" w:rsidR="00076515" w:rsidRPr="007E69DE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D15F1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5528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F8C79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ul. Jamborova u or. č. 6 – rest.  "Hospoda u indiána"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CFA90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7542C6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F8551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A30BE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CCB54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0B06F354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CE730A" w14:textId="77777777" w:rsidR="00076515" w:rsidRPr="007E69DE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2018D3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1858/1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560D1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ul. Táborská u or. č. 78 před kavárnou Café Café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03008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F715A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C90B7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8A29C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30441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7FFC75A3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B19C75" w14:textId="77777777" w:rsidR="00076515" w:rsidRPr="007E69DE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CBFE28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5477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E23393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 xml:space="preserve">ul. Vančurova u or. č. 1 </w:t>
            </w:r>
          </w:p>
          <w:p w14:paraId="28E16F96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– rest. U Malchrů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29785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BB4D8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568C2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0AD59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7051F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42B5B87A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39E654" w14:textId="77777777" w:rsidR="00076515" w:rsidRPr="007E69DE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45DE96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8393/2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78F191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ul. Svatoplukova u or. č. 33 před Hospůdkou u dvou přátel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80FB0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DE7567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2</w:t>
            </w:r>
            <w:r w:rsidR="009A71E4" w:rsidRPr="007E69D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ADF89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E72EC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B8DA4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18F75798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72E960" w14:textId="77777777" w:rsidR="00076515" w:rsidRPr="007E69DE" w:rsidRDefault="00076515" w:rsidP="006656F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6FE589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4178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C5948E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ul. Škroupova před domem Kamenačky or. č. 20 – Restaurace u Pantátů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0F8FA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BC9683" w14:textId="77777777" w:rsidR="00076515" w:rsidRPr="007E69DE" w:rsidRDefault="00076515" w:rsidP="006656F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71DFE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68398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354C1" w14:textId="77777777" w:rsidR="00076515" w:rsidRPr="007E69DE" w:rsidRDefault="00076515" w:rsidP="006656F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515" w:rsidRPr="005C0F58" w14:paraId="2985AF58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E80FC6" w14:textId="77777777" w:rsidR="00076515" w:rsidRPr="007E69DE" w:rsidRDefault="00076515" w:rsidP="00FD4580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2098D" w14:textId="77777777" w:rsidR="00076515" w:rsidRPr="007E69DE" w:rsidRDefault="00076515" w:rsidP="00FD458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4260/1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55245" w14:textId="77777777" w:rsidR="00076515" w:rsidRPr="007E69DE" w:rsidRDefault="00076515" w:rsidP="00FD458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Juliánovské nám. u obj. or. č. 2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1F80F" w14:textId="77777777" w:rsidR="00076515" w:rsidRPr="007E69DE" w:rsidRDefault="00076515" w:rsidP="00FD458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262CDE" w14:textId="77777777" w:rsidR="00076515" w:rsidRPr="007E69DE" w:rsidRDefault="00076515" w:rsidP="00FD458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41D2F" w14:textId="77777777" w:rsidR="00076515" w:rsidRPr="007E69DE" w:rsidRDefault="00076515" w:rsidP="00FD458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07A6E" w14:textId="77777777" w:rsidR="00076515" w:rsidRPr="007E69DE" w:rsidRDefault="00076515" w:rsidP="00FD458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58615" w14:textId="77777777" w:rsidR="00076515" w:rsidRPr="007E69DE" w:rsidRDefault="00076515" w:rsidP="00FD458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4580" w:rsidRPr="005C0F58" w14:paraId="7CCCD84B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A48309" w14:textId="77777777" w:rsidR="00FD4580" w:rsidRPr="007E69DE" w:rsidRDefault="00FD4580" w:rsidP="00FD4580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43AF5C" w14:textId="77777777" w:rsidR="00FD4580" w:rsidRPr="007E69DE" w:rsidRDefault="00FD4580" w:rsidP="00FD458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5770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B3404" w14:textId="77777777" w:rsidR="00FD4580" w:rsidRPr="007E69DE" w:rsidRDefault="00FD4580" w:rsidP="00FD458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ul. Gajdošova u or. č. 7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73DE5" w14:textId="77777777" w:rsidR="00FD4580" w:rsidRPr="007E69DE" w:rsidRDefault="00FD4580" w:rsidP="00FD458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E35C2" w14:textId="77777777" w:rsidR="00FD4580" w:rsidRPr="007E69DE" w:rsidRDefault="00FD4580" w:rsidP="00FD458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153D5" w14:textId="77777777" w:rsidR="00FD4580" w:rsidRPr="007E69DE" w:rsidRDefault="00FD4580" w:rsidP="00FD458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9CBB3" w14:textId="77777777" w:rsidR="00FD4580" w:rsidRPr="007E69DE" w:rsidRDefault="00FD4580" w:rsidP="00FD458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86A25" w14:textId="77777777" w:rsidR="00FD4580" w:rsidRPr="007E69DE" w:rsidRDefault="00FD4580" w:rsidP="00FD4580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7441" w:rsidRPr="005C0F58" w14:paraId="47FD9D99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2A0B1" w14:textId="77777777" w:rsidR="00797441" w:rsidRPr="007E69DE" w:rsidRDefault="00797441" w:rsidP="00797441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2B926C" w14:textId="77777777" w:rsidR="00797441" w:rsidRPr="007E69DE" w:rsidRDefault="0079744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6024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D1732" w14:textId="77777777" w:rsidR="00797441" w:rsidRPr="007E69DE" w:rsidRDefault="0079744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Koperníkova ul. or. č. 17 – Restaurace Onyx, u zadního vchodu domu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FAA75" w14:textId="77777777" w:rsidR="00797441" w:rsidRPr="007E69DE" w:rsidRDefault="00797441" w:rsidP="0079744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B4DC7" w14:textId="77777777" w:rsidR="00797441" w:rsidRPr="007E69DE" w:rsidRDefault="00797441" w:rsidP="0079744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3AE20" w14:textId="77777777" w:rsidR="00797441" w:rsidRPr="007E69DE" w:rsidRDefault="0079744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BCB81" w14:textId="77777777" w:rsidR="00797441" w:rsidRPr="007E69DE" w:rsidRDefault="0079744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AF173" w14:textId="77777777" w:rsidR="00797441" w:rsidRPr="007E69DE" w:rsidRDefault="0079744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7441" w:rsidRPr="005C0F58" w14:paraId="08D7BBB4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3C1BC" w14:textId="77777777" w:rsidR="00797441" w:rsidRPr="007E69DE" w:rsidRDefault="00797441" w:rsidP="00797441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7C2A41" w14:textId="77777777" w:rsidR="00797441" w:rsidRPr="007E69DE" w:rsidRDefault="0079744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4407/1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DDB19" w14:textId="77777777" w:rsidR="00797441" w:rsidRPr="007E69DE" w:rsidRDefault="0079744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 xml:space="preserve">Bělohorská ul. or. č. 3 před </w:t>
            </w:r>
            <w:r w:rsidRPr="007E69DE">
              <w:rPr>
                <w:rFonts w:ascii="Arial" w:hAnsi="Arial" w:cs="Arial"/>
                <w:spacing w:val="-4"/>
                <w:sz w:val="16"/>
                <w:szCs w:val="16"/>
              </w:rPr>
              <w:t>provozovnou Vinotéka u Dělňáku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B45F8" w14:textId="77777777" w:rsidR="00797441" w:rsidRPr="007E69DE" w:rsidRDefault="00797441" w:rsidP="0079744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8068B" w14:textId="77777777" w:rsidR="00797441" w:rsidRPr="007E69DE" w:rsidRDefault="00797441" w:rsidP="0079744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FFF53" w14:textId="77777777" w:rsidR="00797441" w:rsidRPr="007E69DE" w:rsidRDefault="0079744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304AA" w14:textId="77777777" w:rsidR="00797441" w:rsidRPr="007E69DE" w:rsidRDefault="0079744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6F528" w14:textId="77777777" w:rsidR="00797441" w:rsidRPr="007E69DE" w:rsidRDefault="0079744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65B5" w:rsidRPr="005C0F58" w14:paraId="0866F142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89666" w14:textId="77777777" w:rsidR="009F65B5" w:rsidRPr="007E69DE" w:rsidRDefault="009F65B5" w:rsidP="00797441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BE9D24" w14:textId="77777777" w:rsidR="009F65B5" w:rsidRPr="007E69DE" w:rsidRDefault="009F65B5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2348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F2D52" w14:textId="77777777" w:rsidR="009F65B5" w:rsidRPr="007E69DE" w:rsidRDefault="009F65B5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Bubeníčkova ul. or. č. 44 před domem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A61F4" w14:textId="77777777" w:rsidR="009F65B5" w:rsidRPr="007E69DE" w:rsidRDefault="009F65B5" w:rsidP="0079744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CAC33" w14:textId="77777777" w:rsidR="009F65B5" w:rsidRPr="007E69DE" w:rsidRDefault="009F65B5" w:rsidP="0079744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70335" w14:textId="77777777" w:rsidR="009F65B5" w:rsidRPr="007E69DE" w:rsidRDefault="009F65B5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2EAA2" w14:textId="77777777" w:rsidR="009F65B5" w:rsidRPr="007E69DE" w:rsidRDefault="009F65B5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035A7" w14:textId="77777777" w:rsidR="009F65B5" w:rsidRPr="007E69DE" w:rsidRDefault="009F65B5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4E91" w:rsidRPr="005C0F58" w14:paraId="7C8AE796" w14:textId="77777777" w:rsidTr="00797441"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15972" w14:textId="726D7AC7" w:rsidR="00E84E91" w:rsidRPr="007E69DE" w:rsidRDefault="00E84E91" w:rsidP="00797441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615304" w14:textId="4C98D4D4" w:rsidR="00E84E91" w:rsidRPr="007E69DE" w:rsidRDefault="00E84E9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1490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A89D0" w14:textId="7CD4F6D9" w:rsidR="00E84E91" w:rsidRPr="007E69DE" w:rsidRDefault="00E84E9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Karáskovo nám. or. č. 8 před provozovou Ú leva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59D5F" w14:textId="77777777" w:rsidR="00E84E91" w:rsidRPr="007E69DE" w:rsidRDefault="00E84E91" w:rsidP="0079744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310D0" w14:textId="03A15C97" w:rsidR="00E84E91" w:rsidRPr="007E69DE" w:rsidRDefault="00E84E91" w:rsidP="0079744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9D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8EA75" w14:textId="77777777" w:rsidR="00E84E91" w:rsidRPr="007E69DE" w:rsidRDefault="00E84E9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75DC0" w14:textId="77777777" w:rsidR="00E84E91" w:rsidRPr="007E69DE" w:rsidRDefault="00E84E9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46106" w14:textId="77777777" w:rsidR="00E84E91" w:rsidRPr="007E69DE" w:rsidRDefault="00E84E91" w:rsidP="0079744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421D2E" w14:textId="77777777" w:rsidR="00076515" w:rsidRPr="005C0F58" w:rsidRDefault="00076515" w:rsidP="0007651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366745C" w14:textId="77777777" w:rsidR="00076515" w:rsidRPr="005C0F58" w:rsidRDefault="00076515" w:rsidP="0007651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C8AB0A1" w14:textId="77777777" w:rsidR="00076515" w:rsidRPr="00B77325" w:rsidRDefault="00076515" w:rsidP="00B77325">
      <w:pPr>
        <w:pStyle w:val="Zkladntext"/>
        <w:spacing w:after="120"/>
        <w:rPr>
          <w:rFonts w:ascii="Arial" w:hAnsi="Arial" w:cs="Arial"/>
          <w:b/>
          <w:bCs/>
          <w:sz w:val="22"/>
          <w:szCs w:val="22"/>
        </w:rPr>
      </w:pPr>
      <w:r w:rsidRPr="00B77325">
        <w:rPr>
          <w:rFonts w:ascii="Arial" w:hAnsi="Arial" w:cs="Arial"/>
          <w:b/>
          <w:bCs/>
          <w:sz w:val="22"/>
          <w:szCs w:val="22"/>
        </w:rPr>
        <w:t>HLAVA F: Pojízdný prodej, pochůzkový prodej a prodej bez prodejního zařízení</w:t>
      </w:r>
    </w:p>
    <w:p w14:paraId="2CC1DAC0" w14:textId="3B29129E" w:rsidR="00FE1565" w:rsidRPr="005C0F58" w:rsidRDefault="00076515" w:rsidP="004A49AD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Pochůzkový prodej, pojízdný prodej a prodej bez prodejního zařízení je možno provozovat při splnění požadavků právních předpisů na celém území MČ Brno-Židenice.</w:t>
      </w:r>
      <w:bookmarkEnd w:id="52"/>
    </w:p>
    <w:p w14:paraId="4CDC7D95" w14:textId="77777777" w:rsidR="004C1BAA" w:rsidRPr="005C0F58" w:rsidRDefault="004C1BAA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6CEBA15" w14:textId="77777777" w:rsidR="004C1BAA" w:rsidRPr="005C0F58" w:rsidRDefault="004C1BAA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B84B020" w14:textId="77777777" w:rsidR="004C1BAA" w:rsidRPr="005C0F58" w:rsidRDefault="004C1BAA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B35E0AD" w14:textId="77777777" w:rsidR="004C1BAA" w:rsidRPr="005C0F58" w:rsidRDefault="004C1BAA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E25960F" w14:textId="77777777" w:rsidR="004C1BAA" w:rsidRPr="005C0F58" w:rsidRDefault="004C1BAA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43CD007" w14:textId="77777777" w:rsidR="004C1BAA" w:rsidRPr="005C0F58" w:rsidRDefault="004C1BAA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7454EAA" w14:textId="77777777" w:rsidR="004C1BAA" w:rsidRPr="005C0F58" w:rsidRDefault="004C1BAA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911D363" w14:textId="77777777" w:rsidR="004C1BAA" w:rsidRPr="005C0F58" w:rsidRDefault="004C1BAA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26D6BDE" w14:textId="77777777" w:rsidR="004C1BAA" w:rsidRPr="005C0F58" w:rsidRDefault="004C1BAA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4A1BF99" w14:textId="77777777" w:rsidR="004C1BAA" w:rsidRPr="005C0F58" w:rsidRDefault="004C1BAA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50FBE41" w14:textId="77777777" w:rsidR="004C1BAA" w:rsidRPr="005C0F58" w:rsidRDefault="004C1BAA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2F5CABF" w14:textId="77777777" w:rsidR="007E69DE" w:rsidRDefault="007E69DE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DAAAF3A" w14:textId="77777777" w:rsidR="007E69DE" w:rsidRDefault="007E69DE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6786581" w14:textId="77777777" w:rsidR="007E69DE" w:rsidRDefault="007E69DE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C40EB08" w14:textId="77777777" w:rsidR="007E69DE" w:rsidRDefault="007E69DE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6CE0CB3" w14:textId="77777777" w:rsidR="007E69DE" w:rsidRDefault="007E69DE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222B39A" w14:textId="77777777" w:rsidR="007E69DE" w:rsidRDefault="007E69DE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635C466" w14:textId="77777777" w:rsidR="007E69DE" w:rsidRDefault="007E69DE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398512" w14:textId="77777777" w:rsidR="007E69DE" w:rsidRDefault="007E69DE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9F6CA2C" w14:textId="77777777" w:rsidR="00DF08F9" w:rsidRDefault="00DF08F9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3197298" w14:textId="77777777" w:rsidR="00DF08F9" w:rsidRDefault="00DF08F9" w:rsidP="007F671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FA1B53" w14:textId="77777777" w:rsidR="00344131" w:rsidRPr="00344131" w:rsidRDefault="00344131" w:rsidP="00344131">
      <w:pPr>
        <w:rPr>
          <w:rFonts w:ascii="Arial" w:hAnsi="Arial" w:cs="Arial"/>
          <w:b/>
          <w:bCs/>
          <w:color w:val="000000"/>
          <w:sz w:val="22"/>
        </w:rPr>
      </w:pPr>
      <w:r w:rsidRPr="00344131">
        <w:rPr>
          <w:rFonts w:ascii="Arial" w:hAnsi="Arial" w:cs="Arial"/>
          <w:b/>
          <w:bCs/>
          <w:color w:val="000000"/>
          <w:sz w:val="22"/>
        </w:rPr>
        <w:lastRenderedPageBreak/>
        <w:t>ČÁST XXX</w:t>
      </w:r>
    </w:p>
    <w:p w14:paraId="42F6FE6E" w14:textId="77777777" w:rsidR="00344131" w:rsidRPr="00344131" w:rsidRDefault="00344131" w:rsidP="00344131">
      <w:pPr>
        <w:pStyle w:val="Zkladntext"/>
        <w:spacing w:after="240"/>
        <w:rPr>
          <w:rFonts w:ascii="Arial" w:hAnsi="Arial" w:cs="Arial"/>
          <w:b/>
          <w:bCs/>
          <w:sz w:val="22"/>
          <w:szCs w:val="22"/>
        </w:rPr>
      </w:pPr>
      <w:r w:rsidRPr="00344131">
        <w:rPr>
          <w:rFonts w:ascii="Arial" w:hAnsi="Arial" w:cs="Arial"/>
          <w:b/>
          <w:bCs/>
          <w:sz w:val="22"/>
          <w:szCs w:val="22"/>
        </w:rPr>
        <w:t>STATUTÁRNÍ MĚSTO BRNO – STANOVIŠTĚ BIKESHARINGU</w:t>
      </w:r>
    </w:p>
    <w:p w14:paraId="188B97CB" w14:textId="77777777" w:rsidR="00344131" w:rsidRPr="00344131" w:rsidRDefault="00344131" w:rsidP="00344131">
      <w:pPr>
        <w:rPr>
          <w:rFonts w:ascii="Arial" w:hAnsi="Arial" w:cs="Arial"/>
        </w:rPr>
      </w:pPr>
      <w:bookmarkStart w:id="55" w:name="_Hlk229487867"/>
      <w:r w:rsidRPr="00344131">
        <w:rPr>
          <w:rFonts w:ascii="Arial" w:hAnsi="Arial" w:cs="Arial"/>
          <w:b/>
        </w:rPr>
        <w:t>HLAVA A: Brno-Bohunice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410076D0" w14:textId="77777777">
        <w:trPr>
          <w:tblHeader/>
        </w:trPr>
        <w:tc>
          <w:tcPr>
            <w:tcW w:w="7653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3E4B100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60B2A8B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7C58D45A" w14:textId="77777777">
        <w:trPr>
          <w:tblHeader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DAD1B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AC569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5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8385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A734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9FDBB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BC717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321FF6B2" w14:textId="77777777"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D7704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FAA60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2907/1 Bohunice</w:t>
            </w:r>
          </w:p>
        </w:tc>
        <w:tc>
          <w:tcPr>
            <w:tcW w:w="3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BF9BA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Souhrady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C42CD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F90AA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1A544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4B20AEEC" w14:textId="77777777">
        <w:tc>
          <w:tcPr>
            <w:tcW w:w="567" w:type="dxa"/>
            <w:shd w:val="clear" w:color="auto" w:fill="auto"/>
            <w:vAlign w:val="center"/>
          </w:tcPr>
          <w:p w14:paraId="0F47C86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FE00B0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2222/7 Bohunice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114162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Běloruská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AA2FE1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FA47A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9B3A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749FAA0E" w14:textId="77777777">
        <w:tc>
          <w:tcPr>
            <w:tcW w:w="567" w:type="dxa"/>
            <w:shd w:val="clear" w:color="auto" w:fill="auto"/>
            <w:vAlign w:val="center"/>
          </w:tcPr>
          <w:p w14:paraId="3FE36CD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2D2B3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2252/1 Bohunice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837F9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Arménská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667157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AE7F0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04BBD0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39C4D51C" w14:textId="77777777">
        <w:tc>
          <w:tcPr>
            <w:tcW w:w="567" w:type="dxa"/>
            <w:shd w:val="clear" w:color="auto" w:fill="auto"/>
            <w:vAlign w:val="center"/>
          </w:tcPr>
          <w:p w14:paraId="2C4BC63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200CA4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2149 Bohunice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35D07D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Moldavská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303B61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06CDC5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4E66A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F305A47" w14:textId="77777777" w:rsidR="00344131" w:rsidRPr="00344131" w:rsidRDefault="00344131" w:rsidP="00344131">
      <w:pPr>
        <w:rPr>
          <w:rFonts w:ascii="Arial" w:hAnsi="Arial" w:cs="Arial"/>
        </w:rPr>
      </w:pPr>
    </w:p>
    <w:bookmarkEnd w:id="55"/>
    <w:p w14:paraId="0D043E19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B: Brno-Bosonohy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3387310D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76CEF28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7C3C61F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533E888F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717DF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FB2A9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9D372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5A70D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A8E56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75FB8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520488ED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09CA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9A9CA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264/8 Bosonohy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78E41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vstupu na fotbalové hřiště Bosonohy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D371B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BE632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EDC7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766F079E" w14:textId="77777777">
        <w:tc>
          <w:tcPr>
            <w:tcW w:w="581" w:type="dxa"/>
            <w:shd w:val="clear" w:color="auto" w:fill="auto"/>
            <w:vAlign w:val="center"/>
          </w:tcPr>
          <w:p w14:paraId="1305DAC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2A675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484/1 Bosonohy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70623E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Skalní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9CB1A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358583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F3D1C2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B798A05" w14:textId="77777777">
        <w:tc>
          <w:tcPr>
            <w:tcW w:w="581" w:type="dxa"/>
            <w:shd w:val="clear" w:color="auto" w:fill="auto"/>
            <w:vAlign w:val="center"/>
          </w:tcPr>
          <w:p w14:paraId="1C8442B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9004C5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484/1 Bosonohy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B7C46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Skalní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9B3C5C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0B6ADA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B306AA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FE84AC0" w14:textId="77777777">
        <w:tc>
          <w:tcPr>
            <w:tcW w:w="581" w:type="dxa"/>
            <w:shd w:val="clear" w:color="auto" w:fill="auto"/>
            <w:vAlign w:val="center"/>
          </w:tcPr>
          <w:p w14:paraId="00B0E8D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DE13FD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484/1 Bosonohy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55C179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Skalní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901EF6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A4B42F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454450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D88663E" w14:textId="77777777" w:rsidR="00344131" w:rsidRPr="00344131" w:rsidRDefault="00344131" w:rsidP="00344131">
      <w:pPr>
        <w:rPr>
          <w:rFonts w:ascii="Arial" w:hAnsi="Arial" w:cs="Arial"/>
        </w:rPr>
      </w:pPr>
    </w:p>
    <w:p w14:paraId="64C71EBB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C: Brno-Bystrc</w:t>
      </w:r>
    </w:p>
    <w:tbl>
      <w:tblPr>
        <w:tblW w:w="9582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6BF6CA4A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45F2CD5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0EBC618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59D73CA5" w14:textId="77777777">
        <w:trPr>
          <w:tblHeader/>
        </w:trPr>
        <w:tc>
          <w:tcPr>
            <w:tcW w:w="5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B6CF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F67B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9BAC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051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473F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02071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20E0DC64" w14:textId="77777777">
        <w:tc>
          <w:tcPr>
            <w:tcW w:w="5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E7BB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D7D1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1273 Bystrc</w:t>
            </w:r>
          </w:p>
        </w:tc>
        <w:tc>
          <w:tcPr>
            <w:tcW w:w="36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4B2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Pod Horkou před horolezeckou stěnou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4236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3C59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0FD4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42AD2780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3B521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893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6933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AC6A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ZŠ Heyrovského 32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41B2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2BEB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C90D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0F6F6F3F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137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97B2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7689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6D72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Vondrákova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96F7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58D6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EA7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21F7B775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B8A3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35BD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2/7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A82A5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náměstí 28. dubna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D2B9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E0D7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8086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373EDF68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5BB2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A85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8210/9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4B0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Gymnázia Brno-Bystrc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071D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CCB4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F522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</w:tr>
      <w:tr w:rsidR="00000000" w14:paraId="72F46488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D78B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BE4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6429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B6FD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Černého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F282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378B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9FE1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6AD1D18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1A28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3F45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1035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0D63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Pod Horkou u venkovní posilovny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7C3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4CFF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3B014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3E6417E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1F7D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CB51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3496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BF49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pláž Brněnská přehrada – Rakovec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4334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F270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7CB1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5C6490EE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6B41F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F37C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3528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B1E2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pláž Brněnská přehrada – Rakovec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1016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0C07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35C9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46D2C9A8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8E69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2C01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4219/3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003A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pláž Brněnská přehrada – Kozí horka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8FAA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4C27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53B5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0A10AF4A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F035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F8A6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384/1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E5A6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Přístavní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FF7D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3D0B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9EB3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4BF9EC8F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1605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A5EE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2339/13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851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smyčka tramvaje u zastávky Ečerova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4768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C3319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1677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D780614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4FE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8D6F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1938/883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C1E0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Kubíčkova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8808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8A03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7A66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</w:tbl>
    <w:p w14:paraId="508DF160" w14:textId="77777777" w:rsidR="00344131" w:rsidRPr="00344131" w:rsidRDefault="00344131" w:rsidP="00344131">
      <w:pPr>
        <w:rPr>
          <w:rFonts w:ascii="Arial" w:hAnsi="Arial" w:cs="Arial"/>
        </w:rPr>
      </w:pPr>
    </w:p>
    <w:p w14:paraId="7071CDFB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D: Brno-Chrlice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7FD2DF99" w14:textId="77777777">
        <w:trPr>
          <w:tblHeader/>
        </w:trPr>
        <w:tc>
          <w:tcPr>
            <w:tcW w:w="7653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58F81BC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414E9C6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2EA1B5F3" w14:textId="77777777">
        <w:trPr>
          <w:tblHeader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D8FC0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494D5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5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29EB2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2F5FD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7C435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30866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4347ED1E" w14:textId="77777777"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CE07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031D6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112/1 Chrlice</w:t>
            </w:r>
          </w:p>
        </w:tc>
        <w:tc>
          <w:tcPr>
            <w:tcW w:w="3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8CF3E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Chrlické náměstí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76CBA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7079F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0516C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</w:tbl>
    <w:p w14:paraId="39607868" w14:textId="77777777" w:rsidR="00344131" w:rsidRDefault="00344131" w:rsidP="00344131">
      <w:pPr>
        <w:rPr>
          <w:rFonts w:ascii="Arial" w:hAnsi="Arial" w:cs="Arial"/>
        </w:rPr>
      </w:pPr>
    </w:p>
    <w:p w14:paraId="59CE304E" w14:textId="77777777" w:rsidR="00DF08F9" w:rsidRDefault="00DF08F9" w:rsidP="00344131">
      <w:pPr>
        <w:rPr>
          <w:rFonts w:ascii="Arial" w:hAnsi="Arial" w:cs="Arial"/>
        </w:rPr>
      </w:pPr>
    </w:p>
    <w:p w14:paraId="27093CC7" w14:textId="77777777" w:rsidR="00DF08F9" w:rsidRDefault="00DF08F9" w:rsidP="00344131">
      <w:pPr>
        <w:rPr>
          <w:rFonts w:ascii="Arial" w:hAnsi="Arial" w:cs="Arial"/>
        </w:rPr>
      </w:pPr>
    </w:p>
    <w:p w14:paraId="053180E1" w14:textId="77777777" w:rsidR="00DF08F9" w:rsidRDefault="00DF08F9" w:rsidP="00344131">
      <w:pPr>
        <w:rPr>
          <w:rFonts w:ascii="Arial" w:hAnsi="Arial" w:cs="Arial"/>
        </w:rPr>
      </w:pPr>
    </w:p>
    <w:p w14:paraId="7F50E1B7" w14:textId="77777777" w:rsidR="00DF08F9" w:rsidRPr="00344131" w:rsidRDefault="00DF08F9" w:rsidP="00344131">
      <w:pPr>
        <w:rPr>
          <w:rFonts w:ascii="Arial" w:hAnsi="Arial" w:cs="Arial"/>
        </w:rPr>
      </w:pPr>
    </w:p>
    <w:p w14:paraId="0E39FE57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lastRenderedPageBreak/>
        <w:t>HLAVA E: Brno-Ivanovice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0E55EB58" w14:textId="77777777">
        <w:trPr>
          <w:tblHeader/>
        </w:trPr>
        <w:tc>
          <w:tcPr>
            <w:tcW w:w="7653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61DF14E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46322F8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451CD0F8" w14:textId="77777777">
        <w:trPr>
          <w:tblHeader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32434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4B7FA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5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6D6F2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4F0A0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41ACE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2F06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4BE033E6" w14:textId="77777777"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898D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F7754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24/2 Ivanovice</w:t>
            </w:r>
          </w:p>
        </w:tc>
        <w:tc>
          <w:tcPr>
            <w:tcW w:w="3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5A828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Mácova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4F34B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A5192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C1F4F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</w:tbl>
    <w:p w14:paraId="7333DBEA" w14:textId="77777777" w:rsidR="00344131" w:rsidRPr="00344131" w:rsidRDefault="00344131" w:rsidP="00344131">
      <w:pPr>
        <w:rPr>
          <w:rFonts w:ascii="Arial" w:hAnsi="Arial" w:cs="Arial"/>
        </w:rPr>
      </w:pPr>
    </w:p>
    <w:p w14:paraId="27888649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F: Brno-Jehnice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66A69063" w14:textId="77777777">
        <w:trPr>
          <w:tblHeader/>
        </w:trPr>
        <w:tc>
          <w:tcPr>
            <w:tcW w:w="7653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3B9476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4983F6F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2645C356" w14:textId="77777777">
        <w:trPr>
          <w:tblHeader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FE0F5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9E58B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5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BF1AF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7B049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6C2D4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11285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539D82B5" w14:textId="77777777"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638E6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5A452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46/1 Jehnice</w:t>
            </w:r>
          </w:p>
        </w:tc>
        <w:tc>
          <w:tcPr>
            <w:tcW w:w="3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1AE2A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náměstí 3. května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376B89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94B6C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359B8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7D119ABC" w14:textId="77777777">
        <w:tc>
          <w:tcPr>
            <w:tcW w:w="567" w:type="dxa"/>
            <w:shd w:val="clear" w:color="auto" w:fill="auto"/>
            <w:vAlign w:val="center"/>
          </w:tcPr>
          <w:p w14:paraId="5CAC37C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5E518A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826/3 Jehnice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0EF711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Blanenská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CD288E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DBB27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E59FB7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</w:tbl>
    <w:p w14:paraId="276A2492" w14:textId="77777777" w:rsidR="00344131" w:rsidRPr="00344131" w:rsidRDefault="00344131" w:rsidP="00344131">
      <w:pPr>
        <w:rPr>
          <w:rFonts w:ascii="Arial" w:hAnsi="Arial" w:cs="Arial"/>
        </w:rPr>
      </w:pPr>
    </w:p>
    <w:p w14:paraId="2E09BBB3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G: Brno-Jundrov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2920DA17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467280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31B9348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1489654A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5B5CE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08CF4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03E4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6E684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A3BF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F5173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0BC9357B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FF9176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7C43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1070 Jundrov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4759E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Stromovka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51D01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A8A08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2439C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44444DE4" w14:textId="77777777">
        <w:tc>
          <w:tcPr>
            <w:tcW w:w="581" w:type="dxa"/>
            <w:shd w:val="clear" w:color="auto" w:fill="auto"/>
            <w:vAlign w:val="center"/>
          </w:tcPr>
          <w:p w14:paraId="4115666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D05880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744/21 Jundrov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83F765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Veslařská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5ACAC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C53EF0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B061AF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1C2C81ED" w14:textId="77777777">
        <w:tc>
          <w:tcPr>
            <w:tcW w:w="581" w:type="dxa"/>
            <w:shd w:val="clear" w:color="auto" w:fill="auto"/>
            <w:vAlign w:val="center"/>
          </w:tcPr>
          <w:p w14:paraId="0B6D02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00452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969 Jundrov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DE702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Pivoňkova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080D4F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977EBD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8A0641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BEF91E4" w14:textId="77777777">
        <w:tc>
          <w:tcPr>
            <w:tcW w:w="581" w:type="dxa"/>
            <w:shd w:val="clear" w:color="auto" w:fill="auto"/>
            <w:vAlign w:val="center"/>
          </w:tcPr>
          <w:p w14:paraId="7281241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F52224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770/1 Jundrov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CFADAB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Nálepkova a ul. Optátova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EA6345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931CEF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6DE5F0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41361AC" w14:textId="77777777">
        <w:tc>
          <w:tcPr>
            <w:tcW w:w="581" w:type="dxa"/>
            <w:shd w:val="clear" w:color="auto" w:fill="auto"/>
            <w:vAlign w:val="center"/>
          </w:tcPr>
          <w:p w14:paraId="50BC9A3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E7507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3120/1 Jundrov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AA4D3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Šeříková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04D3C7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E15D5C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6B8369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4C40D1C" w14:textId="77777777">
        <w:tc>
          <w:tcPr>
            <w:tcW w:w="581" w:type="dxa"/>
            <w:shd w:val="clear" w:color="auto" w:fill="auto"/>
            <w:vAlign w:val="center"/>
          </w:tcPr>
          <w:p w14:paraId="2696F86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8C33C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649/2 Jundrov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4E6EC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Šeříková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A0E7F6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93B18A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B2E281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27B3B6D" w14:textId="77777777">
        <w:tc>
          <w:tcPr>
            <w:tcW w:w="581" w:type="dxa"/>
            <w:shd w:val="clear" w:color="auto" w:fill="auto"/>
            <w:vAlign w:val="center"/>
          </w:tcPr>
          <w:p w14:paraId="6037CB9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78ACA6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1377/1 Jundrov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282D99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Sosnová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0E2FE8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F4A639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3DCA38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CB9962A" w14:textId="77777777">
        <w:tc>
          <w:tcPr>
            <w:tcW w:w="581" w:type="dxa"/>
            <w:shd w:val="clear" w:color="auto" w:fill="auto"/>
            <w:vAlign w:val="center"/>
          </w:tcPr>
          <w:p w14:paraId="7CA3B15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ED65FD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1376/1 Jundrov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127BF3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Sosnová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CDF10A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48E735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7ECA66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D11F039" w14:textId="77777777">
        <w:tc>
          <w:tcPr>
            <w:tcW w:w="581" w:type="dxa"/>
            <w:shd w:val="clear" w:color="auto" w:fill="auto"/>
            <w:vAlign w:val="center"/>
          </w:tcPr>
          <w:p w14:paraId="66C298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6839B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3116/1 Jundrov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7B91B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Sosnová a ul. Muškátová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69166E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32594D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3CAFB2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327CF62" w14:textId="77777777">
        <w:tc>
          <w:tcPr>
            <w:tcW w:w="581" w:type="dxa"/>
            <w:shd w:val="clear" w:color="auto" w:fill="auto"/>
            <w:vAlign w:val="center"/>
          </w:tcPr>
          <w:p w14:paraId="2439782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BC321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3120/1 Jundrov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7EAC63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Sosnová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4C3C57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57C102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3843D1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61311DA" w14:textId="77777777">
        <w:tc>
          <w:tcPr>
            <w:tcW w:w="581" w:type="dxa"/>
            <w:shd w:val="clear" w:color="auto" w:fill="auto"/>
            <w:vAlign w:val="center"/>
          </w:tcPr>
          <w:p w14:paraId="294B8F0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BB1B1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3120/1 Jundrov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F0B5BDB" w14:textId="77777777" w:rsidR="00344131" w:rsidRDefault="00344131" w:rsidP="004F20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Sosnová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1CFCF3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C4DC8D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F1F127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4F404DB" w14:textId="77777777">
        <w:tc>
          <w:tcPr>
            <w:tcW w:w="581" w:type="dxa"/>
            <w:shd w:val="clear" w:color="auto" w:fill="auto"/>
            <w:vAlign w:val="center"/>
          </w:tcPr>
          <w:p w14:paraId="14A0B6C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48FECC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14/70 Jundrov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07C0A0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Veslařská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19A7A8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E5C474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527DA7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4D14515" w14:textId="77777777">
        <w:tc>
          <w:tcPr>
            <w:tcW w:w="581" w:type="dxa"/>
            <w:shd w:val="clear" w:color="auto" w:fill="auto"/>
            <w:vAlign w:val="center"/>
          </w:tcPr>
          <w:p w14:paraId="106B1D4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84FE1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770/1 Jundrov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B84ED0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Nálepkova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585C2F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7964C8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C0206F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B542873" w14:textId="77777777" w:rsidR="00344131" w:rsidRPr="00344131" w:rsidRDefault="00344131" w:rsidP="00344131">
      <w:pPr>
        <w:rPr>
          <w:rFonts w:ascii="Arial" w:hAnsi="Arial" w:cs="Arial"/>
        </w:rPr>
      </w:pPr>
    </w:p>
    <w:p w14:paraId="06A073F6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H: Brno-Kníničky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19EF8EF3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548D4FF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4C41F8B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71B7EB6D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4BCD8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18984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9776C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B54C3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38FD1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16C6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1C0C79FB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CFB04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AB75F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140 Kníničky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D9E94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 Bukovinám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D6895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5F3B1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6C0BC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28E50188" w14:textId="77777777">
        <w:tc>
          <w:tcPr>
            <w:tcW w:w="581" w:type="dxa"/>
            <w:shd w:val="clear" w:color="auto" w:fill="auto"/>
            <w:vAlign w:val="center"/>
          </w:tcPr>
          <w:p w14:paraId="25B05DD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A0DAC4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759/23 Kníničky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9979E3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pláž Brněnská přehrada – Sokolské koupaliště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89ED16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FD3E8E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F9BD91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19DA8FA7" w14:textId="77777777">
        <w:tc>
          <w:tcPr>
            <w:tcW w:w="581" w:type="dxa"/>
            <w:shd w:val="clear" w:color="auto" w:fill="auto"/>
            <w:vAlign w:val="center"/>
          </w:tcPr>
          <w:p w14:paraId="747889A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F44F3C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3307 Kníničky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348F0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dětského hřiště Brno-Kníničky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048352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D2C5012" w14:textId="77777777" w:rsidR="00344131" w:rsidRDefault="00344131" w:rsidP="004F2062">
            <w:pPr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80884C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8720A7A" w14:textId="77777777">
        <w:tc>
          <w:tcPr>
            <w:tcW w:w="581" w:type="dxa"/>
            <w:shd w:val="clear" w:color="auto" w:fill="auto"/>
            <w:vAlign w:val="center"/>
          </w:tcPr>
          <w:p w14:paraId="70C5A67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990619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383/1 Kníničky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FDFFB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Přehradní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548832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9DC16F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B6979C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7D5CE6D6" w14:textId="77777777">
        <w:tc>
          <w:tcPr>
            <w:tcW w:w="581" w:type="dxa"/>
            <w:shd w:val="clear" w:color="auto" w:fill="auto"/>
            <w:vAlign w:val="center"/>
          </w:tcPr>
          <w:p w14:paraId="4A08F131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419BCD7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371/1 Kníničky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A6E6E5A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lávky pro pěší přes řeku Svratku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98C6243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9A2900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C7B9DAE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</w:tbl>
    <w:p w14:paraId="70109CA5" w14:textId="77777777" w:rsidR="00344131" w:rsidRPr="00344131" w:rsidRDefault="00344131" w:rsidP="00344131">
      <w:pPr>
        <w:rPr>
          <w:rFonts w:ascii="Arial" w:hAnsi="Arial" w:cs="Arial"/>
        </w:rPr>
      </w:pPr>
    </w:p>
    <w:p w14:paraId="48565E5A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I: Brno-Kohoutovice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436EF720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346E78A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0D16EC2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5AFFF2D9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0B67B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975A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7244B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C2799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BF8BA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D011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0A507BEC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1455B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44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28E9A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2106 Kohoutovice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9890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Libušina třída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FB8A3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F3395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EB05F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0E08ED5E" w14:textId="77777777">
        <w:tc>
          <w:tcPr>
            <w:tcW w:w="581" w:type="dxa"/>
            <w:shd w:val="clear" w:color="auto" w:fill="auto"/>
            <w:vAlign w:val="center"/>
          </w:tcPr>
          <w:p w14:paraId="4CAEC0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70DC96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2938 Kohoutovice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6F4EB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Pavlovská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CF6DC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5741D6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2994C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168C435B" w14:textId="77777777">
        <w:tc>
          <w:tcPr>
            <w:tcW w:w="581" w:type="dxa"/>
            <w:shd w:val="clear" w:color="auto" w:fill="auto"/>
            <w:vAlign w:val="center"/>
          </w:tcPr>
          <w:p w14:paraId="0786EEE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E88509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2111/4 Kohoutovice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E8872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Aquaparku Kohoutovice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3A009F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DABABD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DEC1FC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711E46EA" w14:textId="77777777">
        <w:tc>
          <w:tcPr>
            <w:tcW w:w="581" w:type="dxa"/>
            <w:shd w:val="clear" w:color="auto" w:fill="auto"/>
            <w:vAlign w:val="center"/>
          </w:tcPr>
          <w:p w14:paraId="1E00ABB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AC935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3607 Kohoutovice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418051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Libušina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887226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33FE9B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5F4F31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6DFA0738" w14:textId="77777777">
        <w:tc>
          <w:tcPr>
            <w:tcW w:w="581" w:type="dxa"/>
            <w:shd w:val="clear" w:color="auto" w:fill="auto"/>
            <w:vAlign w:val="center"/>
          </w:tcPr>
          <w:p w14:paraId="31937A7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1CEF47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2087 Kohoutovice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B843D2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Stamicova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B2B2AE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218FA8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350632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262BDE38" w14:textId="77777777">
        <w:tc>
          <w:tcPr>
            <w:tcW w:w="581" w:type="dxa"/>
            <w:shd w:val="clear" w:color="auto" w:fill="auto"/>
            <w:vAlign w:val="center"/>
          </w:tcPr>
          <w:p w14:paraId="2BF3E7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6F1EE5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2901 Kohoutovice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A51B62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za ZŠ Pavlovská 16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BC4FC1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F089C2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85A95A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1670D2E6" w14:textId="77777777">
        <w:tc>
          <w:tcPr>
            <w:tcW w:w="581" w:type="dxa"/>
            <w:shd w:val="clear" w:color="auto" w:fill="auto"/>
            <w:vAlign w:val="center"/>
          </w:tcPr>
          <w:p w14:paraId="7BF8C6C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1EFE37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2730/46 Kohoutovice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AF543C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Chopinova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E3658C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5F88D3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B4DE5A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8D98C87" w14:textId="77777777">
        <w:tc>
          <w:tcPr>
            <w:tcW w:w="581" w:type="dxa"/>
            <w:shd w:val="clear" w:color="auto" w:fill="auto"/>
            <w:vAlign w:val="center"/>
          </w:tcPr>
          <w:p w14:paraId="01578C1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6A6DDC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2689/1 Kohoutovice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A95BE7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Bellova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DB94EB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90D6C0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2F62AE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34C48E1" w14:textId="77777777">
        <w:tc>
          <w:tcPr>
            <w:tcW w:w="581" w:type="dxa"/>
            <w:shd w:val="clear" w:color="auto" w:fill="auto"/>
            <w:vAlign w:val="center"/>
          </w:tcPr>
          <w:p w14:paraId="2CF10D5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69A2EA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3617 Kohoutovice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3FBB6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Libušina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A9F8D1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5F3956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CB83EC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694982E2" w14:textId="77777777">
        <w:tc>
          <w:tcPr>
            <w:tcW w:w="581" w:type="dxa"/>
            <w:shd w:val="clear" w:color="auto" w:fill="auto"/>
            <w:vAlign w:val="center"/>
          </w:tcPr>
          <w:p w14:paraId="6094C6C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69A1DA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2730/34 Kohoutovice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17152D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Bellova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3839F2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B7E6D7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C3A728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6898FF44" w14:textId="77777777">
        <w:tc>
          <w:tcPr>
            <w:tcW w:w="581" w:type="dxa"/>
            <w:shd w:val="clear" w:color="auto" w:fill="auto"/>
            <w:vAlign w:val="center"/>
          </w:tcPr>
          <w:p w14:paraId="442EF51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87D36C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2904 Kohoutovice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6ABCF8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před ZŠ Pavlovská 16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84465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30320F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A13E72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</w:tr>
      <w:tr w:rsidR="00000000" w14:paraId="4F6A1928" w14:textId="77777777">
        <w:tc>
          <w:tcPr>
            <w:tcW w:w="581" w:type="dxa"/>
            <w:shd w:val="clear" w:color="auto" w:fill="auto"/>
            <w:vAlign w:val="center"/>
          </w:tcPr>
          <w:p w14:paraId="5085C40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6BDD8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2133/1 Kohoutovice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C228536" w14:textId="77777777" w:rsidR="00344131" w:rsidRDefault="00344131" w:rsidP="004F20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před ZŠ a MŠ Chalabalova 2 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35D342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9A64CE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BE01A9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4B679D8B" w14:textId="77777777">
        <w:tc>
          <w:tcPr>
            <w:tcW w:w="581" w:type="dxa"/>
            <w:shd w:val="clear" w:color="auto" w:fill="auto"/>
            <w:vAlign w:val="center"/>
          </w:tcPr>
          <w:p w14:paraId="3453F3B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3BA7C3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2249/10 Kohoutovice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43B382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Stamicova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EE6B7B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421D4B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0E990D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13B1F0" w14:textId="77777777" w:rsidR="00344131" w:rsidRPr="00344131" w:rsidRDefault="00344131" w:rsidP="00344131">
      <w:pPr>
        <w:rPr>
          <w:rFonts w:ascii="Arial" w:hAnsi="Arial" w:cs="Arial"/>
        </w:rPr>
      </w:pPr>
    </w:p>
    <w:p w14:paraId="4B9E393A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J: Brno-Komín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18B40358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1006354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593671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61FB35AD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F1065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8DC4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B91EF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E7001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FA677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F16D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4A2A7D42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47214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57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D5D0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3998 Komín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A7FCA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Řezáčova a Olbrachtova náměstí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9507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491D9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00B4F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3F4AD9ED" w14:textId="77777777">
        <w:tc>
          <w:tcPr>
            <w:tcW w:w="581" w:type="dxa"/>
            <w:shd w:val="clear" w:color="auto" w:fill="auto"/>
            <w:vAlign w:val="center"/>
          </w:tcPr>
          <w:p w14:paraId="5B14228B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E7E18F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1545/31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690C03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sportovního areálu Hroch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A2A6A1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836224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FCE7AD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</w:tr>
      <w:tr w:rsidR="00000000" w14:paraId="61733BCA" w14:textId="77777777">
        <w:tc>
          <w:tcPr>
            <w:tcW w:w="581" w:type="dxa"/>
            <w:shd w:val="clear" w:color="auto" w:fill="auto"/>
            <w:vAlign w:val="center"/>
          </w:tcPr>
          <w:p w14:paraId="35973AC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5B7C54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4109/21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61829D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ZŠ Pastviny 70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8099F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43BCA7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4D2AE3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52141B73" w14:textId="77777777">
        <w:tc>
          <w:tcPr>
            <w:tcW w:w="581" w:type="dxa"/>
            <w:shd w:val="clear" w:color="auto" w:fill="auto"/>
            <w:vAlign w:val="center"/>
          </w:tcPr>
          <w:p w14:paraId="1CC9A83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F47658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1012/76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10DD4A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Absolonova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AA5411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0BE475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EC40C2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2A03F90D" w14:textId="77777777">
        <w:tc>
          <w:tcPr>
            <w:tcW w:w="581" w:type="dxa"/>
            <w:shd w:val="clear" w:color="auto" w:fill="auto"/>
            <w:vAlign w:val="center"/>
          </w:tcPr>
          <w:p w14:paraId="686DE35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AB7754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318/1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B1AAAC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Dělnická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916CF3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B19386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19631D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667E3FAA" w14:textId="77777777">
        <w:tc>
          <w:tcPr>
            <w:tcW w:w="581" w:type="dxa"/>
            <w:shd w:val="clear" w:color="auto" w:fill="auto"/>
            <w:vAlign w:val="center"/>
          </w:tcPr>
          <w:p w14:paraId="757634A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CF993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4399/1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13631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Vavřinecká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724E04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CBCE59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5C01F5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60BAA79F" w14:textId="77777777">
        <w:tc>
          <w:tcPr>
            <w:tcW w:w="581" w:type="dxa"/>
            <w:shd w:val="clear" w:color="auto" w:fill="auto"/>
            <w:vAlign w:val="center"/>
          </w:tcPr>
          <w:p w14:paraId="145D437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8F2C70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210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4C9853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Kristenova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207B77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D16241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572D0A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796B6302" w14:textId="77777777">
        <w:tc>
          <w:tcPr>
            <w:tcW w:w="581" w:type="dxa"/>
            <w:shd w:val="clear" w:color="auto" w:fill="auto"/>
            <w:vAlign w:val="center"/>
          </w:tcPr>
          <w:p w14:paraId="73BD77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6A2E81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3815/14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2AE0E8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Řezáčova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A6FFA8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4EBE55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8CA069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85CC294" w14:textId="77777777">
        <w:tc>
          <w:tcPr>
            <w:tcW w:w="581" w:type="dxa"/>
            <w:shd w:val="clear" w:color="auto" w:fill="auto"/>
            <w:vAlign w:val="center"/>
          </w:tcPr>
          <w:p w14:paraId="27C23EB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1EB9C4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749/1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6D6844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Dělnická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E9CFAF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753F26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A862C4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EF33576" w14:textId="77777777">
        <w:tc>
          <w:tcPr>
            <w:tcW w:w="581" w:type="dxa"/>
            <w:shd w:val="clear" w:color="auto" w:fill="auto"/>
            <w:vAlign w:val="center"/>
          </w:tcPr>
          <w:p w14:paraId="19A1A97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9EF244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3891/1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64EAC4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Řezáčova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333F16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AC05BB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08CA71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D960963" w14:textId="77777777">
        <w:tc>
          <w:tcPr>
            <w:tcW w:w="581" w:type="dxa"/>
            <w:shd w:val="clear" w:color="auto" w:fill="auto"/>
            <w:vAlign w:val="center"/>
          </w:tcPr>
          <w:p w14:paraId="6356BF5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1F8484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3891/1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CF97812" w14:textId="77777777" w:rsidR="00344131" w:rsidRDefault="00344131" w:rsidP="004F20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Řezáčova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980582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BC2B5B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7C14C3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CA321D0" w14:textId="77777777">
        <w:tc>
          <w:tcPr>
            <w:tcW w:w="581" w:type="dxa"/>
            <w:shd w:val="clear" w:color="auto" w:fill="auto"/>
            <w:vAlign w:val="center"/>
          </w:tcPr>
          <w:p w14:paraId="2FF2FD4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7EB25E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3889/1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319964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Řezáčova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7A65A8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3EC1D9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437682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659C5BA" w14:textId="77777777">
        <w:tc>
          <w:tcPr>
            <w:tcW w:w="581" w:type="dxa"/>
            <w:shd w:val="clear" w:color="auto" w:fill="auto"/>
            <w:vAlign w:val="center"/>
          </w:tcPr>
          <w:p w14:paraId="4955289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303F93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3871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A7C4ED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Řezáčova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DE9F0E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2CC142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A2EF42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36D0DEF" w14:textId="77777777">
        <w:tc>
          <w:tcPr>
            <w:tcW w:w="581" w:type="dxa"/>
            <w:shd w:val="clear" w:color="auto" w:fill="auto"/>
            <w:vAlign w:val="center"/>
          </w:tcPr>
          <w:p w14:paraId="2D033B9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011496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4087/1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3A97F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Absolonova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CE4AF9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C309A3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F999EC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20D5480" w14:textId="77777777">
        <w:tc>
          <w:tcPr>
            <w:tcW w:w="581" w:type="dxa"/>
            <w:shd w:val="clear" w:color="auto" w:fill="auto"/>
            <w:vAlign w:val="center"/>
          </w:tcPr>
          <w:p w14:paraId="69BC7B4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ED1B9B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4087/4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ECD9AE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Absolonova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0BCADC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16413B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75564E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A062DB" w14:textId="77777777">
        <w:tc>
          <w:tcPr>
            <w:tcW w:w="581" w:type="dxa"/>
            <w:shd w:val="clear" w:color="auto" w:fill="auto"/>
            <w:vAlign w:val="center"/>
          </w:tcPr>
          <w:p w14:paraId="146F97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805A4A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4087/4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B8A887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Absolonova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CA10E7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9B607D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758682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2272446" w14:textId="77777777">
        <w:tc>
          <w:tcPr>
            <w:tcW w:w="581" w:type="dxa"/>
            <w:shd w:val="clear" w:color="auto" w:fill="auto"/>
            <w:vAlign w:val="center"/>
          </w:tcPr>
          <w:p w14:paraId="34FD385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168023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4087/4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E2A5EFC" w14:textId="77777777" w:rsidR="00344131" w:rsidRDefault="00344131" w:rsidP="004F20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Absolonova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A8AC36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8767EA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4E50CC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F863309" w14:textId="77777777">
        <w:tc>
          <w:tcPr>
            <w:tcW w:w="581" w:type="dxa"/>
            <w:shd w:val="clear" w:color="auto" w:fill="auto"/>
            <w:vAlign w:val="center"/>
          </w:tcPr>
          <w:p w14:paraId="42A77B4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E322C1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4130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5D13BA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Absolonova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6EA475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4BFADF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882DDD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99E27A4" w14:textId="77777777">
        <w:tc>
          <w:tcPr>
            <w:tcW w:w="581" w:type="dxa"/>
            <w:shd w:val="clear" w:color="auto" w:fill="auto"/>
            <w:vAlign w:val="center"/>
          </w:tcPr>
          <w:p w14:paraId="6A60D2A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F7F6B6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4130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64904FE" w14:textId="77777777" w:rsidR="00344131" w:rsidRDefault="00344131" w:rsidP="004F20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Absolonova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A5180A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3C1749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FA28A3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807B38F" w14:textId="77777777">
        <w:tc>
          <w:tcPr>
            <w:tcW w:w="581" w:type="dxa"/>
            <w:shd w:val="clear" w:color="auto" w:fill="auto"/>
            <w:vAlign w:val="center"/>
          </w:tcPr>
          <w:p w14:paraId="2363A47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0A9DDB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3829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FABD04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Habřinova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D623E5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CFE3D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088B80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EA7F67A" w14:textId="77777777">
        <w:tc>
          <w:tcPr>
            <w:tcW w:w="581" w:type="dxa"/>
            <w:shd w:val="clear" w:color="auto" w:fill="auto"/>
            <w:vAlign w:val="center"/>
          </w:tcPr>
          <w:p w14:paraId="0A8073C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CE76D2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3848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553E17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Včeličkova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DFD59C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B6A5FC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AE8C3A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376DDBC" w14:textId="77777777">
        <w:tc>
          <w:tcPr>
            <w:tcW w:w="581" w:type="dxa"/>
            <w:shd w:val="clear" w:color="auto" w:fill="auto"/>
            <w:vAlign w:val="center"/>
          </w:tcPr>
          <w:p w14:paraId="6CA7815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11A747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3848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EF41078" w14:textId="77777777" w:rsidR="00344131" w:rsidRDefault="00344131" w:rsidP="004F20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Včeličkova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28877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1E198B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6ACEFC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F28DCFC" w14:textId="77777777">
        <w:tc>
          <w:tcPr>
            <w:tcW w:w="581" w:type="dxa"/>
            <w:shd w:val="clear" w:color="auto" w:fill="auto"/>
            <w:vAlign w:val="center"/>
          </w:tcPr>
          <w:p w14:paraId="622563A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F6D5FF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4016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206DC6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Urbánkova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C41F6D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9A7826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A4188C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61525D" w14:textId="77777777">
        <w:tc>
          <w:tcPr>
            <w:tcW w:w="581" w:type="dxa"/>
            <w:shd w:val="clear" w:color="auto" w:fill="auto"/>
            <w:vAlign w:val="center"/>
          </w:tcPr>
          <w:p w14:paraId="6DB28D3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5E0060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4010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E549B1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Urbánkova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ECF1CD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A917F1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AC5E7F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2D6B57B" w14:textId="77777777">
        <w:tc>
          <w:tcPr>
            <w:tcW w:w="581" w:type="dxa"/>
            <w:shd w:val="clear" w:color="auto" w:fill="auto"/>
            <w:vAlign w:val="center"/>
          </w:tcPr>
          <w:p w14:paraId="41A18D0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DAC3E2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4015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DA2F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Olbrachtovo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44E8BF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45C0BB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A3A8A4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E46EF06" w14:textId="77777777">
        <w:tc>
          <w:tcPr>
            <w:tcW w:w="581" w:type="dxa"/>
            <w:shd w:val="clear" w:color="auto" w:fill="auto"/>
            <w:vAlign w:val="center"/>
          </w:tcPr>
          <w:p w14:paraId="41FD0FA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44EE0C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3998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110E0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Olbrachtovo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F72CBD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202FB5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771A80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5D08F88" w14:textId="77777777">
        <w:tc>
          <w:tcPr>
            <w:tcW w:w="581" w:type="dxa"/>
            <w:shd w:val="clear" w:color="auto" w:fill="auto"/>
            <w:vAlign w:val="center"/>
          </w:tcPr>
          <w:p w14:paraId="624CB0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30C465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4292/1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8F22A6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Urxova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D50915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6E5C3F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9B246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1E85117" w14:textId="77777777">
        <w:tc>
          <w:tcPr>
            <w:tcW w:w="581" w:type="dxa"/>
            <w:shd w:val="clear" w:color="auto" w:fill="auto"/>
            <w:vAlign w:val="center"/>
          </w:tcPr>
          <w:p w14:paraId="0D1F47E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4150C5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4294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686D5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Jožky Jabůrkové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DCA802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CA4215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F9F6B6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4D0F60F" w14:textId="77777777">
        <w:tc>
          <w:tcPr>
            <w:tcW w:w="581" w:type="dxa"/>
            <w:shd w:val="clear" w:color="auto" w:fill="auto"/>
            <w:vAlign w:val="center"/>
          </w:tcPr>
          <w:p w14:paraId="787BD72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1FA512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4296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B0933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Jožky Jabůrkové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B03847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0FCDC3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F98D28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6364C4F" w14:textId="77777777">
        <w:tc>
          <w:tcPr>
            <w:tcW w:w="581" w:type="dxa"/>
            <w:shd w:val="clear" w:color="auto" w:fill="auto"/>
            <w:vAlign w:val="center"/>
          </w:tcPr>
          <w:p w14:paraId="7F7C763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4D0E55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4219/1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CFC0D8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Ulrychova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C9EFD3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A64B0F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3E513D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043E822" w14:textId="77777777">
        <w:tc>
          <w:tcPr>
            <w:tcW w:w="581" w:type="dxa"/>
            <w:shd w:val="clear" w:color="auto" w:fill="auto"/>
            <w:vAlign w:val="center"/>
          </w:tcPr>
          <w:p w14:paraId="1C1A578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99DA8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4309/1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6714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Běly Pažoutové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D996BE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1CC9D1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1B3229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14D8695" w14:textId="77777777">
        <w:tc>
          <w:tcPr>
            <w:tcW w:w="581" w:type="dxa"/>
            <w:shd w:val="clear" w:color="auto" w:fill="auto"/>
            <w:vAlign w:val="center"/>
          </w:tcPr>
          <w:p w14:paraId="382D26E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73B7C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4292/1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02C1C7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Čoupkových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374C227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ED251D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59BB3C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4065E68" w14:textId="77777777">
        <w:tc>
          <w:tcPr>
            <w:tcW w:w="581" w:type="dxa"/>
            <w:shd w:val="clear" w:color="auto" w:fill="auto"/>
            <w:vAlign w:val="center"/>
          </w:tcPr>
          <w:p w14:paraId="3630C41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7DE940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4292/1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0E1677A" w14:textId="77777777" w:rsidR="00344131" w:rsidRDefault="00344131" w:rsidP="004F20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Čoupkových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624B56C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F4C4D7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D4465E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E7DDFC7" w14:textId="77777777">
        <w:tc>
          <w:tcPr>
            <w:tcW w:w="581" w:type="dxa"/>
            <w:shd w:val="clear" w:color="auto" w:fill="auto"/>
            <w:vAlign w:val="center"/>
          </w:tcPr>
          <w:p w14:paraId="73608F8C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A6FF0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4292/1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379E8A6" w14:textId="77777777" w:rsidR="00344131" w:rsidRDefault="00344131" w:rsidP="004F20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Čoupkových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46DEDF2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F23B38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7AA61F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100841F" w14:textId="77777777">
        <w:tc>
          <w:tcPr>
            <w:tcW w:w="581" w:type="dxa"/>
            <w:shd w:val="clear" w:color="auto" w:fill="auto"/>
            <w:vAlign w:val="center"/>
          </w:tcPr>
          <w:p w14:paraId="6DFED053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38AE3E1" w14:textId="77777777" w:rsidR="00344131" w:rsidRDefault="00344131" w:rsidP="004F20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4357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5525F3" w14:textId="77777777" w:rsidR="00344131" w:rsidRDefault="00344131" w:rsidP="004F20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Čoupkových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779DB4BD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82BB237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F60D60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3EB0703" w14:textId="77777777">
        <w:tc>
          <w:tcPr>
            <w:tcW w:w="581" w:type="dxa"/>
            <w:shd w:val="clear" w:color="auto" w:fill="auto"/>
            <w:vAlign w:val="center"/>
          </w:tcPr>
          <w:p w14:paraId="0BD953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B5615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4292/1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07D8A7A" w14:textId="77777777" w:rsidR="00344131" w:rsidRDefault="00344131" w:rsidP="004F20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Vavřinecká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B3640A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B5C009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38F1A2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6A45655" w14:textId="77777777">
        <w:tc>
          <w:tcPr>
            <w:tcW w:w="581" w:type="dxa"/>
            <w:shd w:val="clear" w:color="auto" w:fill="auto"/>
            <w:vAlign w:val="center"/>
          </w:tcPr>
          <w:p w14:paraId="5A78C47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61538C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4292/1 Komín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72F412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Vavřinecká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AE3EE8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5429E1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B6B0A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990B5EC" w14:textId="77777777" w:rsidR="00344131" w:rsidRPr="00344131" w:rsidRDefault="00344131" w:rsidP="00344131">
      <w:pPr>
        <w:rPr>
          <w:rFonts w:ascii="Arial" w:hAnsi="Arial" w:cs="Arial"/>
        </w:rPr>
      </w:pPr>
    </w:p>
    <w:p w14:paraId="6F9FFDAA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K: Brno – Královo Pole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23F3FC01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67D3684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3454600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44D93825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176C9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AD6F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8D77D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3B630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53AB6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4A6A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55DB20E8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4BAC1F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17027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15/1 Královo Pole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C5997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jižního vstupu do Božetěchova sadu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9C6F9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7126F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F137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569B46F3" w14:textId="77777777">
        <w:tc>
          <w:tcPr>
            <w:tcW w:w="581" w:type="dxa"/>
            <w:shd w:val="clear" w:color="auto" w:fill="auto"/>
            <w:vAlign w:val="center"/>
          </w:tcPr>
          <w:p w14:paraId="528A3CE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C4FFF0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5368/1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3F697F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Slovanské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630A6F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382091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EA40D3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</w:tr>
      <w:tr w:rsidR="00000000" w14:paraId="17F0B26C" w14:textId="77777777">
        <w:tc>
          <w:tcPr>
            <w:tcW w:w="581" w:type="dxa"/>
            <w:shd w:val="clear" w:color="auto" w:fill="auto"/>
            <w:vAlign w:val="center"/>
          </w:tcPr>
          <w:p w14:paraId="1DFDC7E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BEB74F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2394/28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2F1EA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haly Vodova – východ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5C2513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AB19B9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AAA078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3649FF32" w14:textId="77777777">
        <w:tc>
          <w:tcPr>
            <w:tcW w:w="581" w:type="dxa"/>
            <w:shd w:val="clear" w:color="auto" w:fill="auto"/>
            <w:vAlign w:val="center"/>
          </w:tcPr>
          <w:p w14:paraId="07F998E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D6C7E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803/7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1645D1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Sportovní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F943C3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4D68A6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5897B3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33D6AF41" w14:textId="77777777">
        <w:tc>
          <w:tcPr>
            <w:tcW w:w="581" w:type="dxa"/>
            <w:shd w:val="clear" w:color="auto" w:fill="auto"/>
            <w:vAlign w:val="center"/>
          </w:tcPr>
          <w:p w14:paraId="4FCFFCC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92223E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DC94B0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E506F9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ED4B23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0C6C09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37C0DA1D" w14:textId="77777777">
        <w:tc>
          <w:tcPr>
            <w:tcW w:w="581" w:type="dxa"/>
            <w:shd w:val="clear" w:color="auto" w:fill="auto"/>
            <w:vAlign w:val="center"/>
          </w:tcPr>
          <w:p w14:paraId="4E0E210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F15461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3748/8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E2F67B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Dobrovského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BAB365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24FA2E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429842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</w:tr>
      <w:tr w:rsidR="00000000" w14:paraId="164DD4BE" w14:textId="77777777">
        <w:tc>
          <w:tcPr>
            <w:tcW w:w="581" w:type="dxa"/>
            <w:shd w:val="clear" w:color="auto" w:fill="auto"/>
            <w:vAlign w:val="center"/>
          </w:tcPr>
          <w:p w14:paraId="7C7C589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9603CD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5306/1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C0B4B7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Purkyňova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85BE1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7E7360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C10A9C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7546A32C" w14:textId="77777777">
        <w:tc>
          <w:tcPr>
            <w:tcW w:w="581" w:type="dxa"/>
            <w:shd w:val="clear" w:color="auto" w:fill="auto"/>
            <w:vAlign w:val="center"/>
          </w:tcPr>
          <w:p w14:paraId="42E73F4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C72B6B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925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17D79DD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Tábor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5CEE60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D5C22E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2B3581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3FA3DAAA" w14:textId="77777777">
        <w:tc>
          <w:tcPr>
            <w:tcW w:w="581" w:type="dxa"/>
            <w:shd w:val="clear" w:color="auto" w:fill="auto"/>
            <w:vAlign w:val="center"/>
          </w:tcPr>
          <w:p w14:paraId="31EEB9C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E591B2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B743CB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549977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343798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E9B1C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5267265" w14:textId="77777777">
        <w:tc>
          <w:tcPr>
            <w:tcW w:w="581" w:type="dxa"/>
            <w:shd w:val="clear" w:color="auto" w:fill="auto"/>
            <w:vAlign w:val="center"/>
          </w:tcPr>
          <w:p w14:paraId="0C088C7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F02845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E9C74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33F323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A77558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F1A0B0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13B411AA" w14:textId="77777777">
        <w:tc>
          <w:tcPr>
            <w:tcW w:w="581" w:type="dxa"/>
            <w:shd w:val="clear" w:color="auto" w:fill="auto"/>
            <w:vAlign w:val="center"/>
          </w:tcPr>
          <w:p w14:paraId="3EFF7EF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AB656E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893/62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70314E0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E8A9E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6E9FE2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9C8B42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</w:tr>
      <w:tr w:rsidR="00000000" w14:paraId="62944366" w14:textId="77777777">
        <w:tc>
          <w:tcPr>
            <w:tcW w:w="581" w:type="dxa"/>
            <w:shd w:val="clear" w:color="auto" w:fill="auto"/>
            <w:vAlign w:val="center"/>
          </w:tcPr>
          <w:p w14:paraId="7E1663E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C0350C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63F0D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C0728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9B50E2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1ED95B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971705F" w14:textId="77777777">
        <w:tc>
          <w:tcPr>
            <w:tcW w:w="581" w:type="dxa"/>
            <w:shd w:val="clear" w:color="auto" w:fill="auto"/>
            <w:vAlign w:val="center"/>
          </w:tcPr>
          <w:p w14:paraId="6CEA7E5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AFCB03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B01BA4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C54E0F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F47E22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3BD1F9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D9D925C" w14:textId="77777777">
        <w:tc>
          <w:tcPr>
            <w:tcW w:w="581" w:type="dxa"/>
            <w:shd w:val="clear" w:color="auto" w:fill="auto"/>
            <w:vAlign w:val="center"/>
          </w:tcPr>
          <w:p w14:paraId="5FF0AC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F22087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4177/1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7ABAED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Křižíkova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05E963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7B5935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BE28F3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5B54136E" w14:textId="77777777">
        <w:tc>
          <w:tcPr>
            <w:tcW w:w="581" w:type="dxa"/>
            <w:shd w:val="clear" w:color="auto" w:fill="auto"/>
            <w:vAlign w:val="center"/>
          </w:tcPr>
          <w:p w14:paraId="2104E20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35F5A0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3631/7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C0E206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Královopolská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FCEE8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6584B5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450658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4D40465B" w14:textId="77777777">
        <w:tc>
          <w:tcPr>
            <w:tcW w:w="581" w:type="dxa"/>
            <w:shd w:val="clear" w:color="auto" w:fill="auto"/>
            <w:vAlign w:val="center"/>
          </w:tcPr>
          <w:p w14:paraId="437A5AE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7FEE22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5181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836EAE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Herčíkova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DDD851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6489F6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B17DB2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3DC4346E" w14:textId="77777777">
        <w:tc>
          <w:tcPr>
            <w:tcW w:w="581" w:type="dxa"/>
            <w:shd w:val="clear" w:color="auto" w:fill="auto"/>
            <w:vAlign w:val="center"/>
          </w:tcPr>
          <w:p w14:paraId="35D7F85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95DD41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F9DD3E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4D696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754358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4961C2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4A50482" w14:textId="77777777">
        <w:tc>
          <w:tcPr>
            <w:tcW w:w="581" w:type="dxa"/>
            <w:shd w:val="clear" w:color="auto" w:fill="auto"/>
            <w:vAlign w:val="center"/>
          </w:tcPr>
          <w:p w14:paraId="2B1C357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43B86A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4707/1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AA94A2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Purkyňova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B8F58E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5530E8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E61451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5AE999F2" w14:textId="77777777">
        <w:tc>
          <w:tcPr>
            <w:tcW w:w="581" w:type="dxa"/>
            <w:shd w:val="clear" w:color="auto" w:fill="auto"/>
            <w:vAlign w:val="center"/>
          </w:tcPr>
          <w:p w14:paraId="59AAD80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A2F48F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1614/5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30FB25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Husitská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C3A197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BF08E5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692DB0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3376EA9" w14:textId="77777777">
        <w:tc>
          <w:tcPr>
            <w:tcW w:w="581" w:type="dxa"/>
            <w:shd w:val="clear" w:color="auto" w:fill="auto"/>
            <w:vAlign w:val="center"/>
          </w:tcPr>
          <w:p w14:paraId="4EC3C32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722EB7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1614/8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1AFF97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Husitská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7021DC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73D231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F776A5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4AC793CF" w14:textId="77777777">
        <w:tc>
          <w:tcPr>
            <w:tcW w:w="581" w:type="dxa"/>
            <w:shd w:val="clear" w:color="auto" w:fill="auto"/>
            <w:vAlign w:val="center"/>
          </w:tcPr>
          <w:p w14:paraId="109D285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820FDA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3631/7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4B0A38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Královopolská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77F19A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2074BA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CEDD31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09A2BDC" w14:textId="77777777">
        <w:tc>
          <w:tcPr>
            <w:tcW w:w="581" w:type="dxa"/>
            <w:shd w:val="clear" w:color="auto" w:fill="auto"/>
            <w:vAlign w:val="center"/>
          </w:tcPr>
          <w:p w14:paraId="657E5B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B8D9A0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5181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25C0D3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Herčíkova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074A43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5CBCD2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689695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7B1F2698" w14:textId="77777777">
        <w:tc>
          <w:tcPr>
            <w:tcW w:w="581" w:type="dxa"/>
            <w:shd w:val="clear" w:color="auto" w:fill="auto"/>
            <w:vAlign w:val="center"/>
          </w:tcPr>
          <w:p w14:paraId="35914BD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2169A4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156/110 Sadová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8292C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Moskalykova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3E971FA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6A65B4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707A3A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6D4EF749" w14:textId="77777777">
        <w:tc>
          <w:tcPr>
            <w:tcW w:w="581" w:type="dxa"/>
            <w:shd w:val="clear" w:color="auto" w:fill="auto"/>
            <w:vAlign w:val="center"/>
          </w:tcPr>
          <w:p w14:paraId="7518941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AF5644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1086/14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4316089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Sportovní a ul. Pionýrská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F542CD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B48555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0FE0D3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2E67C06E" w14:textId="77777777">
        <w:tc>
          <w:tcPr>
            <w:tcW w:w="581" w:type="dxa"/>
            <w:shd w:val="clear" w:color="auto" w:fill="auto"/>
            <w:vAlign w:val="center"/>
          </w:tcPr>
          <w:p w14:paraId="09719DB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6BC221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968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A739C9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Košinova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04A884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65B9DB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3BEEBC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4F68F4CB" w14:textId="77777777">
        <w:tc>
          <w:tcPr>
            <w:tcW w:w="581" w:type="dxa"/>
            <w:shd w:val="clear" w:color="auto" w:fill="auto"/>
            <w:vAlign w:val="center"/>
          </w:tcPr>
          <w:p w14:paraId="5D4E09F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5E0FF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2394/53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3B9A91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haly Vodova – západ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499509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8B4A9E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5E7245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52E44F18" w14:textId="77777777">
        <w:tc>
          <w:tcPr>
            <w:tcW w:w="581" w:type="dxa"/>
            <w:shd w:val="clear" w:color="auto" w:fill="auto"/>
            <w:vAlign w:val="center"/>
          </w:tcPr>
          <w:p w14:paraId="0883E08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64920D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566/3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E7CA4E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ECE130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2BB909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0A69D1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697823A3" w14:textId="77777777">
        <w:tc>
          <w:tcPr>
            <w:tcW w:w="581" w:type="dxa"/>
            <w:shd w:val="clear" w:color="auto" w:fill="auto"/>
            <w:vAlign w:val="center"/>
          </w:tcPr>
          <w:p w14:paraId="1BBB353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7F5759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4611/102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EAD104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haly Vodova – sever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05729E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AF0154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76E31C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2455E1F0" w14:textId="77777777">
        <w:tc>
          <w:tcPr>
            <w:tcW w:w="581" w:type="dxa"/>
            <w:shd w:val="clear" w:color="auto" w:fill="auto"/>
            <w:vAlign w:val="center"/>
          </w:tcPr>
          <w:p w14:paraId="40FC129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161CD5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1101/1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00EB1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Chaloupkova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ECBF96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22CDD3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E300C5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3F9D8C29" w14:textId="77777777">
        <w:tc>
          <w:tcPr>
            <w:tcW w:w="581" w:type="dxa"/>
            <w:shd w:val="clear" w:color="auto" w:fill="auto"/>
            <w:vAlign w:val="center"/>
          </w:tcPr>
          <w:p w14:paraId="0DC96B7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32D4FD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C5C8B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56B0C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6C2554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84F91E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23AC3934" w14:textId="77777777">
        <w:tc>
          <w:tcPr>
            <w:tcW w:w="581" w:type="dxa"/>
            <w:shd w:val="clear" w:color="auto" w:fill="auto"/>
            <w:vAlign w:val="center"/>
          </w:tcPr>
          <w:p w14:paraId="1A16C5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6AA74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1614/7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43CDB3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Husitská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B2584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DF21F7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CAF145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5FC18E67" w14:textId="77777777">
        <w:tc>
          <w:tcPr>
            <w:tcW w:w="581" w:type="dxa"/>
            <w:shd w:val="clear" w:color="auto" w:fill="auto"/>
            <w:vAlign w:val="center"/>
          </w:tcPr>
          <w:p w14:paraId="211B537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05CB77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FF750E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DE6C33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8DC225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01F670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00E70E1A" w14:textId="77777777">
        <w:tc>
          <w:tcPr>
            <w:tcW w:w="581" w:type="dxa"/>
            <w:shd w:val="clear" w:color="auto" w:fill="auto"/>
            <w:vAlign w:val="center"/>
          </w:tcPr>
          <w:p w14:paraId="1F80EB1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FC7E43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29/16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28AEC6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Budovcova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69CA7E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2E30DE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B9868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</w:tr>
      <w:tr w:rsidR="00000000" w14:paraId="39461B94" w14:textId="77777777">
        <w:tc>
          <w:tcPr>
            <w:tcW w:w="581" w:type="dxa"/>
            <w:shd w:val="clear" w:color="auto" w:fill="auto"/>
            <w:vAlign w:val="center"/>
          </w:tcPr>
          <w:p w14:paraId="3B14ACA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331294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009C2E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1876C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3541D9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CFF4D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2E2AC0B1" w14:textId="77777777">
        <w:tc>
          <w:tcPr>
            <w:tcW w:w="581" w:type="dxa"/>
            <w:shd w:val="clear" w:color="auto" w:fill="auto"/>
            <w:vAlign w:val="center"/>
          </w:tcPr>
          <w:p w14:paraId="519CDFF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A4919D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1019/13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1702F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Mojmírova náměstí a ul. Kollárova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7EAAD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121095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B7121C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7701C34A" w14:textId="77777777">
        <w:tc>
          <w:tcPr>
            <w:tcW w:w="581" w:type="dxa"/>
            <w:shd w:val="clear" w:color="auto" w:fill="auto"/>
            <w:vAlign w:val="center"/>
          </w:tcPr>
          <w:p w14:paraId="392F0C8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CFFB8A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606/1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595AFDC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Rybníček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2C6E72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39F9D6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D66ACD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743F766" w14:textId="77777777">
        <w:tc>
          <w:tcPr>
            <w:tcW w:w="581" w:type="dxa"/>
            <w:shd w:val="clear" w:color="auto" w:fill="auto"/>
            <w:vAlign w:val="center"/>
          </w:tcPr>
          <w:p w14:paraId="19ADF28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13D2C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3737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D4E17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Tererova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BD961C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D88CBD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400A19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15870A1" w14:textId="77777777">
        <w:tc>
          <w:tcPr>
            <w:tcW w:w="581" w:type="dxa"/>
            <w:shd w:val="clear" w:color="auto" w:fill="auto"/>
            <w:vAlign w:val="center"/>
          </w:tcPr>
          <w:p w14:paraId="7576B9D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6C4CA1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3737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688E1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Tererova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C39A76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AD85B0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92A284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CF70F41" w14:textId="77777777">
        <w:tc>
          <w:tcPr>
            <w:tcW w:w="581" w:type="dxa"/>
            <w:shd w:val="clear" w:color="auto" w:fill="auto"/>
            <w:vAlign w:val="center"/>
          </w:tcPr>
          <w:p w14:paraId="78E5B0D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EBE3EF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81496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1E950C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ECBC44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A3561D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C8A2C9E" w14:textId="77777777">
        <w:tc>
          <w:tcPr>
            <w:tcW w:w="581" w:type="dxa"/>
            <w:shd w:val="clear" w:color="auto" w:fill="auto"/>
            <w:vAlign w:val="center"/>
          </w:tcPr>
          <w:p w14:paraId="0D1119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40C9BD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2C289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Palackého třídy a ul. Pešinova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C3408A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33B9C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0F25A9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18DED04" w14:textId="77777777">
        <w:tc>
          <w:tcPr>
            <w:tcW w:w="581" w:type="dxa"/>
            <w:shd w:val="clear" w:color="auto" w:fill="auto"/>
            <w:vAlign w:val="center"/>
          </w:tcPr>
          <w:p w14:paraId="6BDE9A7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5D8A4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334DAD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DBD92A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CAFCB0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F0D053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A3BF8AF" w14:textId="77777777">
        <w:tc>
          <w:tcPr>
            <w:tcW w:w="581" w:type="dxa"/>
            <w:shd w:val="clear" w:color="auto" w:fill="auto"/>
            <w:vAlign w:val="center"/>
          </w:tcPr>
          <w:p w14:paraId="2CCA8A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13B6D8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343/1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0FE4CCF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Kartouzská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7974D1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275116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02A1A3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560B55C" w14:textId="77777777">
        <w:tc>
          <w:tcPr>
            <w:tcW w:w="581" w:type="dxa"/>
            <w:shd w:val="clear" w:color="auto" w:fill="auto"/>
            <w:vAlign w:val="center"/>
          </w:tcPr>
          <w:p w14:paraId="59C029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C03968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343/1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70B323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Kartouzská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76BF6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D9986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5D4F25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1794333" w14:textId="77777777">
        <w:tc>
          <w:tcPr>
            <w:tcW w:w="581" w:type="dxa"/>
            <w:shd w:val="clear" w:color="auto" w:fill="auto"/>
            <w:vAlign w:val="center"/>
          </w:tcPr>
          <w:p w14:paraId="1A1A838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633DA1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343/1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0E4238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Kartouzská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D8D2D7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C15EF4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088F70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906B073" w14:textId="77777777">
        <w:tc>
          <w:tcPr>
            <w:tcW w:w="581" w:type="dxa"/>
            <w:shd w:val="clear" w:color="auto" w:fill="auto"/>
            <w:vAlign w:val="center"/>
          </w:tcPr>
          <w:p w14:paraId="4413C0D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4D9B7C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F6B5FB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5450D2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516B19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2A7C39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76B28EC" w14:textId="77777777">
        <w:tc>
          <w:tcPr>
            <w:tcW w:w="581" w:type="dxa"/>
            <w:shd w:val="clear" w:color="auto" w:fill="auto"/>
            <w:vAlign w:val="center"/>
          </w:tcPr>
          <w:p w14:paraId="20AC01A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1C7F6E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F58AFB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85A2CF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67AF7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667CE8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DE47C46" w14:textId="77777777">
        <w:tc>
          <w:tcPr>
            <w:tcW w:w="581" w:type="dxa"/>
            <w:shd w:val="clear" w:color="auto" w:fill="auto"/>
            <w:vAlign w:val="center"/>
          </w:tcPr>
          <w:p w14:paraId="250DC6B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C8C4FC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DDDC9E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09794B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231C6C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AA3183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793BE3D" w14:textId="77777777">
        <w:tc>
          <w:tcPr>
            <w:tcW w:w="581" w:type="dxa"/>
            <w:shd w:val="clear" w:color="auto" w:fill="auto"/>
            <w:vAlign w:val="center"/>
          </w:tcPr>
          <w:p w14:paraId="51806D2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6E88EA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783/1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B608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Košinova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C756EB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02529B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CBF079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70F3366" w14:textId="77777777">
        <w:tc>
          <w:tcPr>
            <w:tcW w:w="581" w:type="dxa"/>
            <w:shd w:val="clear" w:color="auto" w:fill="auto"/>
            <w:vAlign w:val="center"/>
          </w:tcPr>
          <w:p w14:paraId="79F630F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4C0F82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9FCBF3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040931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857F21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0EE0A5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09955B3" w14:textId="77777777">
        <w:tc>
          <w:tcPr>
            <w:tcW w:w="581" w:type="dxa"/>
            <w:shd w:val="clear" w:color="auto" w:fill="auto"/>
            <w:vAlign w:val="center"/>
          </w:tcPr>
          <w:p w14:paraId="7D33A5B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1688F1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346D8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FFDA97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15ADCC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5D467A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66DA45F" w14:textId="77777777">
        <w:tc>
          <w:tcPr>
            <w:tcW w:w="581" w:type="dxa"/>
            <w:shd w:val="clear" w:color="auto" w:fill="auto"/>
            <w:vAlign w:val="center"/>
          </w:tcPr>
          <w:p w14:paraId="55797A4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056111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D9E0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18EAC0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969DFB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DB7FCE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62C7736" w14:textId="77777777">
        <w:tc>
          <w:tcPr>
            <w:tcW w:w="581" w:type="dxa"/>
            <w:shd w:val="clear" w:color="auto" w:fill="auto"/>
            <w:vAlign w:val="center"/>
          </w:tcPr>
          <w:p w14:paraId="4747BFC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6952B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3AE0C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719795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75133B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39819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DE61936" w14:textId="77777777">
        <w:tc>
          <w:tcPr>
            <w:tcW w:w="581" w:type="dxa"/>
            <w:shd w:val="clear" w:color="auto" w:fill="auto"/>
            <w:vAlign w:val="center"/>
          </w:tcPr>
          <w:p w14:paraId="42E61C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0EB9C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9E79EC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5C2F5A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357252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139B51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8274CEE" w14:textId="77777777">
        <w:tc>
          <w:tcPr>
            <w:tcW w:w="581" w:type="dxa"/>
            <w:shd w:val="clear" w:color="auto" w:fill="auto"/>
            <w:vAlign w:val="center"/>
          </w:tcPr>
          <w:p w14:paraId="7F621A3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195661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B7B12D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B8DC34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8885A9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2086C1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868B59D" w14:textId="77777777">
        <w:tc>
          <w:tcPr>
            <w:tcW w:w="581" w:type="dxa"/>
            <w:shd w:val="clear" w:color="auto" w:fill="auto"/>
            <w:vAlign w:val="center"/>
          </w:tcPr>
          <w:p w14:paraId="36BEFE2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8284D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D369C7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31E251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681368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616813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69113C8" w14:textId="77777777">
        <w:tc>
          <w:tcPr>
            <w:tcW w:w="581" w:type="dxa"/>
            <w:shd w:val="clear" w:color="auto" w:fill="auto"/>
            <w:vAlign w:val="center"/>
          </w:tcPr>
          <w:p w14:paraId="340C013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B97186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E912D6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2884C9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1EE49B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8DDE2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7A92EC2" w14:textId="77777777">
        <w:tc>
          <w:tcPr>
            <w:tcW w:w="581" w:type="dxa"/>
            <w:shd w:val="clear" w:color="auto" w:fill="auto"/>
            <w:vAlign w:val="center"/>
          </w:tcPr>
          <w:p w14:paraId="56B0924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EE9B27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66F9F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351390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E05DA7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19B236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4C7AB91" w14:textId="77777777">
        <w:tc>
          <w:tcPr>
            <w:tcW w:w="581" w:type="dxa"/>
            <w:shd w:val="clear" w:color="auto" w:fill="auto"/>
            <w:vAlign w:val="center"/>
          </w:tcPr>
          <w:p w14:paraId="40739F3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EB0F4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1783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59CD5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Jungmannova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CC8D6D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FE7EBB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F49FEF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96325D0" w14:textId="77777777">
        <w:tc>
          <w:tcPr>
            <w:tcW w:w="581" w:type="dxa"/>
            <w:shd w:val="clear" w:color="auto" w:fill="auto"/>
            <w:vAlign w:val="center"/>
          </w:tcPr>
          <w:p w14:paraId="4B0D9EF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499040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1783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D3D9D7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Jungmannova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FCF059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417765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32479D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FF47629" w14:textId="77777777">
        <w:tc>
          <w:tcPr>
            <w:tcW w:w="581" w:type="dxa"/>
            <w:shd w:val="clear" w:color="auto" w:fill="auto"/>
            <w:vAlign w:val="center"/>
          </w:tcPr>
          <w:p w14:paraId="4BAE8E61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298F5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1901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116EBC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Jungmannova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75F448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CD3B6D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11B50B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00AE76E" w14:textId="77777777">
        <w:tc>
          <w:tcPr>
            <w:tcW w:w="581" w:type="dxa"/>
            <w:shd w:val="clear" w:color="auto" w:fill="auto"/>
            <w:vAlign w:val="center"/>
          </w:tcPr>
          <w:p w14:paraId="6066027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47AA8D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1740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0AD014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Vackova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815BB5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4C17A5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D7FEF4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934C5D7" w14:textId="77777777">
        <w:tc>
          <w:tcPr>
            <w:tcW w:w="581" w:type="dxa"/>
            <w:shd w:val="clear" w:color="auto" w:fill="auto"/>
            <w:vAlign w:val="center"/>
          </w:tcPr>
          <w:p w14:paraId="6D5D5E1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1EFB7B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46841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EB4DA8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B30ACA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55BAE2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DF3DA3F" w14:textId="77777777">
        <w:tc>
          <w:tcPr>
            <w:tcW w:w="581" w:type="dxa"/>
            <w:shd w:val="clear" w:color="auto" w:fill="auto"/>
            <w:vAlign w:val="center"/>
          </w:tcPr>
          <w:p w14:paraId="3896A15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5B992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B2E772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09EE61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AED09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2930A0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E944FF8" w14:textId="77777777">
        <w:tc>
          <w:tcPr>
            <w:tcW w:w="581" w:type="dxa"/>
            <w:shd w:val="clear" w:color="auto" w:fill="auto"/>
            <w:vAlign w:val="center"/>
          </w:tcPr>
          <w:p w14:paraId="0F0895D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768B21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6841E0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580C2F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7C36D9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F4F419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9EF2A30" w14:textId="77777777">
        <w:tc>
          <w:tcPr>
            <w:tcW w:w="581" w:type="dxa"/>
            <w:shd w:val="clear" w:color="auto" w:fill="auto"/>
            <w:vAlign w:val="center"/>
          </w:tcPr>
          <w:p w14:paraId="0ACC983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5F8358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1678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E2A0A5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Svatopluka Čecha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DC132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ED6E3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4E96C5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9CA7D60" w14:textId="77777777">
        <w:tc>
          <w:tcPr>
            <w:tcW w:w="581" w:type="dxa"/>
            <w:shd w:val="clear" w:color="auto" w:fill="auto"/>
            <w:vAlign w:val="center"/>
          </w:tcPr>
          <w:p w14:paraId="77325DA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240F2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2004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963AB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Svatopluka Čecha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E58B24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BBB9E5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7B7307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30C97E6" w14:textId="77777777">
        <w:tc>
          <w:tcPr>
            <w:tcW w:w="581" w:type="dxa"/>
            <w:shd w:val="clear" w:color="auto" w:fill="auto"/>
            <w:vAlign w:val="center"/>
          </w:tcPr>
          <w:p w14:paraId="28389E4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F1D9B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2004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DF4D1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Svatopluka Čecha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4116C1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B6CF09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D55E3A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F805A14" w14:textId="77777777">
        <w:tc>
          <w:tcPr>
            <w:tcW w:w="581" w:type="dxa"/>
            <w:shd w:val="clear" w:color="auto" w:fill="auto"/>
            <w:vAlign w:val="center"/>
          </w:tcPr>
          <w:p w14:paraId="452C3EE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D75F0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1863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09AE3E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Slovinská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126377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2299CB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16D772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10EAE44" w14:textId="77777777">
        <w:tc>
          <w:tcPr>
            <w:tcW w:w="581" w:type="dxa"/>
            <w:shd w:val="clear" w:color="auto" w:fill="auto"/>
            <w:vAlign w:val="center"/>
          </w:tcPr>
          <w:p w14:paraId="6A0C6C0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998722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1614/8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8600B7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Husitská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7A4072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AB25A5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740EE9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111CC80" w14:textId="77777777">
        <w:tc>
          <w:tcPr>
            <w:tcW w:w="581" w:type="dxa"/>
            <w:shd w:val="clear" w:color="auto" w:fill="auto"/>
            <w:vAlign w:val="center"/>
          </w:tcPr>
          <w:p w14:paraId="2B40272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72A720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264AB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B171DB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0DAC96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46C129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257B950" w14:textId="77777777">
        <w:tc>
          <w:tcPr>
            <w:tcW w:w="581" w:type="dxa"/>
            <w:shd w:val="clear" w:color="auto" w:fill="auto"/>
            <w:vAlign w:val="center"/>
          </w:tcPr>
          <w:p w14:paraId="42DF1EC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4AD38D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2039/1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46AB44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Charvatská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C92BA4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401B96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33267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A9C0A17" w14:textId="77777777">
        <w:tc>
          <w:tcPr>
            <w:tcW w:w="581" w:type="dxa"/>
            <w:shd w:val="clear" w:color="auto" w:fill="auto"/>
            <w:vAlign w:val="center"/>
          </w:tcPr>
          <w:p w14:paraId="1A6D053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36EA5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2039/1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6D3DC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parčík Generála Miloše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Knorra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28B08B3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7DABEA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DD0496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1250E22" w14:textId="77777777">
        <w:tc>
          <w:tcPr>
            <w:tcW w:w="581" w:type="dxa"/>
            <w:shd w:val="clear" w:color="auto" w:fill="auto"/>
            <w:vAlign w:val="center"/>
          </w:tcPr>
          <w:p w14:paraId="4F3C1E3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06052F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2973/1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A5AA00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parčík Generála Miloše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Knorra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21BAC48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513270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ACDB85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13F589F" w14:textId="77777777">
        <w:tc>
          <w:tcPr>
            <w:tcW w:w="581" w:type="dxa"/>
            <w:shd w:val="clear" w:color="auto" w:fill="auto"/>
            <w:vAlign w:val="center"/>
          </w:tcPr>
          <w:p w14:paraId="659C213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1B3264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3148/2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0D04FD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293504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87BB2F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C8CD11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CA931D6" w14:textId="77777777">
        <w:tc>
          <w:tcPr>
            <w:tcW w:w="581" w:type="dxa"/>
            <w:shd w:val="clear" w:color="auto" w:fill="auto"/>
            <w:vAlign w:val="center"/>
          </w:tcPr>
          <w:p w14:paraId="363794D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D54F39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3148/2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F119D4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CB9A3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AE704C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BAED18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3D8CB9F" w14:textId="77777777">
        <w:tc>
          <w:tcPr>
            <w:tcW w:w="581" w:type="dxa"/>
            <w:shd w:val="clear" w:color="auto" w:fill="auto"/>
            <w:vAlign w:val="center"/>
          </w:tcPr>
          <w:p w14:paraId="41E9BA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E919B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3148/2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30156C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56B325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C77EF6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0291A0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5228F2E" w14:textId="77777777">
        <w:tc>
          <w:tcPr>
            <w:tcW w:w="581" w:type="dxa"/>
            <w:shd w:val="clear" w:color="auto" w:fill="auto"/>
            <w:vAlign w:val="center"/>
          </w:tcPr>
          <w:p w14:paraId="1F08725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21877A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3148/2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FB35D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F11CA3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887B5D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957B75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D06A945" w14:textId="77777777">
        <w:tc>
          <w:tcPr>
            <w:tcW w:w="581" w:type="dxa"/>
            <w:shd w:val="clear" w:color="auto" w:fill="auto"/>
            <w:vAlign w:val="center"/>
          </w:tcPr>
          <w:p w14:paraId="09DB9F4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979DF7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3664/1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37E204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Svatopluka Čecha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8A869E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FF2B7C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D811B7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FA484D8" w14:textId="77777777">
        <w:tc>
          <w:tcPr>
            <w:tcW w:w="581" w:type="dxa"/>
            <w:shd w:val="clear" w:color="auto" w:fill="auto"/>
            <w:vAlign w:val="center"/>
          </w:tcPr>
          <w:p w14:paraId="3398B97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51119A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3664/1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C12C1D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Svatopluka Čecha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6A30D3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83F45D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E67D00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A0C0E37" w14:textId="77777777">
        <w:tc>
          <w:tcPr>
            <w:tcW w:w="581" w:type="dxa"/>
            <w:shd w:val="clear" w:color="auto" w:fill="auto"/>
            <w:vAlign w:val="center"/>
          </w:tcPr>
          <w:p w14:paraId="7589265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98FAE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82E92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DC280A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9CECA7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D39B61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FB4262" w14:textId="77777777">
        <w:tc>
          <w:tcPr>
            <w:tcW w:w="581" w:type="dxa"/>
            <w:shd w:val="clear" w:color="auto" w:fill="auto"/>
            <w:vAlign w:val="center"/>
          </w:tcPr>
          <w:p w14:paraId="2B8A16BE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B974AC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61D2A6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7F1B25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E52F75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E8831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9B4B968" w14:textId="77777777">
        <w:tc>
          <w:tcPr>
            <w:tcW w:w="581" w:type="dxa"/>
            <w:shd w:val="clear" w:color="auto" w:fill="auto"/>
            <w:vAlign w:val="center"/>
          </w:tcPr>
          <w:p w14:paraId="532E88D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B444E6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680F5B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C5FA36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C0CA78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C8371E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3B44E0B" w14:textId="77777777">
        <w:tc>
          <w:tcPr>
            <w:tcW w:w="581" w:type="dxa"/>
            <w:shd w:val="clear" w:color="auto" w:fill="auto"/>
            <w:vAlign w:val="center"/>
          </w:tcPr>
          <w:p w14:paraId="7539773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89F47C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19286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D50CFD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041DBE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99DBEF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BEEC21E" w14:textId="77777777">
        <w:tc>
          <w:tcPr>
            <w:tcW w:w="581" w:type="dxa"/>
            <w:shd w:val="clear" w:color="auto" w:fill="auto"/>
            <w:vAlign w:val="center"/>
          </w:tcPr>
          <w:p w14:paraId="4722D1F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DDCCB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A69ED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CCC4E3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4E23D3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6537CF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97E8827" w14:textId="77777777">
        <w:tc>
          <w:tcPr>
            <w:tcW w:w="581" w:type="dxa"/>
            <w:shd w:val="clear" w:color="auto" w:fill="auto"/>
            <w:vAlign w:val="center"/>
          </w:tcPr>
          <w:p w14:paraId="6199A1F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DE722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724457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5890D4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5CFB8C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CF0B5E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F93776F" w14:textId="77777777">
        <w:tc>
          <w:tcPr>
            <w:tcW w:w="581" w:type="dxa"/>
            <w:shd w:val="clear" w:color="auto" w:fill="auto"/>
            <w:vAlign w:val="center"/>
          </w:tcPr>
          <w:p w14:paraId="163A0CF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C1066E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C48797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368CA5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627F62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61A073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F3D7F0F" w14:textId="77777777">
        <w:tc>
          <w:tcPr>
            <w:tcW w:w="581" w:type="dxa"/>
            <w:shd w:val="clear" w:color="auto" w:fill="auto"/>
            <w:vAlign w:val="center"/>
          </w:tcPr>
          <w:p w14:paraId="5759CED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B60EF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0C2F42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21E096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55AE6C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B54CCB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1141345" w14:textId="77777777">
        <w:tc>
          <w:tcPr>
            <w:tcW w:w="581" w:type="dxa"/>
            <w:shd w:val="clear" w:color="auto" w:fill="auto"/>
            <w:vAlign w:val="center"/>
          </w:tcPr>
          <w:p w14:paraId="25405DB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157BA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DABE01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5C05D5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FCAD3E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32F852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D8D2DB6" w14:textId="77777777">
        <w:tc>
          <w:tcPr>
            <w:tcW w:w="581" w:type="dxa"/>
            <w:shd w:val="clear" w:color="auto" w:fill="auto"/>
            <w:vAlign w:val="center"/>
          </w:tcPr>
          <w:p w14:paraId="7A33F95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6F125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782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C40E22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Florianova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031CC7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17E9FB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C2143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BB235F6" w14:textId="77777777">
        <w:tc>
          <w:tcPr>
            <w:tcW w:w="581" w:type="dxa"/>
            <w:shd w:val="clear" w:color="auto" w:fill="auto"/>
            <w:vAlign w:val="center"/>
          </w:tcPr>
          <w:p w14:paraId="7C1F626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B0EFE9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2900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94A5D7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Ruská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4EFAFC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A3795E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17E774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D0FC7B2" w14:textId="77777777">
        <w:tc>
          <w:tcPr>
            <w:tcW w:w="581" w:type="dxa"/>
            <w:shd w:val="clear" w:color="auto" w:fill="auto"/>
            <w:vAlign w:val="center"/>
          </w:tcPr>
          <w:p w14:paraId="4ECCD21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2A3BCC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2363/1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E8D052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Srbská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30B056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8DC0E3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1A829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33BAAEF" w14:textId="77777777">
        <w:tc>
          <w:tcPr>
            <w:tcW w:w="581" w:type="dxa"/>
            <w:shd w:val="clear" w:color="auto" w:fill="auto"/>
            <w:vAlign w:val="center"/>
          </w:tcPr>
          <w:p w14:paraId="716CDB6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829827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2363/1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B7EE1E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Hutařova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DAC35B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295007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93F0F5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06745C6" w14:textId="77777777">
        <w:tc>
          <w:tcPr>
            <w:tcW w:w="581" w:type="dxa"/>
            <w:shd w:val="clear" w:color="auto" w:fill="auto"/>
            <w:vAlign w:val="center"/>
          </w:tcPr>
          <w:p w14:paraId="63196D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17BC6A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480DBB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E790C2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4D377B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FA3F7D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E50DA22" w14:textId="77777777">
        <w:tc>
          <w:tcPr>
            <w:tcW w:w="581" w:type="dxa"/>
            <w:shd w:val="clear" w:color="auto" w:fill="auto"/>
            <w:vAlign w:val="center"/>
          </w:tcPr>
          <w:p w14:paraId="24EC9AF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401CDF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448886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DA6A0C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C73C53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060D82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492774E" w14:textId="77777777">
        <w:tc>
          <w:tcPr>
            <w:tcW w:w="581" w:type="dxa"/>
            <w:shd w:val="clear" w:color="auto" w:fill="auto"/>
            <w:vAlign w:val="center"/>
          </w:tcPr>
          <w:p w14:paraId="3ECD2A4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FDB12F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274A57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FFD98F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EE2B6A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A867DB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9AD67A3" w14:textId="77777777">
        <w:tc>
          <w:tcPr>
            <w:tcW w:w="581" w:type="dxa"/>
            <w:shd w:val="clear" w:color="auto" w:fill="auto"/>
            <w:vAlign w:val="center"/>
          </w:tcPr>
          <w:p w14:paraId="71F7B54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6F2BC7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933E5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6F9923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F6BDCF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809C3E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BC9C3CA" w14:textId="77777777">
        <w:tc>
          <w:tcPr>
            <w:tcW w:w="581" w:type="dxa"/>
            <w:shd w:val="clear" w:color="auto" w:fill="auto"/>
            <w:vAlign w:val="center"/>
          </w:tcPr>
          <w:p w14:paraId="5C6D8F3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21BF0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4F558B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358F79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71F1B8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F708C7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2BC5DFD" w14:textId="77777777">
        <w:tc>
          <w:tcPr>
            <w:tcW w:w="581" w:type="dxa"/>
            <w:shd w:val="clear" w:color="auto" w:fill="auto"/>
            <w:vAlign w:val="center"/>
          </w:tcPr>
          <w:p w14:paraId="3669015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564275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E450C5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9F65AC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B04D4C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3641D1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CC67DA" w14:textId="77777777">
        <w:tc>
          <w:tcPr>
            <w:tcW w:w="581" w:type="dxa"/>
            <w:shd w:val="clear" w:color="auto" w:fill="auto"/>
            <w:vAlign w:val="center"/>
          </w:tcPr>
          <w:p w14:paraId="5F6E5E9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82FC31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B5C02F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EAFE7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9303C2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A80446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F18B2FD" w14:textId="77777777">
        <w:tc>
          <w:tcPr>
            <w:tcW w:w="581" w:type="dxa"/>
            <w:shd w:val="clear" w:color="auto" w:fill="auto"/>
            <w:vAlign w:val="center"/>
          </w:tcPr>
          <w:p w14:paraId="4DB8E08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88A55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E0709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F0719C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E75BFB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6498FA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CEC23A3" w14:textId="77777777">
        <w:tc>
          <w:tcPr>
            <w:tcW w:w="581" w:type="dxa"/>
            <w:shd w:val="clear" w:color="auto" w:fill="auto"/>
            <w:vAlign w:val="center"/>
          </w:tcPr>
          <w:p w14:paraId="01976C0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918136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BACF5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545373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B630B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AE0B1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64E2222" w14:textId="77777777">
        <w:tc>
          <w:tcPr>
            <w:tcW w:w="581" w:type="dxa"/>
            <w:shd w:val="clear" w:color="auto" w:fill="auto"/>
            <w:vAlign w:val="center"/>
          </w:tcPr>
          <w:p w14:paraId="5A1FD31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1F331D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9CC74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3A9B8E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128883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AFE3BF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92F12A9" w14:textId="77777777">
        <w:tc>
          <w:tcPr>
            <w:tcW w:w="581" w:type="dxa"/>
            <w:shd w:val="clear" w:color="auto" w:fill="auto"/>
            <w:vAlign w:val="center"/>
          </w:tcPr>
          <w:p w14:paraId="1E8031D1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703F2F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D8DF2D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9A9B92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F3217D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FC87B4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E904EC6" w14:textId="77777777">
        <w:tc>
          <w:tcPr>
            <w:tcW w:w="581" w:type="dxa"/>
            <w:shd w:val="clear" w:color="auto" w:fill="auto"/>
            <w:vAlign w:val="center"/>
          </w:tcPr>
          <w:p w14:paraId="2DEBC7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953EE4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2039/1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3E8E32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Charvatská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85EFBF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EF5712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901A12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8A482CD" w14:textId="77777777">
        <w:tc>
          <w:tcPr>
            <w:tcW w:w="581" w:type="dxa"/>
            <w:shd w:val="clear" w:color="auto" w:fill="auto"/>
            <w:vAlign w:val="center"/>
          </w:tcPr>
          <w:p w14:paraId="012AFA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8DB513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314/42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0C84C5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F26110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2682EC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D878F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E088DCD" w14:textId="77777777">
        <w:tc>
          <w:tcPr>
            <w:tcW w:w="581" w:type="dxa"/>
            <w:shd w:val="clear" w:color="auto" w:fill="auto"/>
            <w:vAlign w:val="center"/>
          </w:tcPr>
          <w:p w14:paraId="0A3AD6B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E4C8FC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314/42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A33FEC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7C241C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2626A8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49E755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68019C6" w14:textId="77777777">
        <w:tc>
          <w:tcPr>
            <w:tcW w:w="581" w:type="dxa"/>
            <w:shd w:val="clear" w:color="auto" w:fill="auto"/>
            <w:vAlign w:val="center"/>
          </w:tcPr>
          <w:p w14:paraId="2934F3C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F78C7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314/42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79C7B8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93B4BB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2D3D63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3CDBAB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DFD771D" w14:textId="77777777">
        <w:tc>
          <w:tcPr>
            <w:tcW w:w="581" w:type="dxa"/>
            <w:shd w:val="clear" w:color="auto" w:fill="auto"/>
            <w:vAlign w:val="center"/>
          </w:tcPr>
          <w:p w14:paraId="5B69BC5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26B0F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314/52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036D19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212844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B69E8D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91677C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CF30C10" w14:textId="77777777">
        <w:tc>
          <w:tcPr>
            <w:tcW w:w="581" w:type="dxa"/>
            <w:shd w:val="clear" w:color="auto" w:fill="auto"/>
            <w:vAlign w:val="center"/>
          </w:tcPr>
          <w:p w14:paraId="2FCF765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4FCBE1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314/52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F15D00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2D960B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85F7E8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286EB0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5FA8C86" w14:textId="77777777">
        <w:tc>
          <w:tcPr>
            <w:tcW w:w="581" w:type="dxa"/>
            <w:shd w:val="clear" w:color="auto" w:fill="auto"/>
            <w:vAlign w:val="center"/>
          </w:tcPr>
          <w:p w14:paraId="0322953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0C2F27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204/1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1DC7B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276E36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5FFB19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D4D351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D0FEFFC" w14:textId="77777777">
        <w:tc>
          <w:tcPr>
            <w:tcW w:w="581" w:type="dxa"/>
            <w:shd w:val="clear" w:color="auto" w:fill="auto"/>
            <w:vAlign w:val="center"/>
          </w:tcPr>
          <w:p w14:paraId="17EDAA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39F9A1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204/1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CE83BC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449203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4650A4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348707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5F5E929" w14:textId="77777777">
        <w:tc>
          <w:tcPr>
            <w:tcW w:w="581" w:type="dxa"/>
            <w:shd w:val="clear" w:color="auto" w:fill="auto"/>
            <w:vAlign w:val="center"/>
          </w:tcPr>
          <w:p w14:paraId="07764D1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07874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204/1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81C0F1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77C360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331A5B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2AF9BB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3B5B25D" w14:textId="77777777">
        <w:tc>
          <w:tcPr>
            <w:tcW w:w="581" w:type="dxa"/>
            <w:shd w:val="clear" w:color="auto" w:fill="auto"/>
            <w:vAlign w:val="center"/>
          </w:tcPr>
          <w:p w14:paraId="75FECBB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ADB2FF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511/1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5CCA90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Dalimilova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77DE45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3AC985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F5C51A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CC6B0EF" w14:textId="77777777">
        <w:tc>
          <w:tcPr>
            <w:tcW w:w="581" w:type="dxa"/>
            <w:shd w:val="clear" w:color="auto" w:fill="auto"/>
            <w:vAlign w:val="center"/>
          </w:tcPr>
          <w:p w14:paraId="6C8857D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59E22C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511/1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EA9002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Dalimilova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77225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96E605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A71DA0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361B2F5" w14:textId="77777777">
        <w:tc>
          <w:tcPr>
            <w:tcW w:w="581" w:type="dxa"/>
            <w:shd w:val="clear" w:color="auto" w:fill="auto"/>
            <w:vAlign w:val="center"/>
          </w:tcPr>
          <w:p w14:paraId="4D7EB1F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07E353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204/1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4CC22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64E7FF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C909D3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2ED444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5EA1EF9" w14:textId="77777777">
        <w:tc>
          <w:tcPr>
            <w:tcW w:w="581" w:type="dxa"/>
            <w:shd w:val="clear" w:color="auto" w:fill="auto"/>
            <w:vAlign w:val="center"/>
          </w:tcPr>
          <w:p w14:paraId="061B465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F650E5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204/1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2E481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35210D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E5CF88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FB60BA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147D2E3" w14:textId="77777777">
        <w:tc>
          <w:tcPr>
            <w:tcW w:w="581" w:type="dxa"/>
            <w:shd w:val="clear" w:color="auto" w:fill="auto"/>
            <w:vAlign w:val="center"/>
          </w:tcPr>
          <w:p w14:paraId="21B3025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B6E5D5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5249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FF84E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Herčíkova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C99A77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DB995F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3BBA8C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4A982EA" w14:textId="77777777">
        <w:tc>
          <w:tcPr>
            <w:tcW w:w="581" w:type="dxa"/>
            <w:shd w:val="clear" w:color="auto" w:fill="auto"/>
            <w:vAlign w:val="center"/>
          </w:tcPr>
          <w:p w14:paraId="0B71FF1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F54112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5227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722484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Herčíkova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93AA59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9EFE36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2F4CEA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938BA74" w14:textId="77777777">
        <w:tc>
          <w:tcPr>
            <w:tcW w:w="581" w:type="dxa"/>
            <w:shd w:val="clear" w:color="auto" w:fill="auto"/>
            <w:vAlign w:val="center"/>
          </w:tcPr>
          <w:p w14:paraId="66100A2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06318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2305/1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4B16F2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Bystřinova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602F3A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A4A338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BA6633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47AC226" w14:textId="77777777">
        <w:tc>
          <w:tcPr>
            <w:tcW w:w="581" w:type="dxa"/>
            <w:shd w:val="clear" w:color="auto" w:fill="auto"/>
            <w:vAlign w:val="center"/>
          </w:tcPr>
          <w:p w14:paraId="0055B19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28A78D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2305/1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54BD1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Bystřinova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8ACAB0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32A83E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11457D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EDF94AD" w14:textId="77777777">
        <w:tc>
          <w:tcPr>
            <w:tcW w:w="581" w:type="dxa"/>
            <w:shd w:val="clear" w:color="auto" w:fill="auto"/>
            <w:vAlign w:val="center"/>
          </w:tcPr>
          <w:p w14:paraId="64770D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63FCFA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4609/58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90F297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Bystřinova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5B7941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EB96E4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AC97D7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EF00470" w14:textId="77777777">
        <w:tc>
          <w:tcPr>
            <w:tcW w:w="581" w:type="dxa"/>
            <w:shd w:val="clear" w:color="auto" w:fill="auto"/>
            <w:vAlign w:val="center"/>
          </w:tcPr>
          <w:p w14:paraId="5257852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29B9D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1381/22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6E9C52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Boženy Němcové a ul. Kubešova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13D420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61B2E1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BC3BB2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5B2DDD7" w14:textId="77777777">
        <w:tc>
          <w:tcPr>
            <w:tcW w:w="581" w:type="dxa"/>
            <w:shd w:val="clear" w:color="auto" w:fill="auto"/>
            <w:vAlign w:val="center"/>
          </w:tcPr>
          <w:p w14:paraId="68E70FE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35B161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2363/1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86B817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Srbská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F53926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423FB7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371F43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25C0EB9" w14:textId="77777777">
        <w:tc>
          <w:tcPr>
            <w:tcW w:w="581" w:type="dxa"/>
            <w:shd w:val="clear" w:color="auto" w:fill="auto"/>
            <w:vAlign w:val="center"/>
          </w:tcPr>
          <w:p w14:paraId="59F53E3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061D91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2363/1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4D332C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Srbská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54F14A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5D8B5F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5C8C5E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842BEDF" w14:textId="77777777">
        <w:tc>
          <w:tcPr>
            <w:tcW w:w="581" w:type="dxa"/>
            <w:shd w:val="clear" w:color="auto" w:fill="auto"/>
            <w:vAlign w:val="center"/>
          </w:tcPr>
          <w:p w14:paraId="60AD9BB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F3B5A0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2363/1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2FA82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Srbská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F7724D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8CC45B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9A29C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BDC1CB5" w14:textId="77777777">
        <w:tc>
          <w:tcPr>
            <w:tcW w:w="581" w:type="dxa"/>
            <w:shd w:val="clear" w:color="auto" w:fill="auto"/>
            <w:vAlign w:val="center"/>
          </w:tcPr>
          <w:p w14:paraId="03A12E6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97D100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2184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DDC159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Ramešova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F34F4C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DA0707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07087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038D3AB" w14:textId="77777777">
        <w:tc>
          <w:tcPr>
            <w:tcW w:w="581" w:type="dxa"/>
            <w:shd w:val="clear" w:color="auto" w:fill="auto"/>
            <w:vAlign w:val="center"/>
          </w:tcPr>
          <w:p w14:paraId="4646528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2D9BC6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2171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61C577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Hlaváčkova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8551B1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3FE3D6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B8609F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27D764D" w14:textId="77777777">
        <w:tc>
          <w:tcPr>
            <w:tcW w:w="581" w:type="dxa"/>
            <w:shd w:val="clear" w:color="auto" w:fill="auto"/>
            <w:vAlign w:val="center"/>
          </w:tcPr>
          <w:p w14:paraId="4F1D34E4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E82ECB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511/1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FBFF2C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Dalimilova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D2D03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F8B49F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DA15D1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14FD321" w14:textId="77777777">
        <w:tc>
          <w:tcPr>
            <w:tcW w:w="581" w:type="dxa"/>
            <w:shd w:val="clear" w:color="auto" w:fill="auto"/>
            <w:vAlign w:val="center"/>
          </w:tcPr>
          <w:p w14:paraId="3230493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1762D6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1019/1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DB9BC5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Mojmírovo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97C08B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6680E8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102BE6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5110AB2" w14:textId="77777777">
        <w:tc>
          <w:tcPr>
            <w:tcW w:w="581" w:type="dxa"/>
            <w:shd w:val="clear" w:color="auto" w:fill="auto"/>
            <w:vAlign w:val="center"/>
          </w:tcPr>
          <w:p w14:paraId="1E63850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AF3816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679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1AB87C8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Staňkova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28D0EF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883289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AB8F80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96C71FD" w14:textId="77777777">
        <w:tc>
          <w:tcPr>
            <w:tcW w:w="581" w:type="dxa"/>
            <w:shd w:val="clear" w:color="auto" w:fill="auto"/>
            <w:vAlign w:val="center"/>
          </w:tcPr>
          <w:p w14:paraId="29D4582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46DC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802/4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0380897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Drobného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52778F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658A5E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1E1404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2AE9B9A" w14:textId="77777777">
        <w:tc>
          <w:tcPr>
            <w:tcW w:w="581" w:type="dxa"/>
            <w:shd w:val="clear" w:color="auto" w:fill="auto"/>
            <w:vAlign w:val="center"/>
          </w:tcPr>
          <w:p w14:paraId="205DAA3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458A9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802/4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187A97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Drobného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21F472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4F88FC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EB0E0D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38985D0" w14:textId="77777777">
        <w:tc>
          <w:tcPr>
            <w:tcW w:w="581" w:type="dxa"/>
            <w:shd w:val="clear" w:color="auto" w:fill="auto"/>
            <w:vAlign w:val="center"/>
          </w:tcPr>
          <w:p w14:paraId="5F945AC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96A88F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802/4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67151F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Drobného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077C4A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DBF516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FA261A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C86FC08" w14:textId="77777777">
        <w:tc>
          <w:tcPr>
            <w:tcW w:w="581" w:type="dxa"/>
            <w:shd w:val="clear" w:color="auto" w:fill="auto"/>
            <w:vAlign w:val="center"/>
          </w:tcPr>
          <w:p w14:paraId="4DDF21E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42379C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1158/1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00279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Poděbradova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9F7C57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15F8C2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98F60F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4690402" w14:textId="77777777">
        <w:tc>
          <w:tcPr>
            <w:tcW w:w="581" w:type="dxa"/>
            <w:shd w:val="clear" w:color="auto" w:fill="auto"/>
            <w:vAlign w:val="center"/>
          </w:tcPr>
          <w:p w14:paraId="517F89C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4D4C2E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2363/1 Královo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146C3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Srbská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2CEC6C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1AC99D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5965C8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670AC5F" w14:textId="77777777">
        <w:tc>
          <w:tcPr>
            <w:tcW w:w="581" w:type="dxa"/>
            <w:shd w:val="clear" w:color="auto" w:fill="auto"/>
            <w:vAlign w:val="center"/>
          </w:tcPr>
          <w:p w14:paraId="3BCB8D7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AFE74F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679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5EDA92D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Staňkova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240B4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6A9C8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002CC9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3F3603C0" w14:textId="77777777">
        <w:tc>
          <w:tcPr>
            <w:tcW w:w="581" w:type="dxa"/>
            <w:shd w:val="clear" w:color="auto" w:fill="auto"/>
            <w:vAlign w:val="center"/>
          </w:tcPr>
          <w:p w14:paraId="4B91811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811C62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465/98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CEC8FB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generála Píky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A51C0B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D59E0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C0D244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28ABF73" w14:textId="77777777">
        <w:tc>
          <w:tcPr>
            <w:tcW w:w="581" w:type="dxa"/>
            <w:shd w:val="clear" w:color="auto" w:fill="auto"/>
            <w:vAlign w:val="center"/>
          </w:tcPr>
          <w:p w14:paraId="163AA09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22E76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465/98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B86C89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generála Píky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CC9A8E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F62CA7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BFF0C6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2D91567" w14:textId="77777777">
        <w:tc>
          <w:tcPr>
            <w:tcW w:w="581" w:type="dxa"/>
            <w:shd w:val="clear" w:color="auto" w:fill="auto"/>
            <w:vAlign w:val="center"/>
          </w:tcPr>
          <w:p w14:paraId="7FDF934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F22690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465/98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624282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generála Píky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4254E9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645ACD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A04526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432DEA1" w14:textId="77777777">
        <w:tc>
          <w:tcPr>
            <w:tcW w:w="581" w:type="dxa"/>
            <w:shd w:val="clear" w:color="auto" w:fill="auto"/>
            <w:vAlign w:val="center"/>
          </w:tcPr>
          <w:p w14:paraId="5D16D2CE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FA20021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373/2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14EBD3EC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62DC7B9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553C686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9F3ACA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7D41342" w14:textId="77777777">
        <w:tc>
          <w:tcPr>
            <w:tcW w:w="581" w:type="dxa"/>
            <w:shd w:val="clear" w:color="auto" w:fill="auto"/>
            <w:vAlign w:val="center"/>
          </w:tcPr>
          <w:p w14:paraId="4E93922A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E5B40A2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5DCB457D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A35C6EB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C1CFE89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F5DAD7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2E6D1EB" w14:textId="77777777">
        <w:tc>
          <w:tcPr>
            <w:tcW w:w="581" w:type="dxa"/>
            <w:shd w:val="clear" w:color="auto" w:fill="auto"/>
            <w:vAlign w:val="center"/>
          </w:tcPr>
          <w:p w14:paraId="0DF395D5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4C7D176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10BB87D8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5571322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885B286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C1EC13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542F46B" w14:textId="77777777">
        <w:tc>
          <w:tcPr>
            <w:tcW w:w="581" w:type="dxa"/>
            <w:shd w:val="clear" w:color="auto" w:fill="auto"/>
            <w:vAlign w:val="center"/>
          </w:tcPr>
          <w:p w14:paraId="6C0FD8AB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6F81016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658DDF0D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EB2E55F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016135B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9F1331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C9EE5CC" w14:textId="77777777">
        <w:tc>
          <w:tcPr>
            <w:tcW w:w="581" w:type="dxa"/>
            <w:shd w:val="clear" w:color="auto" w:fill="auto"/>
            <w:vAlign w:val="center"/>
          </w:tcPr>
          <w:p w14:paraId="54A79146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B7D138E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4864025B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FBB39BF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CA32251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9682D4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9B85769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56E2A27E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F809E61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1448CA94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790535A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6DA7765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6230D0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833511B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7FFE06A5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F51EE4A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152F5A96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4B2EDD4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F5AC6D6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88B045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219FB48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43BB532C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4729B13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3BB3E472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F4FBA42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0A975CE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019352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71AA6A9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09C9BD6B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B74778F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5E1B5994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A48582F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46BDF9D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96E4A0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46AE40C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5478A378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3241906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0AE0BA46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A56C0A8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D29D3D6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8B0744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2435603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23BB8909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C84EE97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42C20C45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95D7ED2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2D70A45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EB1B39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95037C6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7C479DBC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27B1DAC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282E2A60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E1C6504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25C1082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0F2450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FA90157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15789347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DB6D772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932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7A740348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Šelepova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FAEDD50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26D1F28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F50F3E2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000000" w14:paraId="18F96A4E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21A54817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CCB59E5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981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0044813C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F1E8282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0819969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6E70D62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1B0B9AEC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336FF5FF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93D124C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66F3E591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5BAE476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DDB5536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260EA5C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FF13184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27431EDC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503B091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099991EE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3801679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3EB16F1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CDC067A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D39726C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33055B76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F9294C8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6562B178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63F2954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021421A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6F196F7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000000" w14:paraId="5C21C2DE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7FE77A43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E4A6528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3717A372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0E62641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8565D49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44592E8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000000" w14:paraId="7EF0AEA5" w14:textId="77777777">
        <w:trPr>
          <w:trHeight w:val="283"/>
        </w:trPr>
        <w:tc>
          <w:tcPr>
            <w:tcW w:w="581" w:type="dxa"/>
            <w:shd w:val="clear" w:color="auto" w:fill="auto"/>
            <w:vAlign w:val="center"/>
          </w:tcPr>
          <w:p w14:paraId="163DB0C4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7B31B2E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373/1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Ponava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0D269499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C1F5FBE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AA8AB4D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3C09A6A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14:paraId="7268DD7C" w14:textId="77777777" w:rsidR="00344131" w:rsidRDefault="00344131" w:rsidP="00344131">
      <w:pPr>
        <w:rPr>
          <w:rFonts w:ascii="Arial" w:hAnsi="Arial" w:cs="Arial"/>
        </w:rPr>
      </w:pPr>
    </w:p>
    <w:p w14:paraId="05E62008" w14:textId="77777777" w:rsidR="00DF08F9" w:rsidRDefault="00DF08F9" w:rsidP="00344131">
      <w:pPr>
        <w:rPr>
          <w:rFonts w:ascii="Arial" w:hAnsi="Arial" w:cs="Arial"/>
        </w:rPr>
      </w:pPr>
    </w:p>
    <w:p w14:paraId="6481A775" w14:textId="77777777" w:rsidR="00DF08F9" w:rsidRDefault="00DF08F9" w:rsidP="00344131">
      <w:pPr>
        <w:rPr>
          <w:rFonts w:ascii="Arial" w:hAnsi="Arial" w:cs="Arial"/>
        </w:rPr>
      </w:pPr>
    </w:p>
    <w:p w14:paraId="3336D599" w14:textId="77777777" w:rsidR="00DF08F9" w:rsidRDefault="00DF08F9" w:rsidP="00344131">
      <w:pPr>
        <w:rPr>
          <w:rFonts w:ascii="Arial" w:hAnsi="Arial" w:cs="Arial"/>
        </w:rPr>
      </w:pPr>
    </w:p>
    <w:p w14:paraId="61CC763A" w14:textId="77777777" w:rsidR="00DF08F9" w:rsidRPr="00344131" w:rsidRDefault="00DF08F9" w:rsidP="00344131">
      <w:pPr>
        <w:rPr>
          <w:rFonts w:ascii="Arial" w:hAnsi="Arial" w:cs="Arial"/>
        </w:rPr>
      </w:pPr>
    </w:p>
    <w:p w14:paraId="3C05CD77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lastRenderedPageBreak/>
        <w:t>HLAVA L: Brno-Líšeň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522CCF52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45A82BF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5FAB857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19F01E30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1A5E8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A802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77DC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5E9A0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4824E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BBD53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0B53BDDE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C2E48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252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C6587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7491 Líšeň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3C173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Rašelinová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53279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22B5C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A573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20E37267" w14:textId="77777777">
        <w:tc>
          <w:tcPr>
            <w:tcW w:w="581" w:type="dxa"/>
            <w:shd w:val="clear" w:color="auto" w:fill="auto"/>
            <w:vAlign w:val="center"/>
          </w:tcPr>
          <w:p w14:paraId="26A7B77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B35B3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6188/2 Líšeň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63DF26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ZŠ Horníkova 1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89BDA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C3D6DC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BA981C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5A383841" w14:textId="77777777">
        <w:tc>
          <w:tcPr>
            <w:tcW w:w="581" w:type="dxa"/>
            <w:shd w:val="clear" w:color="auto" w:fill="auto"/>
            <w:vAlign w:val="center"/>
          </w:tcPr>
          <w:p w14:paraId="50A8901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DAD994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8146/1 Líšeň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7DF06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Masarova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21B5CC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EC3A58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2B1CDF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</w:tr>
      <w:tr w:rsidR="00000000" w14:paraId="239FE1C6" w14:textId="77777777">
        <w:tc>
          <w:tcPr>
            <w:tcW w:w="581" w:type="dxa"/>
            <w:shd w:val="clear" w:color="auto" w:fill="auto"/>
            <w:vAlign w:val="center"/>
          </w:tcPr>
          <w:p w14:paraId="39D2EB2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B952E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3077/1 Líšeň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5199F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Holzova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2FCAD4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291845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38FEDB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39085042" w14:textId="77777777">
        <w:tc>
          <w:tcPr>
            <w:tcW w:w="581" w:type="dxa"/>
            <w:shd w:val="clear" w:color="auto" w:fill="auto"/>
            <w:vAlign w:val="center"/>
          </w:tcPr>
          <w:p w14:paraId="47A51D4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46211E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7982/1 Líšeň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155993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Bednaříkova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BE3CC1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D18700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8EC42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F647E89" w14:textId="77777777">
        <w:tc>
          <w:tcPr>
            <w:tcW w:w="581" w:type="dxa"/>
            <w:shd w:val="clear" w:color="auto" w:fill="auto"/>
            <w:vAlign w:val="center"/>
          </w:tcPr>
          <w:p w14:paraId="0EFBB50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95C27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5037/45 Líšeň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F60892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Jírova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57AD5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45FF63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07479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6353AF99" w14:textId="77777777">
        <w:tc>
          <w:tcPr>
            <w:tcW w:w="581" w:type="dxa"/>
            <w:shd w:val="clear" w:color="auto" w:fill="auto"/>
            <w:vAlign w:val="center"/>
          </w:tcPr>
          <w:p w14:paraId="1D56F90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C9B794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6648 Líšeň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388C6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Rašelinová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13481B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66238A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12353D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</w:tbl>
    <w:p w14:paraId="1C847AA5" w14:textId="77777777" w:rsidR="00344131" w:rsidRPr="00344131" w:rsidRDefault="00344131" w:rsidP="00344131">
      <w:pPr>
        <w:rPr>
          <w:rFonts w:ascii="Arial" w:hAnsi="Arial" w:cs="Arial"/>
        </w:rPr>
      </w:pPr>
    </w:p>
    <w:p w14:paraId="2161BB4C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M: Brno – Maloměřice a Obřany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6E6D5589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3D5B24A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6C9A16E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590919D0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775CD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313F2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0AB0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BE596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77A14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3D04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6BB845EA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303659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259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A1E2D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865/9 Maloměřice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889BF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Selská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D4133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F31A6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4986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2E42E7A0" w14:textId="77777777">
        <w:tc>
          <w:tcPr>
            <w:tcW w:w="581" w:type="dxa"/>
            <w:shd w:val="clear" w:color="auto" w:fill="auto"/>
            <w:vAlign w:val="center"/>
          </w:tcPr>
          <w:p w14:paraId="175F152D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5BC19D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211/1 Obřany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C392E2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Hlaváčova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8ACFD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7CE4C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561A6A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08BF251D" w14:textId="77777777">
        <w:tc>
          <w:tcPr>
            <w:tcW w:w="581" w:type="dxa"/>
            <w:shd w:val="clear" w:color="auto" w:fill="auto"/>
            <w:vAlign w:val="center"/>
          </w:tcPr>
          <w:p w14:paraId="57BCBD3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EB4BE6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1830/16 Maloměřice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6F8545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smyčky na ul. Babická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FC7B9E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C33FDA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197D47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19098C50" w14:textId="77777777">
        <w:tc>
          <w:tcPr>
            <w:tcW w:w="581" w:type="dxa"/>
            <w:shd w:val="clear" w:color="auto" w:fill="auto"/>
            <w:vAlign w:val="center"/>
          </w:tcPr>
          <w:p w14:paraId="27FF866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0D2FD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1235/1 Maloměřice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9579F9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před Knihovnou Jiřího Mahena v Brně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1912E0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99EBC4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9A990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50F237CF" w14:textId="77777777">
        <w:tc>
          <w:tcPr>
            <w:tcW w:w="581" w:type="dxa"/>
            <w:shd w:val="clear" w:color="auto" w:fill="auto"/>
            <w:vAlign w:val="center"/>
          </w:tcPr>
          <w:p w14:paraId="1E58974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7AF695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1023/1 Obřany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F67ED9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Fryčajova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112974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42DF2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D76C86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03401CEE" w14:textId="77777777">
        <w:tc>
          <w:tcPr>
            <w:tcW w:w="581" w:type="dxa"/>
            <w:shd w:val="clear" w:color="auto" w:fill="auto"/>
            <w:vAlign w:val="center"/>
          </w:tcPr>
          <w:p w14:paraId="7753EE4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9E8A0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1284 Maloměřice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C5DCF3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Sady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5E2E48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C667C7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2C2B90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DA28777" w14:textId="77777777" w:rsidR="00344131" w:rsidRPr="00344131" w:rsidRDefault="00344131" w:rsidP="00344131">
      <w:pPr>
        <w:rPr>
          <w:rFonts w:ascii="Arial" w:hAnsi="Arial" w:cs="Arial"/>
        </w:rPr>
      </w:pPr>
    </w:p>
    <w:p w14:paraId="6F33C91F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N: Brno-Medlánky</w:t>
      </w:r>
    </w:p>
    <w:tbl>
      <w:tblPr>
        <w:tblW w:w="9582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3A6FCDB6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30B7AE3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11A322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56ECBD16" w14:textId="77777777">
        <w:trPr>
          <w:tblHeader/>
        </w:trPr>
        <w:tc>
          <w:tcPr>
            <w:tcW w:w="5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39BF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2BB8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0120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FE83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D3C4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8D907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4D4BACDF" w14:textId="77777777">
        <w:tc>
          <w:tcPr>
            <w:tcW w:w="5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EDF3D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716B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765/2 Medlánky</w:t>
            </w:r>
          </w:p>
        </w:tc>
        <w:tc>
          <w:tcPr>
            <w:tcW w:w="36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FC92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Hudcova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354A2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B1B6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718B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4559C775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3CE09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4261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629/10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6B6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5334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D5B6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836C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7DB80010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5AD92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7A4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839/59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EDCA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Purkyňova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34EE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7C1B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FB82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50C5BB3E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74EA4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0A18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991/138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26BF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K Babě a ul. Nadační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604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0091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A832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3DE1C60F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D1815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1C05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987/1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B790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MŠ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E013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088D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FA53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9A4DA4B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80531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BF72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400/2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6530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Turistická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C6A5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979C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1BB2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3E9F2650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7725F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B7B8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618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FD6A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Podpěrova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A4C8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7006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6768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66155770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DA725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23F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408/47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2F9F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C523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A1D5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51A0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85101C3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8410C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44FA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439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FF7B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Kytnerova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FA0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7654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4579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1AFF3578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D81BC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6F8B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414/5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062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1DAD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63DA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491D8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FA79276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2EA24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D42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414/5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B365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10F3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14F6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FF28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7C56836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A90E9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5FE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414/14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2709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6FC4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8B69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26CD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0853A06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BDB1A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1351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414/14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F43A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2EDE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E86E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EB5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FEADCE7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FC97B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12A3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991/36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DFC4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Hrázka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3869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3EDFD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F040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4E630A4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991FC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26B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991/476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D50C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parkovišti při ul. Hrázka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1EB5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F4AC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518D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3893AF5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4E32F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C799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991/55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013E8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Nadační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9262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CA515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FF50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6DE063E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7A23F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281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80B2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991/396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1915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 Rybníku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1BF3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0E6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61C0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C8CF3B6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A2604C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282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5336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991/229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1D08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AC52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9726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6DD8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AC056C8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E5008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283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0FE4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413/16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6B1B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Ke Statku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BC85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180C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7388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14295A1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DF1ED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284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6DE9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413/106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5803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Ke Statku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3F35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BA0D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5DCC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22DBD7E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32032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285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0EC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670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EE8B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Ostružinová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2C16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3194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CEEB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E44DAEF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CB3F4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286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8441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670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9EF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Ostružinová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4D21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DD65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5853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7FD83A1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FED2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287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99B0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620/14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E302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AB16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540F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94D0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A775442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F68C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288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3FB2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620/106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6E50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E146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2078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81B9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07FA813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8511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289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C264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666/164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5C88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B1FE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510C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287C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B14BC2A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F9F2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290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A0C4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666/196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63A4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706C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B7DE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99B3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1CF0632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364A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291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9733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666/196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624A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8F76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90BD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C8AE2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E6C7398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D888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292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C61A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1532/19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A90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Podpěrova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7488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5B70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CA2B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7F5B605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B71E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293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6C682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1531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5835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Suzova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C067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0814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C8BA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BCF5F0B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4B47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294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9AEDA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BE5A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6042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AD0E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DA56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7613EF9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E282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295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71D1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83A25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6E8A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7FF6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1CBBE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51FCB4E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996D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296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BD14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771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2882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DC74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31F2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FD69C2B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72D8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297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A64B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798A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7168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8222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39F6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2C207EF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1D31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298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D1A4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5598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94E9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7CA1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FF3A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210A46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7284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299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0039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626E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0039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7ED6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CB32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715800C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4011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300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9904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139A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E970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5116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9942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B51FD43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E2B1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301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71BC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214D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52FC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6B2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3C32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63085E3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DF49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302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D2B6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839/101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80E5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Purkyňova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B620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D278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300B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2EDDBE8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D41E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2574E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991/274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3DC2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V Újezdech a ul. K Babě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18A2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DC6A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B796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971DD07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A2B8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572A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670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0C2D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Ostružinová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AC0F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8F34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901A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BD17728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9429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B732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414/1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DFED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Medláneckého rybníku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5FAC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3B15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71DD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523A112A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52B7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28B9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547/2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2F6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Matalova a Hudcova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91FA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F8D4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BA73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13B545D4" w14:textId="77777777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1569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3D2F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1532/16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248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Jabloňová a ul. Podpěrova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52A4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2DE3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5009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</w:tbl>
    <w:p w14:paraId="2C4491BC" w14:textId="77777777" w:rsidR="00344131" w:rsidRPr="00344131" w:rsidRDefault="00344131" w:rsidP="00344131">
      <w:pPr>
        <w:rPr>
          <w:rFonts w:ascii="Arial" w:hAnsi="Arial" w:cs="Arial"/>
        </w:rPr>
      </w:pPr>
    </w:p>
    <w:p w14:paraId="5D97AA38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O: Brno – Nový Lískovec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6F76CB27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1E6A06C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6492D15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67CF9D89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5C865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9B668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B9A44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E04A6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94237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22883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439083DC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DB7387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EBC4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2159/5 Nový Lískovec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EFA65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vstupu do obchodu Albert z ul. Petra Křivky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CD78C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9F38F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59514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</w:tr>
      <w:tr w:rsidR="00000000" w14:paraId="2D61A650" w14:textId="77777777">
        <w:tc>
          <w:tcPr>
            <w:tcW w:w="581" w:type="dxa"/>
            <w:shd w:val="clear" w:color="auto" w:fill="auto"/>
            <w:vAlign w:val="center"/>
          </w:tcPr>
          <w:p w14:paraId="1A1F720E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367427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301/35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B6E0F6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ZŠ Kamínky 5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85278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EE79CA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6718E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050299ED" w14:textId="77777777">
        <w:tc>
          <w:tcPr>
            <w:tcW w:w="581" w:type="dxa"/>
            <w:shd w:val="clear" w:color="auto" w:fill="auto"/>
            <w:vAlign w:val="center"/>
          </w:tcPr>
          <w:p w14:paraId="16361EC3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546CE3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1543/14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861263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Petra Křivky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203BB7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43C642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BDC144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7BD7657" w14:textId="77777777">
        <w:tc>
          <w:tcPr>
            <w:tcW w:w="581" w:type="dxa"/>
            <w:shd w:val="clear" w:color="auto" w:fill="auto"/>
            <w:vAlign w:val="center"/>
          </w:tcPr>
          <w:p w14:paraId="4FD7BA11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209F50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309884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FBEB06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181ABA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6A29F1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7944944" w14:textId="77777777">
        <w:tc>
          <w:tcPr>
            <w:tcW w:w="581" w:type="dxa"/>
            <w:shd w:val="clear" w:color="auto" w:fill="auto"/>
            <w:vAlign w:val="center"/>
          </w:tcPr>
          <w:p w14:paraId="6A71CAA9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A78942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2554/23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ED979E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8279B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28F953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95CC8E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6016479C" w14:textId="77777777">
        <w:tc>
          <w:tcPr>
            <w:tcW w:w="581" w:type="dxa"/>
            <w:shd w:val="clear" w:color="auto" w:fill="auto"/>
            <w:vAlign w:val="center"/>
          </w:tcPr>
          <w:p w14:paraId="3ECB9F81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4B2DDA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2825/1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CECFA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Koniklecová před trafostanicí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A5B5C8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DF89DD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5CC77A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F284A89" w14:textId="77777777">
        <w:tc>
          <w:tcPr>
            <w:tcW w:w="581" w:type="dxa"/>
            <w:shd w:val="clear" w:color="auto" w:fill="auto"/>
            <w:vAlign w:val="center"/>
          </w:tcPr>
          <w:p w14:paraId="51C609A2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56C5D2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2641/6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93E57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Koniklecová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7B7EA5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5A4C8F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BDA32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A43FE4D" w14:textId="77777777">
        <w:tc>
          <w:tcPr>
            <w:tcW w:w="581" w:type="dxa"/>
            <w:shd w:val="clear" w:color="auto" w:fill="auto"/>
            <w:vAlign w:val="center"/>
          </w:tcPr>
          <w:p w14:paraId="07C034ED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3BB22B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2641/6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D2EBBC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Koniklecová u stanoviště pro tříděný odpad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4E705F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DDD40A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C072C8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E9188C1" w14:textId="77777777">
        <w:tc>
          <w:tcPr>
            <w:tcW w:w="581" w:type="dxa"/>
            <w:shd w:val="clear" w:color="auto" w:fill="auto"/>
            <w:vAlign w:val="center"/>
          </w:tcPr>
          <w:p w14:paraId="2D7F9FD9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424137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2641/6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70A6DB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Koniklecová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62061B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350BD6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B80282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91E5B9F" w14:textId="77777777">
        <w:tc>
          <w:tcPr>
            <w:tcW w:w="581" w:type="dxa"/>
            <w:shd w:val="clear" w:color="auto" w:fill="auto"/>
            <w:vAlign w:val="center"/>
          </w:tcPr>
          <w:p w14:paraId="1038487B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A414D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2387/4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64832C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Kamínky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ACFA92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B98CF8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05E34D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562A8E8" w14:textId="77777777">
        <w:tc>
          <w:tcPr>
            <w:tcW w:w="581" w:type="dxa"/>
            <w:shd w:val="clear" w:color="auto" w:fill="auto"/>
            <w:vAlign w:val="center"/>
          </w:tcPr>
          <w:p w14:paraId="4CADC7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1BB9F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2336/2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5E33C7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Kamínky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994170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143061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34D3E7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1096100" w14:textId="77777777">
        <w:tc>
          <w:tcPr>
            <w:tcW w:w="581" w:type="dxa"/>
            <w:shd w:val="clear" w:color="auto" w:fill="auto"/>
            <w:vAlign w:val="center"/>
          </w:tcPr>
          <w:p w14:paraId="44F6BD4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8C7FC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2336/2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B40AE6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Kamínky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B7080D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60C5C0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33345C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691B24D" w14:textId="77777777">
        <w:tc>
          <w:tcPr>
            <w:tcW w:w="581" w:type="dxa"/>
            <w:shd w:val="clear" w:color="auto" w:fill="auto"/>
            <w:vAlign w:val="center"/>
          </w:tcPr>
          <w:p w14:paraId="3FDB183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33BDC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2336/2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A85210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Kamínky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05045E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295C81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2AF8A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639C120" w14:textId="77777777">
        <w:tc>
          <w:tcPr>
            <w:tcW w:w="581" w:type="dxa"/>
            <w:shd w:val="clear" w:color="auto" w:fill="auto"/>
            <w:vAlign w:val="center"/>
          </w:tcPr>
          <w:p w14:paraId="6E71FE1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62D116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2336/2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A01182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Kamínky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708361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10F9A0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E949C3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CE6BA66" w14:textId="77777777">
        <w:tc>
          <w:tcPr>
            <w:tcW w:w="581" w:type="dxa"/>
            <w:shd w:val="clear" w:color="auto" w:fill="auto"/>
            <w:vAlign w:val="center"/>
          </w:tcPr>
          <w:p w14:paraId="40B2A5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08872B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2336/2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DA4D7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Kamínky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7E861D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8FF0DC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BC0C23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94A32B1" w14:textId="77777777">
        <w:tc>
          <w:tcPr>
            <w:tcW w:w="581" w:type="dxa"/>
            <w:shd w:val="clear" w:color="auto" w:fill="auto"/>
            <w:vAlign w:val="center"/>
          </w:tcPr>
          <w:p w14:paraId="3A89CAC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334E12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98/3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EAF4D9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Úpatní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641912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C6B189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39BC10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E1D7535" w14:textId="77777777">
        <w:tc>
          <w:tcPr>
            <w:tcW w:w="581" w:type="dxa"/>
            <w:shd w:val="clear" w:color="auto" w:fill="auto"/>
            <w:vAlign w:val="center"/>
          </w:tcPr>
          <w:p w14:paraId="5E878CC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12FF43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7B9114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Zoubkova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1DA056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40E041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8BF4DE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CEF03C4" w14:textId="77777777">
        <w:tc>
          <w:tcPr>
            <w:tcW w:w="581" w:type="dxa"/>
            <w:shd w:val="clear" w:color="auto" w:fill="auto"/>
            <w:vAlign w:val="center"/>
          </w:tcPr>
          <w:p w14:paraId="0B2652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83C1B2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4EA003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Zoubkova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016B9B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2DF476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AC2C43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481E90C" w14:textId="77777777">
        <w:tc>
          <w:tcPr>
            <w:tcW w:w="581" w:type="dxa"/>
            <w:shd w:val="clear" w:color="auto" w:fill="auto"/>
            <w:vAlign w:val="center"/>
          </w:tcPr>
          <w:p w14:paraId="58706B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BD7985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8FBE87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Zoubkova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3130E1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D10DD9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B1234D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86D1BD0" w14:textId="77777777">
        <w:tc>
          <w:tcPr>
            <w:tcW w:w="581" w:type="dxa"/>
            <w:shd w:val="clear" w:color="auto" w:fill="auto"/>
            <w:vAlign w:val="center"/>
          </w:tcPr>
          <w:p w14:paraId="66D650D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6E74B8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2401/1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24844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Čtvrtě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9810AC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688510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698A13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EF649D2" w14:textId="77777777">
        <w:tc>
          <w:tcPr>
            <w:tcW w:w="581" w:type="dxa"/>
            <w:shd w:val="clear" w:color="auto" w:fill="auto"/>
            <w:vAlign w:val="center"/>
          </w:tcPr>
          <w:p w14:paraId="2CD0BED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F356A5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2356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F3D3C3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Čtvrtě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B3C9F3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FB4DD8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8A2F74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CC89E55" w14:textId="77777777">
        <w:tc>
          <w:tcPr>
            <w:tcW w:w="581" w:type="dxa"/>
            <w:shd w:val="clear" w:color="auto" w:fill="auto"/>
            <w:vAlign w:val="center"/>
          </w:tcPr>
          <w:p w14:paraId="397AD9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8E3BB6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415/1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39A2A0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křížení ul. Obecní a ul. Rybnická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C4C0C5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C813FD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57BE33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D4D0607" w14:textId="77777777">
        <w:tc>
          <w:tcPr>
            <w:tcW w:w="581" w:type="dxa"/>
            <w:shd w:val="clear" w:color="auto" w:fill="auto"/>
            <w:vAlign w:val="center"/>
          </w:tcPr>
          <w:p w14:paraId="276EE55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330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46118D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1681/9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C03C3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Petra Křivky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76E2BE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8982DC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121808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2E685B9" w14:textId="77777777">
        <w:tc>
          <w:tcPr>
            <w:tcW w:w="581" w:type="dxa"/>
            <w:shd w:val="clear" w:color="auto" w:fill="auto"/>
            <w:vAlign w:val="center"/>
          </w:tcPr>
          <w:p w14:paraId="2EECF07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331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D2E33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2676/22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F63C63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Oblá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B7206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962670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F177B6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0AF761" w14:textId="77777777">
        <w:tc>
          <w:tcPr>
            <w:tcW w:w="581" w:type="dxa"/>
            <w:shd w:val="clear" w:color="auto" w:fill="auto"/>
            <w:vAlign w:val="center"/>
          </w:tcPr>
          <w:p w14:paraId="50A4D97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332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F38244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2676/22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7D423B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Oblá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06AE33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F9CB1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9510A7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496D4ED" w14:textId="77777777">
        <w:tc>
          <w:tcPr>
            <w:tcW w:w="581" w:type="dxa"/>
            <w:shd w:val="clear" w:color="auto" w:fill="auto"/>
            <w:vAlign w:val="center"/>
          </w:tcPr>
          <w:p w14:paraId="50C12C0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333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DC25EE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2676/22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4BEDE3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Oblá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960B7B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E7463A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2201A1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77F8545" w14:textId="77777777">
        <w:tc>
          <w:tcPr>
            <w:tcW w:w="581" w:type="dxa"/>
            <w:shd w:val="clear" w:color="auto" w:fill="auto"/>
            <w:vAlign w:val="center"/>
          </w:tcPr>
          <w:p w14:paraId="597374B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334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D52858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2362/1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1DA349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Oblá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B211BF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03A9DA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3BF287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14ED5AB" w14:textId="77777777">
        <w:tc>
          <w:tcPr>
            <w:tcW w:w="581" w:type="dxa"/>
            <w:shd w:val="clear" w:color="auto" w:fill="auto"/>
            <w:vAlign w:val="center"/>
          </w:tcPr>
          <w:p w14:paraId="4228524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335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FE8453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1849/10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CB3C1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715C42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913A66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1E4604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F398E9" w14:textId="77777777">
        <w:tc>
          <w:tcPr>
            <w:tcW w:w="581" w:type="dxa"/>
            <w:shd w:val="clear" w:color="auto" w:fill="auto"/>
            <w:vAlign w:val="center"/>
          </w:tcPr>
          <w:p w14:paraId="6867D25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336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1FD4FE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DEF84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8BEAB3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5BC0BD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A1F184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79294CE" w14:textId="77777777">
        <w:tc>
          <w:tcPr>
            <w:tcW w:w="581" w:type="dxa"/>
            <w:shd w:val="clear" w:color="auto" w:fill="auto"/>
            <w:vAlign w:val="center"/>
          </w:tcPr>
          <w:p w14:paraId="2D3E0E2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337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0B2543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454F46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A31F9E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A4BDF0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BB771B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7622143" w14:textId="77777777">
        <w:tc>
          <w:tcPr>
            <w:tcW w:w="581" w:type="dxa"/>
            <w:shd w:val="clear" w:color="auto" w:fill="auto"/>
            <w:vAlign w:val="center"/>
          </w:tcPr>
          <w:p w14:paraId="7D63916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338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FCF06B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440BD7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2B27B1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42905F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4D76C4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81616CE" w14:textId="77777777">
        <w:tc>
          <w:tcPr>
            <w:tcW w:w="581" w:type="dxa"/>
            <w:shd w:val="clear" w:color="auto" w:fill="auto"/>
            <w:vAlign w:val="center"/>
          </w:tcPr>
          <w:p w14:paraId="5AA2BAD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339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FE5B5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A7487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39129B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2F8EA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242647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BF1C0E6" w14:textId="77777777">
        <w:tc>
          <w:tcPr>
            <w:tcW w:w="581" w:type="dxa"/>
            <w:shd w:val="clear" w:color="auto" w:fill="auto"/>
            <w:vAlign w:val="center"/>
          </w:tcPr>
          <w:p w14:paraId="6275BF4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A386DA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1D3452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10FFC4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D4ECC5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3032D6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D466346" w14:textId="77777777">
        <w:tc>
          <w:tcPr>
            <w:tcW w:w="581" w:type="dxa"/>
            <w:shd w:val="clear" w:color="auto" w:fill="auto"/>
            <w:vAlign w:val="center"/>
          </w:tcPr>
          <w:p w14:paraId="04823AC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314DA0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1FDF9B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760D46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8C0D90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953573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770AB85" w14:textId="77777777">
        <w:tc>
          <w:tcPr>
            <w:tcW w:w="581" w:type="dxa"/>
            <w:shd w:val="clear" w:color="auto" w:fill="auto"/>
            <w:vAlign w:val="center"/>
          </w:tcPr>
          <w:p w14:paraId="105B636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D011A5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E5C771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C516E0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AF6864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E8AA1D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8C30F34" w14:textId="77777777">
        <w:tc>
          <w:tcPr>
            <w:tcW w:w="581" w:type="dxa"/>
            <w:shd w:val="clear" w:color="auto" w:fill="auto"/>
            <w:vAlign w:val="center"/>
          </w:tcPr>
          <w:p w14:paraId="3871006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2296F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AABF86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26693B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43DA1B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B71688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E62283B" w14:textId="77777777">
        <w:tc>
          <w:tcPr>
            <w:tcW w:w="581" w:type="dxa"/>
            <w:shd w:val="clear" w:color="auto" w:fill="auto"/>
            <w:vAlign w:val="center"/>
          </w:tcPr>
          <w:p w14:paraId="1E2B1EC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748667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F8F1F6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0B53D6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400DFE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09B3C3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B2D626E" w14:textId="77777777">
        <w:tc>
          <w:tcPr>
            <w:tcW w:w="581" w:type="dxa"/>
            <w:shd w:val="clear" w:color="auto" w:fill="auto"/>
            <w:vAlign w:val="center"/>
          </w:tcPr>
          <w:p w14:paraId="06AE2AE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2B01CE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63/1 Nový Lískovec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952C7D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Raisova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7C8E30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0BAB4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59834C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725C8EA" w14:textId="77777777" w:rsidR="00344131" w:rsidRPr="00344131" w:rsidRDefault="00344131" w:rsidP="00344131">
      <w:pPr>
        <w:rPr>
          <w:rFonts w:ascii="Arial" w:hAnsi="Arial" w:cs="Arial"/>
        </w:rPr>
      </w:pPr>
    </w:p>
    <w:p w14:paraId="3F998044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P: Brno-Tuřany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11D3EFA1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7EDA809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1F83795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5A2DF43D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9CBD3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13DCF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11D95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CB82A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5FDBF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58AE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0CEB7081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FFB6F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346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1B877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554/1 Tuřany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28904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Tuřanské náměstí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331E6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212E6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FE03F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0CF68A46" w14:textId="77777777">
        <w:tc>
          <w:tcPr>
            <w:tcW w:w="581" w:type="dxa"/>
            <w:shd w:val="clear" w:color="auto" w:fill="auto"/>
            <w:vAlign w:val="center"/>
          </w:tcPr>
          <w:p w14:paraId="3F47C0C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EBC84A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2409 Holásky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13A41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U Potoka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2FC343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06BDF6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56709F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519FAF1C" w14:textId="77777777">
        <w:tc>
          <w:tcPr>
            <w:tcW w:w="581" w:type="dxa"/>
            <w:shd w:val="clear" w:color="auto" w:fill="auto"/>
            <w:vAlign w:val="center"/>
          </w:tcPr>
          <w:p w14:paraId="692359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C38D40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1385/1 Tuřany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B2BFAF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Hasičská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147ECC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F53BC0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A62212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CE1C91C" w14:textId="77777777">
        <w:tc>
          <w:tcPr>
            <w:tcW w:w="581" w:type="dxa"/>
            <w:shd w:val="clear" w:color="auto" w:fill="auto"/>
            <w:vAlign w:val="center"/>
          </w:tcPr>
          <w:p w14:paraId="760DB75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7403DB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552 Tuřany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68D0B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Dvorecká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C09606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EC529F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CE79F9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456DED0" w14:textId="77777777">
        <w:tc>
          <w:tcPr>
            <w:tcW w:w="581" w:type="dxa"/>
            <w:shd w:val="clear" w:color="auto" w:fill="auto"/>
            <w:vAlign w:val="center"/>
          </w:tcPr>
          <w:p w14:paraId="4CECF0A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8D8A9A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1833/2 Tuřany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AF06E7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před zdravotním střediskem Tuřany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4CA911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A2BF7B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3CC013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32BE0FC" w14:textId="77777777">
        <w:tc>
          <w:tcPr>
            <w:tcW w:w="581" w:type="dxa"/>
            <w:shd w:val="clear" w:color="auto" w:fill="auto"/>
            <w:vAlign w:val="center"/>
          </w:tcPr>
          <w:p w14:paraId="23AEB0E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FC436A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51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Dvorska</w:t>
            </w:r>
            <w:proofErr w:type="spellEnd"/>
          </w:p>
        </w:tc>
        <w:tc>
          <w:tcPr>
            <w:tcW w:w="3605" w:type="dxa"/>
            <w:shd w:val="clear" w:color="auto" w:fill="auto"/>
            <w:vAlign w:val="center"/>
          </w:tcPr>
          <w:p w14:paraId="25715DC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Zapletalova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926EB9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527D87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4A82F5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</w:tbl>
    <w:p w14:paraId="556303FB" w14:textId="77777777" w:rsidR="00344131" w:rsidRPr="00344131" w:rsidRDefault="00344131" w:rsidP="00344131">
      <w:pPr>
        <w:rPr>
          <w:rFonts w:ascii="Arial" w:hAnsi="Arial" w:cs="Arial"/>
        </w:rPr>
      </w:pPr>
    </w:p>
    <w:p w14:paraId="75E61860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Q: Brno-Vinohrady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47F22460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174209F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5B863D7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3B7D0AA1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6A5EA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BDF61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96F73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970CE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D64FE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C36EC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2C0FC616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0D898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352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6194A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8426 Židenice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907C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Mikulovská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FC467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29516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24990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5F26612B" w14:textId="77777777">
        <w:tc>
          <w:tcPr>
            <w:tcW w:w="581" w:type="dxa"/>
            <w:shd w:val="clear" w:color="auto" w:fill="auto"/>
            <w:vAlign w:val="center"/>
          </w:tcPr>
          <w:p w14:paraId="742F0F5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C6C2BC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8757 Židenice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CD98ED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Prušánecká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148FA5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7B88C6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DEE6F0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84EAE7D" w14:textId="77777777">
        <w:tc>
          <w:tcPr>
            <w:tcW w:w="581" w:type="dxa"/>
            <w:shd w:val="clear" w:color="auto" w:fill="auto"/>
            <w:vAlign w:val="center"/>
          </w:tcPr>
          <w:p w14:paraId="5E6A919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96098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8980 Židenice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9D146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Blatnická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C7E4EA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49BD40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922D4E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34057F43" w14:textId="77777777">
        <w:tc>
          <w:tcPr>
            <w:tcW w:w="581" w:type="dxa"/>
            <w:shd w:val="clear" w:color="auto" w:fill="auto"/>
            <w:vAlign w:val="center"/>
          </w:tcPr>
          <w:p w14:paraId="4D889B9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CC5FA2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7652/9 Židenice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21B4FA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před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ÚMČ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 xml:space="preserve"> Brno-Vinohrady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CCBF2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31EF4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1B4E6C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</w:tbl>
    <w:p w14:paraId="51EFFE90" w14:textId="77777777" w:rsidR="00344131" w:rsidRDefault="00344131" w:rsidP="00344131">
      <w:pPr>
        <w:rPr>
          <w:rFonts w:ascii="Arial" w:hAnsi="Arial" w:cs="Arial"/>
        </w:rPr>
      </w:pPr>
    </w:p>
    <w:p w14:paraId="6A189C24" w14:textId="77777777" w:rsidR="00DF08F9" w:rsidRDefault="00DF08F9" w:rsidP="00344131">
      <w:pPr>
        <w:rPr>
          <w:rFonts w:ascii="Arial" w:hAnsi="Arial" w:cs="Arial"/>
        </w:rPr>
      </w:pPr>
    </w:p>
    <w:p w14:paraId="076852A9" w14:textId="77777777" w:rsidR="00DF08F9" w:rsidRDefault="00DF08F9" w:rsidP="00344131">
      <w:pPr>
        <w:rPr>
          <w:rFonts w:ascii="Arial" w:hAnsi="Arial" w:cs="Arial"/>
        </w:rPr>
      </w:pPr>
    </w:p>
    <w:p w14:paraId="21350299" w14:textId="77777777" w:rsidR="00DF08F9" w:rsidRPr="00344131" w:rsidRDefault="00DF08F9" w:rsidP="00344131">
      <w:pPr>
        <w:rPr>
          <w:rFonts w:ascii="Arial" w:hAnsi="Arial" w:cs="Arial"/>
        </w:rPr>
      </w:pPr>
    </w:p>
    <w:p w14:paraId="7F05B040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lastRenderedPageBreak/>
        <w:t>HLAVA R: Brno-jih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999"/>
        <w:gridCol w:w="3552"/>
        <w:gridCol w:w="1602"/>
        <w:gridCol w:w="998"/>
        <w:gridCol w:w="859"/>
      </w:tblGrid>
      <w:tr w:rsidR="00000000" w14:paraId="6AB2AD8F" w14:textId="77777777">
        <w:trPr>
          <w:tblHeader/>
        </w:trPr>
        <w:tc>
          <w:tcPr>
            <w:tcW w:w="7725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1847949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0D1B485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4EFBBF0A" w14:textId="77777777">
        <w:trPr>
          <w:tblHeader/>
        </w:trPr>
        <w:tc>
          <w:tcPr>
            <w:tcW w:w="5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B9282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19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456A6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5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0EF6C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1D636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7BCBE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4B049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71B32545" w14:textId="77777777">
        <w:tc>
          <w:tcPr>
            <w:tcW w:w="5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DCC6A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356</w:t>
            </w:r>
          </w:p>
        </w:tc>
        <w:tc>
          <w:tcPr>
            <w:tcW w:w="19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BE2E0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1835/52 Komárov</w:t>
            </w:r>
          </w:p>
        </w:tc>
        <w:tc>
          <w:tcPr>
            <w:tcW w:w="35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F91E0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Tuháčkova</w:t>
            </w:r>
          </w:p>
        </w:tc>
        <w:tc>
          <w:tcPr>
            <w:tcW w:w="16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010D9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74268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F7423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248FBD70" w14:textId="77777777">
        <w:tc>
          <w:tcPr>
            <w:tcW w:w="572" w:type="dxa"/>
            <w:shd w:val="clear" w:color="auto" w:fill="auto"/>
            <w:vAlign w:val="center"/>
          </w:tcPr>
          <w:p w14:paraId="00A9AF3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357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08B4BC0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88/1 Komárov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189D747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Černovická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6B88DE9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CD1212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14:paraId="7DF113C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3AA8E49B" w14:textId="77777777">
        <w:tc>
          <w:tcPr>
            <w:tcW w:w="572" w:type="dxa"/>
            <w:shd w:val="clear" w:color="auto" w:fill="auto"/>
            <w:vAlign w:val="center"/>
          </w:tcPr>
          <w:p w14:paraId="396341F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358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2FE55C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2052/1 Horní Heršpice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0D1192D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Sokolova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763C134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9BC99A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14:paraId="5360910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6F409275" w14:textId="77777777">
        <w:tc>
          <w:tcPr>
            <w:tcW w:w="572" w:type="dxa"/>
            <w:shd w:val="clear" w:color="auto" w:fill="auto"/>
            <w:vAlign w:val="center"/>
          </w:tcPr>
          <w:p w14:paraId="7C56DC1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359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2B46004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1105/1 Horní Heršpice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3786486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Bednářova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3593E3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58E173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14:paraId="371D047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21858EB3" w14:textId="77777777">
        <w:tc>
          <w:tcPr>
            <w:tcW w:w="572" w:type="dxa"/>
            <w:shd w:val="clear" w:color="auto" w:fill="auto"/>
            <w:vAlign w:val="center"/>
          </w:tcPr>
          <w:p w14:paraId="1B3F74D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360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6C710F0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1545/6 Komárov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485A539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Svatopetrská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4C4680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7B7FAF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8243EA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57BE11A" w14:textId="77777777">
        <w:tc>
          <w:tcPr>
            <w:tcW w:w="572" w:type="dxa"/>
            <w:shd w:val="clear" w:color="auto" w:fill="auto"/>
            <w:vAlign w:val="center"/>
          </w:tcPr>
          <w:p w14:paraId="1BC03BA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361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38BE1C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991/2 Komárov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70613DA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U Vlečky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5D87E67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998" w:type="dxa"/>
            <w:shd w:val="clear" w:color="auto" w:fill="auto"/>
            <w:vAlign w:val="center"/>
          </w:tcPr>
          <w:p w14:paraId="41A174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69FFCD8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CBCE646" w14:textId="77777777">
        <w:tc>
          <w:tcPr>
            <w:tcW w:w="572" w:type="dxa"/>
            <w:shd w:val="clear" w:color="auto" w:fill="auto"/>
            <w:vAlign w:val="center"/>
          </w:tcPr>
          <w:p w14:paraId="4C77530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18B7F5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182/1 Komárov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64501D6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Bratří Žůrků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7086114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998" w:type="dxa"/>
            <w:shd w:val="clear" w:color="auto" w:fill="auto"/>
            <w:vAlign w:val="center"/>
          </w:tcPr>
          <w:p w14:paraId="625298F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15C39F2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33CEA43" w14:textId="77777777">
        <w:tc>
          <w:tcPr>
            <w:tcW w:w="572" w:type="dxa"/>
            <w:shd w:val="clear" w:color="auto" w:fill="auto"/>
            <w:vAlign w:val="center"/>
          </w:tcPr>
          <w:p w14:paraId="45DAB5C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727BEBB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1663/2 Komárov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170F42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Schwaigrova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3F71FD7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998" w:type="dxa"/>
            <w:shd w:val="clear" w:color="auto" w:fill="auto"/>
            <w:vAlign w:val="center"/>
          </w:tcPr>
          <w:p w14:paraId="1315BEF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444B991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A1A5ED0" w14:textId="77777777">
        <w:tc>
          <w:tcPr>
            <w:tcW w:w="572" w:type="dxa"/>
            <w:shd w:val="clear" w:color="auto" w:fill="auto"/>
            <w:vAlign w:val="center"/>
          </w:tcPr>
          <w:p w14:paraId="72F3DD2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364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107953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929 Přízřenice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19949A4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Zelná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74EED1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8F79BC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14:paraId="1E1F194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7324E226" w14:textId="77777777">
        <w:tc>
          <w:tcPr>
            <w:tcW w:w="572" w:type="dxa"/>
            <w:shd w:val="clear" w:color="auto" w:fill="auto"/>
            <w:vAlign w:val="center"/>
          </w:tcPr>
          <w:p w14:paraId="50B422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365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298D702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667/1 Horní Heršpice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321361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 Nábřeží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2C88B37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359DD0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14:paraId="79815EF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4F85AFA1" w14:textId="77777777">
        <w:tc>
          <w:tcPr>
            <w:tcW w:w="572" w:type="dxa"/>
            <w:shd w:val="clear" w:color="auto" w:fill="auto"/>
            <w:vAlign w:val="center"/>
          </w:tcPr>
          <w:p w14:paraId="6904C3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366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76CB893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560/9 Komárov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795BECC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u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workoutového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 xml:space="preserve"> hřiště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56977A6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C40128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14:paraId="111436C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</w:tbl>
    <w:p w14:paraId="56AF96B1" w14:textId="77777777" w:rsidR="00344131" w:rsidRPr="00344131" w:rsidRDefault="00344131" w:rsidP="00344131">
      <w:pPr>
        <w:rPr>
          <w:rFonts w:ascii="Arial" w:hAnsi="Arial" w:cs="Arial"/>
        </w:rPr>
      </w:pPr>
    </w:p>
    <w:p w14:paraId="2934F106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S: Brno-sever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788CA579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6F0F3C2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3683C79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637047F6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B506F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D852A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E770E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E2925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15511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D5141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20ED8F66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859C81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367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D1EF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130/2 Lesná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DF191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D325C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5E399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D3082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256B80AE" w14:textId="77777777">
        <w:tc>
          <w:tcPr>
            <w:tcW w:w="581" w:type="dxa"/>
            <w:shd w:val="clear" w:color="auto" w:fill="auto"/>
            <w:vAlign w:val="center"/>
          </w:tcPr>
          <w:p w14:paraId="54A308DB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D979A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143/1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C09D5B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Ježkova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0580DC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D15EF7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D8FEC5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368C8F03" w14:textId="77777777">
        <w:tc>
          <w:tcPr>
            <w:tcW w:w="581" w:type="dxa"/>
            <w:shd w:val="clear" w:color="auto" w:fill="auto"/>
            <w:vAlign w:val="center"/>
          </w:tcPr>
          <w:p w14:paraId="2834655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D204A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457/3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ADF2A5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před ZŠ Janouškova 2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E68401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070AA0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D385E7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0E0082A8" w14:textId="77777777">
        <w:tc>
          <w:tcPr>
            <w:tcW w:w="581" w:type="dxa"/>
            <w:shd w:val="clear" w:color="auto" w:fill="auto"/>
            <w:vAlign w:val="center"/>
          </w:tcPr>
          <w:p w14:paraId="49573E2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2F7623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1043/4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780875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venkovní posilovny Soběšická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8D5E66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0F4112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E42A6A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63FCD564" w14:textId="77777777">
        <w:tc>
          <w:tcPr>
            <w:tcW w:w="581" w:type="dxa"/>
            <w:shd w:val="clear" w:color="auto" w:fill="auto"/>
            <w:vAlign w:val="center"/>
          </w:tcPr>
          <w:p w14:paraId="44A111D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2354DE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3189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1FA5BA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Černopolní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C99F8B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9E689E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C45272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15C924A9" w14:textId="77777777">
        <w:tc>
          <w:tcPr>
            <w:tcW w:w="581" w:type="dxa"/>
            <w:shd w:val="clear" w:color="auto" w:fill="auto"/>
            <w:vAlign w:val="center"/>
          </w:tcPr>
          <w:p w14:paraId="75935A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10AC0F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145/1 Soběšice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49AACD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Zeiberlichova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CE4678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1656AB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ABB7D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F262FF6" w14:textId="77777777">
        <w:tc>
          <w:tcPr>
            <w:tcW w:w="581" w:type="dxa"/>
            <w:shd w:val="clear" w:color="auto" w:fill="auto"/>
            <w:vAlign w:val="center"/>
          </w:tcPr>
          <w:p w14:paraId="6090267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5213AA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2656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6D3660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na rohu ul. Volejníkova a parku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Schreberovy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 xml:space="preserve"> zahrádky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6FD89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78C5DF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EFD1BF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27891043" w14:textId="77777777">
        <w:tc>
          <w:tcPr>
            <w:tcW w:w="581" w:type="dxa"/>
            <w:shd w:val="clear" w:color="auto" w:fill="auto"/>
            <w:vAlign w:val="center"/>
          </w:tcPr>
          <w:p w14:paraId="570AE5C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81DF55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1777/1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059A94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ABEE14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7D44EC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6DE41A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19ABBD30" w14:textId="77777777">
        <w:tc>
          <w:tcPr>
            <w:tcW w:w="581" w:type="dxa"/>
            <w:shd w:val="clear" w:color="auto" w:fill="auto"/>
            <w:vAlign w:val="center"/>
          </w:tcPr>
          <w:p w14:paraId="5041B27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367FD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76F778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za ZŠ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Gellnerka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1A487BD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9C390C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E9588B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5E198505" w14:textId="77777777">
        <w:tc>
          <w:tcPr>
            <w:tcW w:w="581" w:type="dxa"/>
            <w:shd w:val="clear" w:color="auto" w:fill="auto"/>
            <w:vAlign w:val="center"/>
          </w:tcPr>
          <w:p w14:paraId="6C859DF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D09400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202/33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6E9403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Halasovo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D50DC8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22A59B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DC01CB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72C2ECDD" w14:textId="77777777">
        <w:tc>
          <w:tcPr>
            <w:tcW w:w="581" w:type="dxa"/>
            <w:shd w:val="clear" w:color="auto" w:fill="auto"/>
            <w:vAlign w:val="center"/>
          </w:tcPr>
          <w:p w14:paraId="1410FF0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B14DD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2907/1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A83550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Zemědělská a ul. Lesnická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B62481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4752E1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E7612F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3336B4E" w14:textId="77777777">
        <w:tc>
          <w:tcPr>
            <w:tcW w:w="581" w:type="dxa"/>
            <w:shd w:val="clear" w:color="auto" w:fill="auto"/>
            <w:vAlign w:val="center"/>
          </w:tcPr>
          <w:p w14:paraId="3B05D7A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A2E841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58D8A0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1F5AA3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89051E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3A3EFC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CF20E2F" w14:textId="77777777">
        <w:tc>
          <w:tcPr>
            <w:tcW w:w="581" w:type="dxa"/>
            <w:shd w:val="clear" w:color="auto" w:fill="auto"/>
            <w:vAlign w:val="center"/>
          </w:tcPr>
          <w:p w14:paraId="76A8756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7AC3F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3131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61DC67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F5362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CF2D27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A81499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54A68C7" w14:textId="77777777">
        <w:tc>
          <w:tcPr>
            <w:tcW w:w="581" w:type="dxa"/>
            <w:shd w:val="clear" w:color="auto" w:fill="auto"/>
            <w:vAlign w:val="center"/>
          </w:tcPr>
          <w:p w14:paraId="6D170E7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892F2E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591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87E46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Sekaninova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F5596F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18D4AE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4809E6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481FE1B8" w14:textId="77777777">
        <w:tc>
          <w:tcPr>
            <w:tcW w:w="581" w:type="dxa"/>
            <w:shd w:val="clear" w:color="auto" w:fill="auto"/>
            <w:vAlign w:val="center"/>
          </w:tcPr>
          <w:p w14:paraId="22A2887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0590AF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315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06ED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Břenkova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BE2F73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32C97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0675B2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6BCB71E0" w14:textId="77777777">
        <w:tc>
          <w:tcPr>
            <w:tcW w:w="581" w:type="dxa"/>
            <w:shd w:val="clear" w:color="auto" w:fill="auto"/>
            <w:vAlign w:val="center"/>
          </w:tcPr>
          <w:p w14:paraId="0A233CD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4E2CF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3277/1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C315E4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Kunzova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CFAF7E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3061E0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CBAF81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A3D096F" w14:textId="77777777">
        <w:tc>
          <w:tcPr>
            <w:tcW w:w="581" w:type="dxa"/>
            <w:shd w:val="clear" w:color="auto" w:fill="auto"/>
            <w:vAlign w:val="center"/>
          </w:tcPr>
          <w:p w14:paraId="76DC861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5106FB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3279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9B10E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Helfertova a ul. Černopolní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1E4620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192A1C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1544DE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7206680" w14:textId="77777777">
        <w:tc>
          <w:tcPr>
            <w:tcW w:w="581" w:type="dxa"/>
            <w:shd w:val="clear" w:color="auto" w:fill="auto"/>
            <w:vAlign w:val="center"/>
          </w:tcPr>
          <w:p w14:paraId="029FA67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1C2E7F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3131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D49F7C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9B3603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17FE10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1E7728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273C3F3" w14:textId="77777777">
        <w:tc>
          <w:tcPr>
            <w:tcW w:w="581" w:type="dxa"/>
            <w:shd w:val="clear" w:color="auto" w:fill="auto"/>
            <w:vAlign w:val="center"/>
          </w:tcPr>
          <w:p w14:paraId="4109253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6E56F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3131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AF5FD8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A0C9E9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12D635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549FCC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D3F2299" w14:textId="77777777">
        <w:tc>
          <w:tcPr>
            <w:tcW w:w="581" w:type="dxa"/>
            <w:shd w:val="clear" w:color="auto" w:fill="auto"/>
            <w:vAlign w:val="center"/>
          </w:tcPr>
          <w:p w14:paraId="4E3110B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B5A91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3131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C8E7EA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9CA70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1BF93F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9CA3A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3E0A9FD" w14:textId="77777777">
        <w:tc>
          <w:tcPr>
            <w:tcW w:w="581" w:type="dxa"/>
            <w:shd w:val="clear" w:color="auto" w:fill="auto"/>
            <w:vAlign w:val="center"/>
          </w:tcPr>
          <w:p w14:paraId="0A1F14C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56C33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3131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0A9F2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988507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D82DE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09F21C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9B8867B" w14:textId="77777777">
        <w:tc>
          <w:tcPr>
            <w:tcW w:w="581" w:type="dxa"/>
            <w:shd w:val="clear" w:color="auto" w:fill="auto"/>
            <w:vAlign w:val="center"/>
          </w:tcPr>
          <w:p w14:paraId="7CE613C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19143A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2420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CDC7A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Slepá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1500E5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74217E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D9C215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FC6282A" w14:textId="77777777">
        <w:tc>
          <w:tcPr>
            <w:tcW w:w="581" w:type="dxa"/>
            <w:shd w:val="clear" w:color="auto" w:fill="auto"/>
            <w:vAlign w:val="center"/>
          </w:tcPr>
          <w:p w14:paraId="370C288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87A8E3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2405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0AFAEE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Ryšánkova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ED5873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0B23F9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13F986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A4E0041" w14:textId="77777777">
        <w:tc>
          <w:tcPr>
            <w:tcW w:w="581" w:type="dxa"/>
            <w:shd w:val="clear" w:color="auto" w:fill="auto"/>
            <w:vAlign w:val="center"/>
          </w:tcPr>
          <w:p w14:paraId="4FFFCC6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351F3B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2619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9FED0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Tomanova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F9D19D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8F5575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724D00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5B1956A" w14:textId="77777777">
        <w:tc>
          <w:tcPr>
            <w:tcW w:w="581" w:type="dxa"/>
            <w:shd w:val="clear" w:color="auto" w:fill="auto"/>
            <w:vAlign w:val="center"/>
          </w:tcPr>
          <w:p w14:paraId="6D6C715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443F0A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2619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D7390A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Tomanova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582399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FE8B36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D37EDF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9C66051" w14:textId="77777777">
        <w:tc>
          <w:tcPr>
            <w:tcW w:w="581" w:type="dxa"/>
            <w:shd w:val="clear" w:color="auto" w:fill="auto"/>
            <w:vAlign w:val="center"/>
          </w:tcPr>
          <w:p w14:paraId="38BDFE8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BDAD7D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2619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5980A0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Tomanova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4C6B41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5F7E3F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1F186A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BC082D" w14:textId="77777777">
        <w:tc>
          <w:tcPr>
            <w:tcW w:w="581" w:type="dxa"/>
            <w:shd w:val="clear" w:color="auto" w:fill="auto"/>
            <w:vAlign w:val="center"/>
          </w:tcPr>
          <w:p w14:paraId="4A6A0C7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16D39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3130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655F24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A3B779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666A1E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A5D3B6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8624786" w14:textId="77777777">
        <w:tc>
          <w:tcPr>
            <w:tcW w:w="581" w:type="dxa"/>
            <w:shd w:val="clear" w:color="auto" w:fill="auto"/>
            <w:vAlign w:val="center"/>
          </w:tcPr>
          <w:p w14:paraId="59927D9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3E7E7A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3130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2AE28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E50457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884D3F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AC4BBB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5A769EC" w14:textId="77777777">
        <w:tc>
          <w:tcPr>
            <w:tcW w:w="581" w:type="dxa"/>
            <w:shd w:val="clear" w:color="auto" w:fill="auto"/>
            <w:vAlign w:val="center"/>
          </w:tcPr>
          <w:p w14:paraId="6D5EDD0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B5277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2979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5C9576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Trávníky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82B8D2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9D2A62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13CD44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8321B9E" w14:textId="77777777">
        <w:tc>
          <w:tcPr>
            <w:tcW w:w="581" w:type="dxa"/>
            <w:shd w:val="clear" w:color="auto" w:fill="auto"/>
            <w:vAlign w:val="center"/>
          </w:tcPr>
          <w:p w14:paraId="6297784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7EED53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2979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076CED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Trávníky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8E9CD7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C7D4E3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E2F508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C002D98" w14:textId="77777777">
        <w:tc>
          <w:tcPr>
            <w:tcW w:w="581" w:type="dxa"/>
            <w:shd w:val="clear" w:color="auto" w:fill="auto"/>
            <w:vAlign w:val="center"/>
          </w:tcPr>
          <w:p w14:paraId="655A79E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B03764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2907/1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EDD2FB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67CB34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8F7B52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1ECFF0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1EB0D6E" w14:textId="77777777">
        <w:tc>
          <w:tcPr>
            <w:tcW w:w="581" w:type="dxa"/>
            <w:shd w:val="clear" w:color="auto" w:fill="auto"/>
            <w:vAlign w:val="center"/>
          </w:tcPr>
          <w:p w14:paraId="6DE204B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2DB10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2907/1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91EB21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9A452B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004F47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924555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36C6A4B" w14:textId="77777777">
        <w:tc>
          <w:tcPr>
            <w:tcW w:w="581" w:type="dxa"/>
            <w:shd w:val="clear" w:color="auto" w:fill="auto"/>
            <w:vAlign w:val="center"/>
          </w:tcPr>
          <w:p w14:paraId="316EDD3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528B5C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3189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5D1C83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Černopolní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BFABFA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D97ED3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8745EF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58648C2" w14:textId="77777777">
        <w:tc>
          <w:tcPr>
            <w:tcW w:w="581" w:type="dxa"/>
            <w:shd w:val="clear" w:color="auto" w:fill="auto"/>
            <w:vAlign w:val="center"/>
          </w:tcPr>
          <w:p w14:paraId="2136B86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B4D3CA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D1DC35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Přadlácká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9DAC7A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92B1C2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5E4CC8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D6A4A2C" w14:textId="77777777">
        <w:tc>
          <w:tcPr>
            <w:tcW w:w="581" w:type="dxa"/>
            <w:shd w:val="clear" w:color="auto" w:fill="auto"/>
            <w:vAlign w:val="center"/>
          </w:tcPr>
          <w:p w14:paraId="0BA1F06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E91570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8C52BD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Spolková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F2FD80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980821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20B0FD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D103F8D" w14:textId="77777777">
        <w:tc>
          <w:tcPr>
            <w:tcW w:w="581" w:type="dxa"/>
            <w:shd w:val="clear" w:color="auto" w:fill="auto"/>
            <w:vAlign w:val="center"/>
          </w:tcPr>
          <w:p w14:paraId="01AC48E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974EA3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375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549C08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Černopolní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96B101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B56476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7FD576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AA7E90F" w14:textId="77777777">
        <w:tc>
          <w:tcPr>
            <w:tcW w:w="581" w:type="dxa"/>
            <w:shd w:val="clear" w:color="auto" w:fill="auto"/>
            <w:vAlign w:val="center"/>
          </w:tcPr>
          <w:p w14:paraId="0362D26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12D71A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375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76E307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Černopolní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947324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B60D7A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D3E509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C0F7755" w14:textId="77777777">
        <w:tc>
          <w:tcPr>
            <w:tcW w:w="581" w:type="dxa"/>
            <w:shd w:val="clear" w:color="auto" w:fill="auto"/>
            <w:vAlign w:val="center"/>
          </w:tcPr>
          <w:p w14:paraId="76A4C3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9F3E53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1097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CAE5F4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Jana Svobody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889116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D6CD57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345E92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8DF7870" w14:textId="77777777">
        <w:tc>
          <w:tcPr>
            <w:tcW w:w="581" w:type="dxa"/>
            <w:shd w:val="clear" w:color="auto" w:fill="auto"/>
            <w:vAlign w:val="center"/>
          </w:tcPr>
          <w:p w14:paraId="1861C7C1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A3902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1068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82A0AE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Trávníčkova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FF0693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501A9E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BE059B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8FD1186" w14:textId="77777777">
        <w:tc>
          <w:tcPr>
            <w:tcW w:w="581" w:type="dxa"/>
            <w:shd w:val="clear" w:color="auto" w:fill="auto"/>
            <w:vAlign w:val="center"/>
          </w:tcPr>
          <w:p w14:paraId="501C0CF8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F2A6D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1097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9B1AE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Jana Svobody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07A5CF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14CE79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E5C60D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CDFD389" w14:textId="77777777">
        <w:tc>
          <w:tcPr>
            <w:tcW w:w="581" w:type="dxa"/>
            <w:shd w:val="clear" w:color="auto" w:fill="auto"/>
            <w:vAlign w:val="center"/>
          </w:tcPr>
          <w:p w14:paraId="3F95F23C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67AB63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583/2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CAE6F8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Husovická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AFA0DA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5E97CB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961ED7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BA92CDB" w14:textId="77777777">
        <w:tc>
          <w:tcPr>
            <w:tcW w:w="581" w:type="dxa"/>
            <w:shd w:val="clear" w:color="auto" w:fill="auto"/>
            <w:vAlign w:val="center"/>
          </w:tcPr>
          <w:p w14:paraId="71C2F86C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FC1364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24C232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DEC5A9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F5C362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F95AA0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044E563" w14:textId="77777777">
        <w:tc>
          <w:tcPr>
            <w:tcW w:w="581" w:type="dxa"/>
            <w:shd w:val="clear" w:color="auto" w:fill="auto"/>
            <w:vAlign w:val="center"/>
          </w:tcPr>
          <w:p w14:paraId="642AA4A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FA6A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BD4FC0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4D4991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B01E26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2570AC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EF6DA01" w14:textId="77777777">
        <w:tc>
          <w:tcPr>
            <w:tcW w:w="581" w:type="dxa"/>
            <w:shd w:val="clear" w:color="auto" w:fill="auto"/>
            <w:vAlign w:val="center"/>
          </w:tcPr>
          <w:p w14:paraId="6E20B4D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7C5BC6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7DA654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Lesnická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06B6FB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4A9982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93DB28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B54DA43" w14:textId="77777777">
        <w:tc>
          <w:tcPr>
            <w:tcW w:w="581" w:type="dxa"/>
            <w:shd w:val="clear" w:color="auto" w:fill="auto"/>
            <w:vAlign w:val="center"/>
          </w:tcPr>
          <w:p w14:paraId="6F16470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4AFE29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133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A95594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Antala Staška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E8FEEF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2D017B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42B472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E9CA7BF" w14:textId="77777777">
        <w:tc>
          <w:tcPr>
            <w:tcW w:w="581" w:type="dxa"/>
            <w:shd w:val="clear" w:color="auto" w:fill="auto"/>
            <w:vAlign w:val="center"/>
          </w:tcPr>
          <w:p w14:paraId="4146205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A54A2C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314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BF62E1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Břenkova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E54361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FAB566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B1FD0D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E41D985" w14:textId="77777777">
        <w:tc>
          <w:tcPr>
            <w:tcW w:w="581" w:type="dxa"/>
            <w:shd w:val="clear" w:color="auto" w:fill="auto"/>
            <w:vAlign w:val="center"/>
          </w:tcPr>
          <w:p w14:paraId="2ADC0E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7307BB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1777/1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A0783A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D53A6B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D309CA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CF7173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8D0C7DA" w14:textId="77777777">
        <w:tc>
          <w:tcPr>
            <w:tcW w:w="581" w:type="dxa"/>
            <w:shd w:val="clear" w:color="auto" w:fill="auto"/>
            <w:vAlign w:val="center"/>
          </w:tcPr>
          <w:p w14:paraId="5F427C8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4B1717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1777/1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65A8AD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A8D452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8A3BEE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CE0029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5A1B301" w14:textId="77777777">
        <w:tc>
          <w:tcPr>
            <w:tcW w:w="581" w:type="dxa"/>
            <w:shd w:val="clear" w:color="auto" w:fill="auto"/>
            <w:vAlign w:val="center"/>
          </w:tcPr>
          <w:p w14:paraId="2C8FE46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73A97C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1777/1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DDD0B3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4038AE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6F5996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70B3FF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0199816" w14:textId="77777777">
        <w:tc>
          <w:tcPr>
            <w:tcW w:w="581" w:type="dxa"/>
            <w:shd w:val="clear" w:color="auto" w:fill="auto"/>
            <w:vAlign w:val="center"/>
          </w:tcPr>
          <w:p w14:paraId="075D2A1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C25AB4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1777/1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C2959C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964FE1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275264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3495A4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9F22213" w14:textId="77777777">
        <w:tc>
          <w:tcPr>
            <w:tcW w:w="581" w:type="dxa"/>
            <w:shd w:val="clear" w:color="auto" w:fill="auto"/>
            <w:vAlign w:val="center"/>
          </w:tcPr>
          <w:p w14:paraId="40EC4E3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482A0F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6570D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8A74E9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57E9FD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5C6E2A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8B2E95C" w14:textId="77777777">
        <w:tc>
          <w:tcPr>
            <w:tcW w:w="581" w:type="dxa"/>
            <w:shd w:val="clear" w:color="auto" w:fill="auto"/>
            <w:vAlign w:val="center"/>
          </w:tcPr>
          <w:p w14:paraId="2911DA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CFC9D3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2281B3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7A853A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F9E560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857505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7CDEC88" w14:textId="77777777">
        <w:tc>
          <w:tcPr>
            <w:tcW w:w="581" w:type="dxa"/>
            <w:shd w:val="clear" w:color="auto" w:fill="auto"/>
            <w:vAlign w:val="center"/>
          </w:tcPr>
          <w:p w14:paraId="72AF45A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90F688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2282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F2A466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Těsnohlídkova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3DAE5A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FAA3A8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093F94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440E25" w14:textId="77777777">
        <w:tc>
          <w:tcPr>
            <w:tcW w:w="581" w:type="dxa"/>
            <w:shd w:val="clear" w:color="auto" w:fill="auto"/>
            <w:vAlign w:val="center"/>
          </w:tcPr>
          <w:p w14:paraId="41F806E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32DCDF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F446FB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F7E0B7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18B456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6F334F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2CF73CC" w14:textId="77777777">
        <w:tc>
          <w:tcPr>
            <w:tcW w:w="581" w:type="dxa"/>
            <w:shd w:val="clear" w:color="auto" w:fill="auto"/>
            <w:vAlign w:val="center"/>
          </w:tcPr>
          <w:p w14:paraId="5CDF8B8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6F90E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2322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BB842A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Helfertova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6E2E00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8B87B8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868AD5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6E59777" w14:textId="77777777">
        <w:tc>
          <w:tcPr>
            <w:tcW w:w="581" w:type="dxa"/>
            <w:shd w:val="clear" w:color="auto" w:fill="auto"/>
            <w:vAlign w:val="center"/>
          </w:tcPr>
          <w:p w14:paraId="3B9A16A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162D6D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7D899F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Jugoslávská a ul. Lesnická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B98A5B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A19AA9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5B2C96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7B8E8B0" w14:textId="77777777">
        <w:tc>
          <w:tcPr>
            <w:tcW w:w="581" w:type="dxa"/>
            <w:shd w:val="clear" w:color="auto" w:fill="auto"/>
            <w:vAlign w:val="center"/>
          </w:tcPr>
          <w:p w14:paraId="50F06D4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29DD7E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2233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C6F68F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Zdráhalova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91BB01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63F37B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248A39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37CDCB6" w14:textId="77777777">
        <w:tc>
          <w:tcPr>
            <w:tcW w:w="581" w:type="dxa"/>
            <w:shd w:val="clear" w:color="auto" w:fill="auto"/>
            <w:vAlign w:val="center"/>
          </w:tcPr>
          <w:p w14:paraId="0BC3AC6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CBA176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A1FB8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E05800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40CC3D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8C2C7E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B28AEBD" w14:textId="77777777">
        <w:tc>
          <w:tcPr>
            <w:tcW w:w="581" w:type="dxa"/>
            <w:shd w:val="clear" w:color="auto" w:fill="auto"/>
            <w:vAlign w:val="center"/>
          </w:tcPr>
          <w:p w14:paraId="282C177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E8E33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2906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64846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B381E9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2FB33B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9FAF22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CB87658" w14:textId="77777777">
        <w:tc>
          <w:tcPr>
            <w:tcW w:w="581" w:type="dxa"/>
            <w:shd w:val="clear" w:color="auto" w:fill="auto"/>
            <w:vAlign w:val="center"/>
          </w:tcPr>
          <w:p w14:paraId="22C46A1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425ED1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E062A5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Babičkova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D92CC9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3BF317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8D98B0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8596342" w14:textId="77777777">
        <w:tc>
          <w:tcPr>
            <w:tcW w:w="581" w:type="dxa"/>
            <w:shd w:val="clear" w:color="auto" w:fill="auto"/>
            <w:vAlign w:val="center"/>
          </w:tcPr>
          <w:p w14:paraId="2BA0FB2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9CF608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217/1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B6193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Svitavská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BF14EF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36EE4E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050019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4F7EDA9" w14:textId="77777777">
        <w:tc>
          <w:tcPr>
            <w:tcW w:w="581" w:type="dxa"/>
            <w:shd w:val="clear" w:color="auto" w:fill="auto"/>
            <w:vAlign w:val="center"/>
          </w:tcPr>
          <w:p w14:paraId="3841A25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8FC95E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475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D0FD63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Vranovská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399321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723E58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729ADA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8661AE8" w14:textId="77777777">
        <w:tc>
          <w:tcPr>
            <w:tcW w:w="581" w:type="dxa"/>
            <w:shd w:val="clear" w:color="auto" w:fill="auto"/>
            <w:vAlign w:val="center"/>
          </w:tcPr>
          <w:p w14:paraId="366527E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1B811D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217/1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D91784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Svitavská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0BF98A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150115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B5115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85BFBAF" w14:textId="77777777">
        <w:tc>
          <w:tcPr>
            <w:tcW w:w="581" w:type="dxa"/>
            <w:shd w:val="clear" w:color="auto" w:fill="auto"/>
            <w:vAlign w:val="center"/>
          </w:tcPr>
          <w:p w14:paraId="1022FEE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99924A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217/1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320F5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Svitavská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271B59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F4F724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5E048F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465F06D" w14:textId="77777777">
        <w:tc>
          <w:tcPr>
            <w:tcW w:w="581" w:type="dxa"/>
            <w:shd w:val="clear" w:color="auto" w:fill="auto"/>
            <w:vAlign w:val="center"/>
          </w:tcPr>
          <w:p w14:paraId="1BD314C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BD11C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216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500CA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Vranovská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A038C2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525D59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77FFEF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BCC954C" w14:textId="77777777">
        <w:tc>
          <w:tcPr>
            <w:tcW w:w="581" w:type="dxa"/>
            <w:shd w:val="clear" w:color="auto" w:fill="auto"/>
            <w:vAlign w:val="center"/>
          </w:tcPr>
          <w:p w14:paraId="75C548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C6D25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217/1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24787E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Svitavská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D35099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6BE0F6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46257B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046786D" w14:textId="77777777">
        <w:tc>
          <w:tcPr>
            <w:tcW w:w="581" w:type="dxa"/>
            <w:shd w:val="clear" w:color="auto" w:fill="auto"/>
            <w:vAlign w:val="center"/>
          </w:tcPr>
          <w:p w14:paraId="328861D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51D8DA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380/1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9CF393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Vranovská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D404F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9CF8B3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A1B9C4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8CF128E" w14:textId="77777777">
        <w:tc>
          <w:tcPr>
            <w:tcW w:w="581" w:type="dxa"/>
            <w:shd w:val="clear" w:color="auto" w:fill="auto"/>
            <w:vAlign w:val="center"/>
          </w:tcPr>
          <w:p w14:paraId="6A86CF6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0CE97A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09CAC3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náměstí Republiky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587D64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7345E4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108BC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07F154F" w14:textId="77777777">
        <w:tc>
          <w:tcPr>
            <w:tcW w:w="581" w:type="dxa"/>
            <w:shd w:val="clear" w:color="auto" w:fill="auto"/>
            <w:vAlign w:val="center"/>
          </w:tcPr>
          <w:p w14:paraId="6B07B3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17EB8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1619/1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5714A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náměstí Republiky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64F525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C17CD5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82C8F3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04B2F9B" w14:textId="77777777">
        <w:tc>
          <w:tcPr>
            <w:tcW w:w="581" w:type="dxa"/>
            <w:shd w:val="clear" w:color="auto" w:fill="auto"/>
            <w:vAlign w:val="center"/>
          </w:tcPr>
          <w:p w14:paraId="666159DA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FC0FE7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958/1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9EE5E1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Gargulákova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89C69C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393C8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778CC8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9B63578" w14:textId="77777777">
        <w:tc>
          <w:tcPr>
            <w:tcW w:w="581" w:type="dxa"/>
            <w:shd w:val="clear" w:color="auto" w:fill="auto"/>
            <w:vAlign w:val="center"/>
          </w:tcPr>
          <w:p w14:paraId="0F6E4220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3EB7FF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2122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C9A203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Těsnohlídkova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FD2E23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83DBBC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35908E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CC6AF52" w14:textId="77777777">
        <w:tc>
          <w:tcPr>
            <w:tcW w:w="581" w:type="dxa"/>
            <w:shd w:val="clear" w:color="auto" w:fill="auto"/>
            <w:vAlign w:val="center"/>
          </w:tcPr>
          <w:p w14:paraId="4E2E09FE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742477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1590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4BC732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C9B621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00FA11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2A2DB6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AFA14A8" w14:textId="77777777">
        <w:tc>
          <w:tcPr>
            <w:tcW w:w="581" w:type="dxa"/>
            <w:shd w:val="clear" w:color="auto" w:fill="auto"/>
            <w:vAlign w:val="center"/>
          </w:tcPr>
          <w:p w14:paraId="3D408E2B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09AD5F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392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F10715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Bieblova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4D8675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D00C3D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1656C5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257AAD5" w14:textId="77777777">
        <w:tc>
          <w:tcPr>
            <w:tcW w:w="581" w:type="dxa"/>
            <w:shd w:val="clear" w:color="auto" w:fill="auto"/>
            <w:vAlign w:val="center"/>
          </w:tcPr>
          <w:p w14:paraId="26F73CB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440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5E0D7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392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DA9CBA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Bieblova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5F5B3A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DF9270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A5AA42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FF8A949" w14:textId="77777777">
        <w:tc>
          <w:tcPr>
            <w:tcW w:w="581" w:type="dxa"/>
            <w:shd w:val="clear" w:color="auto" w:fill="auto"/>
            <w:vAlign w:val="center"/>
          </w:tcPr>
          <w:p w14:paraId="1841783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441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2AE5AE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392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5E155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Bieblova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0A1F72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092F9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7EFE9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7BC154F" w14:textId="77777777">
        <w:tc>
          <w:tcPr>
            <w:tcW w:w="581" w:type="dxa"/>
            <w:shd w:val="clear" w:color="auto" w:fill="auto"/>
            <w:vAlign w:val="center"/>
          </w:tcPr>
          <w:p w14:paraId="0183409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442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351DBF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392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67056E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Bieblova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EC33F9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36B474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5995E1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841C203" w14:textId="77777777">
        <w:tc>
          <w:tcPr>
            <w:tcW w:w="581" w:type="dxa"/>
            <w:shd w:val="clear" w:color="auto" w:fill="auto"/>
            <w:vAlign w:val="center"/>
          </w:tcPr>
          <w:p w14:paraId="058A804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443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D689C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1057/1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13C6FD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Mathonova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69C8BB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EA8ACD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FAB6C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7F32E42" w14:textId="77777777">
        <w:tc>
          <w:tcPr>
            <w:tcW w:w="581" w:type="dxa"/>
            <w:shd w:val="clear" w:color="auto" w:fill="auto"/>
            <w:vAlign w:val="center"/>
          </w:tcPr>
          <w:p w14:paraId="4DBCB3E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444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B4E4AF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1057/1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59F63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Mathonova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EB97AB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CA6C94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584851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0E53BB6" w14:textId="77777777">
        <w:tc>
          <w:tcPr>
            <w:tcW w:w="581" w:type="dxa"/>
            <w:shd w:val="clear" w:color="auto" w:fill="auto"/>
            <w:vAlign w:val="center"/>
          </w:tcPr>
          <w:p w14:paraId="17425E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445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82EAF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672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0DE62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Pospíšilova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A427CE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3BE2F2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2242D2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25DBF05" w14:textId="77777777">
        <w:tc>
          <w:tcPr>
            <w:tcW w:w="581" w:type="dxa"/>
            <w:shd w:val="clear" w:color="auto" w:fill="auto"/>
            <w:vAlign w:val="center"/>
          </w:tcPr>
          <w:p w14:paraId="1530895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446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211886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436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5A9A66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náměstí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SNP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0862EF2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67E960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14F182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7AA0B1F" w14:textId="77777777">
        <w:tc>
          <w:tcPr>
            <w:tcW w:w="581" w:type="dxa"/>
            <w:shd w:val="clear" w:color="auto" w:fill="auto"/>
            <w:vAlign w:val="center"/>
          </w:tcPr>
          <w:p w14:paraId="4176078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447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80B57F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436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639EEE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náměstí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SNP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478FD84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469285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3E21F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520BC1D" w14:textId="77777777">
        <w:tc>
          <w:tcPr>
            <w:tcW w:w="581" w:type="dxa"/>
            <w:shd w:val="clear" w:color="auto" w:fill="auto"/>
            <w:vAlign w:val="center"/>
          </w:tcPr>
          <w:p w14:paraId="617990E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448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FB908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417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879600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náměstí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SNP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7366EE4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ECFD09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5811C2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1E44C2D" w14:textId="77777777">
        <w:tc>
          <w:tcPr>
            <w:tcW w:w="581" w:type="dxa"/>
            <w:shd w:val="clear" w:color="auto" w:fill="auto"/>
            <w:vAlign w:val="center"/>
          </w:tcPr>
          <w:p w14:paraId="23DD58C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449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DA2FB7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433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96012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náměstí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SNP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45B66DC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29DA7C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53A8A9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6D4196E" w14:textId="77777777">
        <w:tc>
          <w:tcPr>
            <w:tcW w:w="581" w:type="dxa"/>
            <w:shd w:val="clear" w:color="auto" w:fill="auto"/>
            <w:vAlign w:val="center"/>
          </w:tcPr>
          <w:p w14:paraId="0E4B527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AA732D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433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B5712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náměstí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SNP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5669528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18FFAE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B99656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48B4114" w14:textId="77777777">
        <w:tc>
          <w:tcPr>
            <w:tcW w:w="581" w:type="dxa"/>
            <w:shd w:val="clear" w:color="auto" w:fill="auto"/>
            <w:vAlign w:val="center"/>
          </w:tcPr>
          <w:p w14:paraId="01E051D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5B0D73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454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C3D033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Janouškova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BB23D1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FDE4D7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E4F556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6EBEA20" w14:textId="77777777">
        <w:tc>
          <w:tcPr>
            <w:tcW w:w="581" w:type="dxa"/>
            <w:shd w:val="clear" w:color="auto" w:fill="auto"/>
            <w:vAlign w:val="center"/>
          </w:tcPr>
          <w:p w14:paraId="4D4C8A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C5B38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454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2A4A7E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Janouškova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1C9484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1E6374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7E2E80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11C6B1B" w14:textId="77777777">
        <w:tc>
          <w:tcPr>
            <w:tcW w:w="581" w:type="dxa"/>
            <w:shd w:val="clear" w:color="auto" w:fill="auto"/>
            <w:vAlign w:val="center"/>
          </w:tcPr>
          <w:p w14:paraId="73818D1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C0E7F6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453/2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33B4A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Janouškova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4B6F14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95399B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3E039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51B7285" w14:textId="77777777">
        <w:tc>
          <w:tcPr>
            <w:tcW w:w="581" w:type="dxa"/>
            <w:shd w:val="clear" w:color="auto" w:fill="auto"/>
            <w:vAlign w:val="center"/>
          </w:tcPr>
          <w:p w14:paraId="6A45CDF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2FA560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406/1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8C2AB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Bieblova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F3B05E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65D462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35A2A7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5339EC2" w14:textId="77777777">
        <w:tc>
          <w:tcPr>
            <w:tcW w:w="581" w:type="dxa"/>
            <w:shd w:val="clear" w:color="auto" w:fill="auto"/>
            <w:vAlign w:val="center"/>
          </w:tcPr>
          <w:p w14:paraId="59050BA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19C7CA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217/1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B67DA7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Svitavská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A356E2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ECFEDB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9DE6E1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06EFFCF" w14:textId="77777777">
        <w:tc>
          <w:tcPr>
            <w:tcW w:w="581" w:type="dxa"/>
            <w:shd w:val="clear" w:color="auto" w:fill="auto"/>
            <w:vAlign w:val="center"/>
          </w:tcPr>
          <w:p w14:paraId="085E704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A068B5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591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81D6FB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Sekaninova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C54704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E649D6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4F830A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6F767E3" w14:textId="77777777">
        <w:tc>
          <w:tcPr>
            <w:tcW w:w="581" w:type="dxa"/>
            <w:shd w:val="clear" w:color="auto" w:fill="auto"/>
            <w:vAlign w:val="center"/>
          </w:tcPr>
          <w:p w14:paraId="7D58882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86D40B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560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257F3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Mostecká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2F466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7AD7B1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5591E9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3F2E2A1" w14:textId="77777777">
        <w:tc>
          <w:tcPr>
            <w:tcW w:w="581" w:type="dxa"/>
            <w:shd w:val="clear" w:color="auto" w:fill="auto"/>
            <w:vAlign w:val="center"/>
          </w:tcPr>
          <w:p w14:paraId="1C5951E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9A8982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1035/2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3E1428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Vranovská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3C2A17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CB848D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4CE287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72C4BC0" w14:textId="77777777">
        <w:tc>
          <w:tcPr>
            <w:tcW w:w="581" w:type="dxa"/>
            <w:shd w:val="clear" w:color="auto" w:fill="auto"/>
            <w:vAlign w:val="center"/>
          </w:tcPr>
          <w:p w14:paraId="17ECF0F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7E4E93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1035/1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3D44A7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Vranovská a ul. Tišnovská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238619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8057CF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59884D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14DC658" w14:textId="77777777">
        <w:tc>
          <w:tcPr>
            <w:tcW w:w="581" w:type="dxa"/>
            <w:shd w:val="clear" w:color="auto" w:fill="auto"/>
            <w:vAlign w:val="center"/>
          </w:tcPr>
          <w:p w14:paraId="3962C7F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D9DFF9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1035/1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162E1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Vranovská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96FEF5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63CB78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259FD0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CAFA85C" w14:textId="77777777">
        <w:tc>
          <w:tcPr>
            <w:tcW w:w="581" w:type="dxa"/>
            <w:shd w:val="clear" w:color="auto" w:fill="auto"/>
            <w:vAlign w:val="center"/>
          </w:tcPr>
          <w:p w14:paraId="7FBF0A0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EF0127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1451/1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B0074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Kotěrova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B91CBC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343C04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933361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2F73058" w14:textId="77777777">
        <w:tc>
          <w:tcPr>
            <w:tcW w:w="581" w:type="dxa"/>
            <w:shd w:val="clear" w:color="auto" w:fill="auto"/>
            <w:vAlign w:val="center"/>
          </w:tcPr>
          <w:p w14:paraId="59DAC99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97526A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1451/1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E58013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Merhautova a ul. Kotěrova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132CE0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516CDD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6E38F2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0D59B4C" w14:textId="77777777">
        <w:tc>
          <w:tcPr>
            <w:tcW w:w="581" w:type="dxa"/>
            <w:shd w:val="clear" w:color="auto" w:fill="auto"/>
            <w:vAlign w:val="center"/>
          </w:tcPr>
          <w:p w14:paraId="500678C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3538DA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1451/1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76F38E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Kotěrova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0E7F1C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D34428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8E914F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D2845EB" w14:textId="77777777">
        <w:tc>
          <w:tcPr>
            <w:tcW w:w="581" w:type="dxa"/>
            <w:shd w:val="clear" w:color="auto" w:fill="auto"/>
            <w:vAlign w:val="center"/>
          </w:tcPr>
          <w:p w14:paraId="5DB3977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DC6767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417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1BA881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náměstí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SNP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7C03DFA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BA7E8D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39BDAD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3595F7C" w14:textId="77777777">
        <w:tc>
          <w:tcPr>
            <w:tcW w:w="581" w:type="dxa"/>
            <w:shd w:val="clear" w:color="auto" w:fill="auto"/>
            <w:vAlign w:val="center"/>
          </w:tcPr>
          <w:p w14:paraId="0D0F4F5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F62B5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1772/1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8DA295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Barvy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4701A9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BB9BB1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F4C760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892C646" w14:textId="77777777">
        <w:tc>
          <w:tcPr>
            <w:tcW w:w="581" w:type="dxa"/>
            <w:shd w:val="clear" w:color="auto" w:fill="auto"/>
            <w:vAlign w:val="center"/>
          </w:tcPr>
          <w:p w14:paraId="56B0E99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BFD517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1772/1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02C253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Barvy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89D868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E3EBC1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7C1958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28DFDC4" w14:textId="77777777">
        <w:tc>
          <w:tcPr>
            <w:tcW w:w="581" w:type="dxa"/>
            <w:shd w:val="clear" w:color="auto" w:fill="auto"/>
            <w:vAlign w:val="center"/>
          </w:tcPr>
          <w:p w14:paraId="51CD179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40DC8A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1772/1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FD68FB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Barvy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555624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7A76FF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D7E54F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B8B8F2B" w14:textId="77777777">
        <w:tc>
          <w:tcPr>
            <w:tcW w:w="581" w:type="dxa"/>
            <w:shd w:val="clear" w:color="auto" w:fill="auto"/>
            <w:vAlign w:val="center"/>
          </w:tcPr>
          <w:p w14:paraId="3C4D1C0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539DC0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1772/1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7BA4F4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Barvy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17F6DA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09F190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2900E9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6AD392C" w14:textId="77777777">
        <w:tc>
          <w:tcPr>
            <w:tcW w:w="581" w:type="dxa"/>
            <w:shd w:val="clear" w:color="auto" w:fill="auto"/>
            <w:vAlign w:val="center"/>
          </w:tcPr>
          <w:p w14:paraId="74002AD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577E86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1772/1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41C562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Barvy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E228EC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ECC5C5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0FFF6D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0F34378" w14:textId="77777777">
        <w:tc>
          <w:tcPr>
            <w:tcW w:w="581" w:type="dxa"/>
            <w:shd w:val="clear" w:color="auto" w:fill="auto"/>
            <w:vAlign w:val="center"/>
          </w:tcPr>
          <w:p w14:paraId="2E77272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C24BDC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1723/1 Husovice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892771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Nováčkova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5F016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69D437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A30E5F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56AF113F" w14:textId="77777777">
        <w:tc>
          <w:tcPr>
            <w:tcW w:w="581" w:type="dxa"/>
            <w:shd w:val="clear" w:color="auto" w:fill="auto"/>
            <w:vAlign w:val="center"/>
          </w:tcPr>
          <w:p w14:paraId="4F702D7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D8DAE3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2356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F602D7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Sýpka a ul. Merhautova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7BE349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6F5057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0E0447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404EA5E5" w14:textId="77777777">
        <w:tc>
          <w:tcPr>
            <w:tcW w:w="581" w:type="dxa"/>
            <w:shd w:val="clear" w:color="auto" w:fill="auto"/>
            <w:vAlign w:val="center"/>
          </w:tcPr>
          <w:p w14:paraId="1535887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1BFEF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B501D8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B89BF7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E827EE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4B8C3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40E3BC3" w14:textId="77777777">
        <w:tc>
          <w:tcPr>
            <w:tcW w:w="581" w:type="dxa"/>
            <w:shd w:val="clear" w:color="auto" w:fill="auto"/>
            <w:vAlign w:val="center"/>
          </w:tcPr>
          <w:p w14:paraId="243F178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376B85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205/9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C8AA5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Loosova u garážového domu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E043B9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36EEF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1D71A0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82E4BF0" w14:textId="77777777">
        <w:tc>
          <w:tcPr>
            <w:tcW w:w="581" w:type="dxa"/>
            <w:shd w:val="clear" w:color="auto" w:fill="auto"/>
            <w:vAlign w:val="center"/>
          </w:tcPr>
          <w:p w14:paraId="01176A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A6449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884/1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467D80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Loosova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ED8914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54A95A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95B21D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FD366E8" w14:textId="77777777">
        <w:tc>
          <w:tcPr>
            <w:tcW w:w="581" w:type="dxa"/>
            <w:shd w:val="clear" w:color="auto" w:fill="auto"/>
            <w:vAlign w:val="center"/>
          </w:tcPr>
          <w:p w14:paraId="6324026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77C85C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884/1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F24054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Loosova před bytovým domem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EAFEE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941F83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2DBA84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F0D0698" w14:textId="77777777">
        <w:tc>
          <w:tcPr>
            <w:tcW w:w="581" w:type="dxa"/>
            <w:shd w:val="clear" w:color="auto" w:fill="auto"/>
            <w:vAlign w:val="center"/>
          </w:tcPr>
          <w:p w14:paraId="6C1FDE8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DA97BE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884/1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A02F4B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mezi ul. Jurkovičova a ul. Loosova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E72888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AECE63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D4945F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335439B" w14:textId="77777777">
        <w:tc>
          <w:tcPr>
            <w:tcW w:w="581" w:type="dxa"/>
            <w:shd w:val="clear" w:color="auto" w:fill="auto"/>
            <w:vAlign w:val="center"/>
          </w:tcPr>
          <w:p w14:paraId="21C2B92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646E9E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899/1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9876A9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Jurkovičova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B1083A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398BB3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552593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F7FCED1" w14:textId="77777777">
        <w:tc>
          <w:tcPr>
            <w:tcW w:w="581" w:type="dxa"/>
            <w:shd w:val="clear" w:color="auto" w:fill="auto"/>
            <w:vAlign w:val="center"/>
          </w:tcPr>
          <w:p w14:paraId="0D6F8D1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B8487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236/1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65E1C2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Ibsenova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36BEF3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EC42CF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6FD53A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48DB086" w14:textId="77777777">
        <w:tc>
          <w:tcPr>
            <w:tcW w:w="581" w:type="dxa"/>
            <w:shd w:val="clear" w:color="auto" w:fill="auto"/>
            <w:vAlign w:val="center"/>
          </w:tcPr>
          <w:p w14:paraId="552DFFE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0BEB11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232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E9D4C8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Ibsenova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38C8F5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264937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77AFEC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71FBA67" w14:textId="77777777">
        <w:tc>
          <w:tcPr>
            <w:tcW w:w="581" w:type="dxa"/>
            <w:shd w:val="clear" w:color="auto" w:fill="auto"/>
            <w:vAlign w:val="center"/>
          </w:tcPr>
          <w:p w14:paraId="7ABA026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CFB483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F0D55B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západní roh parkoviště při ul. Ibsenova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D9F40F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18C805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623D14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277EC6" w14:textId="77777777">
        <w:tc>
          <w:tcPr>
            <w:tcW w:w="581" w:type="dxa"/>
            <w:shd w:val="clear" w:color="auto" w:fill="auto"/>
            <w:vAlign w:val="center"/>
          </w:tcPr>
          <w:p w14:paraId="073ED63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0AC0F6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3D6917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východní roh parkoviště při ul. Ibsenova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997F55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5ABB7A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B2385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ACC946" w14:textId="77777777">
        <w:tc>
          <w:tcPr>
            <w:tcW w:w="581" w:type="dxa"/>
            <w:shd w:val="clear" w:color="auto" w:fill="auto"/>
            <w:vAlign w:val="center"/>
          </w:tcPr>
          <w:p w14:paraId="15375BB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482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7C6DAB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2C0964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Ibsenova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15159A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8E89F3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F30515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1CDAD51" w14:textId="77777777">
        <w:tc>
          <w:tcPr>
            <w:tcW w:w="581" w:type="dxa"/>
            <w:shd w:val="clear" w:color="auto" w:fill="auto"/>
            <w:vAlign w:val="center"/>
          </w:tcPr>
          <w:p w14:paraId="0EB2606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C28AD9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239/1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F99B00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při ul. Milénova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6032C1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2BFAB6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E1F4CA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23A5D42" w14:textId="77777777">
        <w:tc>
          <w:tcPr>
            <w:tcW w:w="581" w:type="dxa"/>
            <w:shd w:val="clear" w:color="auto" w:fill="auto"/>
            <w:vAlign w:val="center"/>
          </w:tcPr>
          <w:p w14:paraId="5A7ECAC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D36F42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254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041B2F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Vaculíkova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37C9BE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E75E0C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B3C454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74A00A7" w14:textId="77777777">
        <w:tc>
          <w:tcPr>
            <w:tcW w:w="581" w:type="dxa"/>
            <w:shd w:val="clear" w:color="auto" w:fill="auto"/>
            <w:vAlign w:val="center"/>
          </w:tcPr>
          <w:p w14:paraId="141863C1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6B78E2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AD4362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Vaculíkova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A2DFF1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19FBA1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7B21E8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4803630" w14:textId="77777777">
        <w:tc>
          <w:tcPr>
            <w:tcW w:w="581" w:type="dxa"/>
            <w:shd w:val="clear" w:color="auto" w:fill="auto"/>
            <w:vAlign w:val="center"/>
          </w:tcPr>
          <w:p w14:paraId="0D07D7D2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0EF3B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255/3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4D9D1A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před hřištěm na ul. Fillova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34BD69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F755B9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446A04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4295D91" w14:textId="77777777">
        <w:tc>
          <w:tcPr>
            <w:tcW w:w="581" w:type="dxa"/>
            <w:shd w:val="clear" w:color="auto" w:fill="auto"/>
            <w:vAlign w:val="center"/>
          </w:tcPr>
          <w:p w14:paraId="65AB9A37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348147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300/1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F45BC9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Brožíkova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61093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2AC107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E01BFD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A991D24" w14:textId="77777777">
        <w:tc>
          <w:tcPr>
            <w:tcW w:w="581" w:type="dxa"/>
            <w:shd w:val="clear" w:color="auto" w:fill="auto"/>
            <w:vAlign w:val="center"/>
          </w:tcPr>
          <w:p w14:paraId="31F761F0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A74FAF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300/1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4CDD51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Slavíčkova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773AB2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B79664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B56C39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B48050A" w14:textId="77777777">
        <w:tc>
          <w:tcPr>
            <w:tcW w:w="581" w:type="dxa"/>
            <w:shd w:val="clear" w:color="auto" w:fill="auto"/>
            <w:vAlign w:val="center"/>
          </w:tcPr>
          <w:p w14:paraId="7EFFBFE5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471C1E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319/3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B27C12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mezi ul. Okružní a ul. Dřínová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F2A155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C8277F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440F6C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4CF916C" w14:textId="77777777">
        <w:tc>
          <w:tcPr>
            <w:tcW w:w="581" w:type="dxa"/>
            <w:shd w:val="clear" w:color="auto" w:fill="auto"/>
            <w:vAlign w:val="center"/>
          </w:tcPr>
          <w:p w14:paraId="34F614D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490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F897B0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325/1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840B07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Třískalova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4BF0D5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07088D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83E9B1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7C0686A" w14:textId="77777777">
        <w:tc>
          <w:tcPr>
            <w:tcW w:w="581" w:type="dxa"/>
            <w:shd w:val="clear" w:color="auto" w:fill="auto"/>
            <w:vAlign w:val="center"/>
          </w:tcPr>
          <w:p w14:paraId="0A0AC98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491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AE326F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197/1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75A145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mezi ul. Haškova a ul. Okružní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5CC16B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18F552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2C26C4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0EE96F2" w14:textId="77777777">
        <w:tc>
          <w:tcPr>
            <w:tcW w:w="581" w:type="dxa"/>
            <w:shd w:val="clear" w:color="auto" w:fill="auto"/>
            <w:vAlign w:val="center"/>
          </w:tcPr>
          <w:p w14:paraId="4B7259B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492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CE8859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197/1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F59CFF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při ul. Haškova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38C15F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033797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1C8018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EE241CA" w14:textId="77777777">
        <w:tc>
          <w:tcPr>
            <w:tcW w:w="581" w:type="dxa"/>
            <w:shd w:val="clear" w:color="auto" w:fill="auto"/>
            <w:vAlign w:val="center"/>
          </w:tcPr>
          <w:p w14:paraId="7C2176B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493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AD50CA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143/5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A53FE6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Haškova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3544A3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3AF85F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FB3C6E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58AE8F8" w14:textId="77777777">
        <w:tc>
          <w:tcPr>
            <w:tcW w:w="581" w:type="dxa"/>
            <w:shd w:val="clear" w:color="auto" w:fill="auto"/>
            <w:vAlign w:val="center"/>
          </w:tcPr>
          <w:p w14:paraId="5902D33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494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C6E20A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197/1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7E8671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před poštou ul. Haškova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9C69EF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3CD2E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7E4E3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9D71966" w14:textId="77777777">
        <w:tc>
          <w:tcPr>
            <w:tcW w:w="581" w:type="dxa"/>
            <w:shd w:val="clear" w:color="auto" w:fill="auto"/>
            <w:vAlign w:val="center"/>
          </w:tcPr>
          <w:p w14:paraId="1D18684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495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C647C1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143/2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5F8C56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před poštou ul. Haškova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3BA252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73166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D2F478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7D43FD9" w14:textId="77777777">
        <w:tc>
          <w:tcPr>
            <w:tcW w:w="581" w:type="dxa"/>
            <w:shd w:val="clear" w:color="auto" w:fill="auto"/>
            <w:vAlign w:val="center"/>
          </w:tcPr>
          <w:p w14:paraId="3BF6295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496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D9D76F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166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CE941E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při ul. Brechtova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B9173D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614BDF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4C7960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B9B2336" w14:textId="77777777">
        <w:tc>
          <w:tcPr>
            <w:tcW w:w="581" w:type="dxa"/>
            <w:shd w:val="clear" w:color="auto" w:fill="auto"/>
            <w:vAlign w:val="center"/>
          </w:tcPr>
          <w:p w14:paraId="04A23A7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497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EAA41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184/1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4A2636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při ul. Brechtova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4CCD07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0675CB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85BFA3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335579C" w14:textId="77777777">
        <w:tc>
          <w:tcPr>
            <w:tcW w:w="581" w:type="dxa"/>
            <w:shd w:val="clear" w:color="auto" w:fill="auto"/>
            <w:vAlign w:val="center"/>
          </w:tcPr>
          <w:p w14:paraId="09A2CBF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498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577E4F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166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39721C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při ul. Brechtova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7F7D7E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A21FE5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5268E7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9E55C21" w14:textId="77777777">
        <w:tc>
          <w:tcPr>
            <w:tcW w:w="581" w:type="dxa"/>
            <w:shd w:val="clear" w:color="auto" w:fill="auto"/>
            <w:vAlign w:val="center"/>
          </w:tcPr>
          <w:p w14:paraId="206EBB5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499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316A16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197/1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63A8B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Haškova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F15686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352B7D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7649CE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F70EBD" w14:textId="77777777">
        <w:tc>
          <w:tcPr>
            <w:tcW w:w="581" w:type="dxa"/>
            <w:shd w:val="clear" w:color="auto" w:fill="auto"/>
            <w:vAlign w:val="center"/>
          </w:tcPr>
          <w:p w14:paraId="1F0C5FF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8CB4C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184/1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A3D9B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Brechtova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88BDF6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9071C9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0DF6A1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FC6DA91" w14:textId="77777777">
        <w:tc>
          <w:tcPr>
            <w:tcW w:w="581" w:type="dxa"/>
            <w:shd w:val="clear" w:color="auto" w:fill="auto"/>
            <w:vAlign w:val="center"/>
          </w:tcPr>
          <w:p w14:paraId="31FD3CA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B0CC44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184/1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3D1FF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Brechtova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A53184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0D77A6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58022E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70DD701" w14:textId="77777777">
        <w:tc>
          <w:tcPr>
            <w:tcW w:w="581" w:type="dxa"/>
            <w:shd w:val="clear" w:color="auto" w:fill="auto"/>
            <w:vAlign w:val="center"/>
          </w:tcPr>
          <w:p w14:paraId="6ABBDBC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3EBE2E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184/1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B6C577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Brechtova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66435C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D6F694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625E6A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769898F" w14:textId="77777777">
        <w:tc>
          <w:tcPr>
            <w:tcW w:w="581" w:type="dxa"/>
            <w:shd w:val="clear" w:color="auto" w:fill="auto"/>
            <w:vAlign w:val="center"/>
          </w:tcPr>
          <w:p w14:paraId="38FE086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494EC0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179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02F7A2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Brechtova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86DC0B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587468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1A9BAA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2CC1E74" w14:textId="77777777">
        <w:tc>
          <w:tcPr>
            <w:tcW w:w="581" w:type="dxa"/>
            <w:shd w:val="clear" w:color="auto" w:fill="auto"/>
            <w:vAlign w:val="center"/>
          </w:tcPr>
          <w:p w14:paraId="46CEE91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AD230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130/2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C9FD58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ACF2B0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8B291F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596BC8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B6FD566" w14:textId="77777777">
        <w:tc>
          <w:tcPr>
            <w:tcW w:w="581" w:type="dxa"/>
            <w:shd w:val="clear" w:color="auto" w:fill="auto"/>
            <w:vAlign w:val="center"/>
          </w:tcPr>
          <w:p w14:paraId="3BB9089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48AF7B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130/2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24D510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B29C8C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D07D78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0E4251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5444EAB" w14:textId="77777777">
        <w:tc>
          <w:tcPr>
            <w:tcW w:w="581" w:type="dxa"/>
            <w:shd w:val="clear" w:color="auto" w:fill="auto"/>
            <w:vAlign w:val="center"/>
          </w:tcPr>
          <w:p w14:paraId="2C5A6F1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4639DD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CAA2F1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7DC9EB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5C13F1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19D940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9339B91" w14:textId="77777777">
        <w:tc>
          <w:tcPr>
            <w:tcW w:w="581" w:type="dxa"/>
            <w:shd w:val="clear" w:color="auto" w:fill="auto"/>
            <w:vAlign w:val="center"/>
          </w:tcPr>
          <w:p w14:paraId="088AE1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FC63A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133/1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787A75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A2B1B0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2B9C44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BAA8EC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1866003" w14:textId="77777777">
        <w:tc>
          <w:tcPr>
            <w:tcW w:w="581" w:type="dxa"/>
            <w:shd w:val="clear" w:color="auto" w:fill="auto"/>
            <w:vAlign w:val="center"/>
          </w:tcPr>
          <w:p w14:paraId="2BE3E3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09C10A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133/1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E36A3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12BCD2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86B29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222864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D489D9E" w14:textId="77777777">
        <w:tc>
          <w:tcPr>
            <w:tcW w:w="581" w:type="dxa"/>
            <w:shd w:val="clear" w:color="auto" w:fill="auto"/>
            <w:vAlign w:val="center"/>
          </w:tcPr>
          <w:p w14:paraId="1B1DFD2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884A1A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133/1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339E24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EAAFA9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05D28B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0EE9EA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35162C5" w14:textId="77777777">
        <w:tc>
          <w:tcPr>
            <w:tcW w:w="581" w:type="dxa"/>
            <w:shd w:val="clear" w:color="auto" w:fill="auto"/>
            <w:vAlign w:val="center"/>
          </w:tcPr>
          <w:p w14:paraId="75D39E6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708D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122/2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2ED032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99FCAF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23B06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D66FEF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938F917" w14:textId="77777777">
        <w:tc>
          <w:tcPr>
            <w:tcW w:w="581" w:type="dxa"/>
            <w:shd w:val="clear" w:color="auto" w:fill="auto"/>
            <w:vAlign w:val="center"/>
          </w:tcPr>
          <w:p w14:paraId="6446C2C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9AB5A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129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DC4B43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E436F1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C0A750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838E1B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86654E9" w14:textId="77777777">
        <w:tc>
          <w:tcPr>
            <w:tcW w:w="581" w:type="dxa"/>
            <w:shd w:val="clear" w:color="auto" w:fill="auto"/>
            <w:vAlign w:val="center"/>
          </w:tcPr>
          <w:p w14:paraId="69B88A4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79D6BA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D36F54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06C6CF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A9C7D0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075F5E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030F3D5" w14:textId="77777777">
        <w:tc>
          <w:tcPr>
            <w:tcW w:w="581" w:type="dxa"/>
            <w:shd w:val="clear" w:color="auto" w:fill="auto"/>
            <w:vAlign w:val="center"/>
          </w:tcPr>
          <w:p w14:paraId="38D453E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4A27B1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127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857E1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E7724D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BCD400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C1DD99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E1A21B0" w14:textId="77777777">
        <w:tc>
          <w:tcPr>
            <w:tcW w:w="581" w:type="dxa"/>
            <w:shd w:val="clear" w:color="auto" w:fill="auto"/>
            <w:vAlign w:val="center"/>
          </w:tcPr>
          <w:p w14:paraId="31070FE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6F96BA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127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9A4C17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09F92C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4CEC93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C0B070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D6470CA" w14:textId="77777777">
        <w:tc>
          <w:tcPr>
            <w:tcW w:w="581" w:type="dxa"/>
            <w:shd w:val="clear" w:color="auto" w:fill="auto"/>
            <w:vAlign w:val="center"/>
          </w:tcPr>
          <w:p w14:paraId="0B8B3DF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7D535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9742FA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953D90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0B9BB7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059502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7B27CED" w14:textId="77777777">
        <w:tc>
          <w:tcPr>
            <w:tcW w:w="581" w:type="dxa"/>
            <w:shd w:val="clear" w:color="auto" w:fill="auto"/>
            <w:vAlign w:val="center"/>
          </w:tcPr>
          <w:p w14:paraId="3147A49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481F8F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938F9D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9D58C5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075BA4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F77F30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B21146" w14:textId="77777777">
        <w:tc>
          <w:tcPr>
            <w:tcW w:w="581" w:type="dxa"/>
            <w:shd w:val="clear" w:color="auto" w:fill="auto"/>
            <w:vAlign w:val="center"/>
          </w:tcPr>
          <w:p w14:paraId="756F6AD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E626C4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0E1E12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garáží při ul. Arbesova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4874F7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60047D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3D10B7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64D5913" w14:textId="77777777">
        <w:tc>
          <w:tcPr>
            <w:tcW w:w="581" w:type="dxa"/>
            <w:shd w:val="clear" w:color="auto" w:fill="auto"/>
            <w:vAlign w:val="center"/>
          </w:tcPr>
          <w:p w14:paraId="5B4D8EF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9732A3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287E6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Šrámkova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68685F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1CD5B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E47748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501ECC9" w14:textId="77777777">
        <w:tc>
          <w:tcPr>
            <w:tcW w:w="581" w:type="dxa"/>
            <w:shd w:val="clear" w:color="auto" w:fill="auto"/>
            <w:vAlign w:val="center"/>
          </w:tcPr>
          <w:p w14:paraId="605EEA1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44688E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0FF1A5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Nezvalova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5A2C20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FF9ECB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1FA28F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4CB7016" w14:textId="77777777">
        <w:tc>
          <w:tcPr>
            <w:tcW w:w="581" w:type="dxa"/>
            <w:shd w:val="clear" w:color="auto" w:fill="auto"/>
            <w:vAlign w:val="center"/>
          </w:tcPr>
          <w:p w14:paraId="45E5B42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83E4E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960409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Nezvalova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C9AD21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A79E7F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C59AA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8F155A3" w14:textId="77777777">
        <w:tc>
          <w:tcPr>
            <w:tcW w:w="581" w:type="dxa"/>
            <w:shd w:val="clear" w:color="auto" w:fill="auto"/>
            <w:vAlign w:val="center"/>
          </w:tcPr>
          <w:p w14:paraId="5B97A6E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3EBC60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7183AD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při ul. Nezvalova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796AE4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AA81DD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E8E020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576F09D" w14:textId="77777777">
        <w:tc>
          <w:tcPr>
            <w:tcW w:w="581" w:type="dxa"/>
            <w:shd w:val="clear" w:color="auto" w:fill="auto"/>
            <w:vAlign w:val="center"/>
          </w:tcPr>
          <w:p w14:paraId="4D6F089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7A9291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53/1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F999BC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při ul. Nezvalova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2FA5EB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A104D2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E6C8D5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2AA88BE" w14:textId="77777777">
        <w:tc>
          <w:tcPr>
            <w:tcW w:w="581" w:type="dxa"/>
            <w:shd w:val="clear" w:color="auto" w:fill="auto"/>
            <w:vAlign w:val="center"/>
          </w:tcPr>
          <w:p w14:paraId="0EF97EB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480125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04C933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Heleny Malířové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4B83EE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B521E4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860550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FECC9F9" w14:textId="77777777">
        <w:tc>
          <w:tcPr>
            <w:tcW w:w="581" w:type="dxa"/>
            <w:shd w:val="clear" w:color="auto" w:fill="auto"/>
            <w:vAlign w:val="center"/>
          </w:tcPr>
          <w:p w14:paraId="734CB86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14AA63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 Lesná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7D7C71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Halasovo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BFD131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6D26ED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1F2EFF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399B451" w14:textId="77777777">
        <w:tc>
          <w:tcPr>
            <w:tcW w:w="581" w:type="dxa"/>
            <w:shd w:val="clear" w:color="auto" w:fill="auto"/>
            <w:vAlign w:val="center"/>
          </w:tcPr>
          <w:p w14:paraId="5A0D16D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333327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2907/1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E22F33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Zemědělská a ul. Durďákova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DD865F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1CD3D7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9BB5AD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15EDF92" w14:textId="77777777">
        <w:tc>
          <w:tcPr>
            <w:tcW w:w="581" w:type="dxa"/>
            <w:shd w:val="clear" w:color="auto" w:fill="auto"/>
            <w:vAlign w:val="center"/>
          </w:tcPr>
          <w:p w14:paraId="0AA74DB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F5D012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2907/1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E0129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Zemědělská a ul. Durďákova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DAD7D0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3A17FE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5B4BA6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27823C9" w14:textId="77777777">
        <w:tc>
          <w:tcPr>
            <w:tcW w:w="581" w:type="dxa"/>
            <w:shd w:val="clear" w:color="auto" w:fill="auto"/>
            <w:vAlign w:val="center"/>
          </w:tcPr>
          <w:p w14:paraId="5FB3D70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14E070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3130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9709AA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FEA670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E7ED6A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2FD822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D4FD4C0" w14:textId="77777777">
        <w:tc>
          <w:tcPr>
            <w:tcW w:w="581" w:type="dxa"/>
            <w:shd w:val="clear" w:color="auto" w:fill="auto"/>
            <w:vAlign w:val="center"/>
          </w:tcPr>
          <w:p w14:paraId="1601A047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76E777E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3230/1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3EB035A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Traubova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9EC60B9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C47688E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A82F72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AA1BE30" w14:textId="77777777" w:rsidR="00344131" w:rsidRPr="00344131" w:rsidRDefault="00344131" w:rsidP="00344131">
      <w:pPr>
        <w:rPr>
          <w:rFonts w:ascii="Arial" w:hAnsi="Arial" w:cs="Arial"/>
        </w:rPr>
      </w:pPr>
    </w:p>
    <w:p w14:paraId="0A0A1B9F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T: Brno-střed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3E8745F8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40D250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5F6B9D8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2E00C0CE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94139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C028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EAFD7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0BB8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B66A2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1425F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7911823D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F17D65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529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646E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769 Město Brno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EB14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8D5BA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00D91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94807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6D76086" w14:textId="77777777">
        <w:tc>
          <w:tcPr>
            <w:tcW w:w="581" w:type="dxa"/>
            <w:shd w:val="clear" w:color="auto" w:fill="auto"/>
            <w:vAlign w:val="center"/>
          </w:tcPr>
          <w:p w14:paraId="2FBE47A9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1CFEEA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1084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102F80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Pellicova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9F1CDF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C77DAD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D126C7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2ECF3A2C" w14:textId="77777777">
        <w:tc>
          <w:tcPr>
            <w:tcW w:w="581" w:type="dxa"/>
            <w:shd w:val="clear" w:color="auto" w:fill="auto"/>
            <w:vAlign w:val="center"/>
          </w:tcPr>
          <w:p w14:paraId="3F9EF27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FC957F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202/1 Pisárky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A414FA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Hlinky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69AF76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2128DA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CD1FC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A6E78CF" w14:textId="77777777">
        <w:tc>
          <w:tcPr>
            <w:tcW w:w="581" w:type="dxa"/>
            <w:shd w:val="clear" w:color="auto" w:fill="auto"/>
            <w:vAlign w:val="center"/>
          </w:tcPr>
          <w:p w14:paraId="5EF774C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647415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202/1 Pisárky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6A1B0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Hlinky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3FDADF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607B9C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16F6B2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1FA828E" w14:textId="77777777">
        <w:tc>
          <w:tcPr>
            <w:tcW w:w="581" w:type="dxa"/>
            <w:shd w:val="clear" w:color="auto" w:fill="auto"/>
            <w:vAlign w:val="center"/>
          </w:tcPr>
          <w:p w14:paraId="4B1D552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F5946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1327/39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EFC6F2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Soukenická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540C32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08B411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94C5F8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47752253" w14:textId="77777777">
        <w:tc>
          <w:tcPr>
            <w:tcW w:w="581" w:type="dxa"/>
            <w:shd w:val="clear" w:color="auto" w:fill="auto"/>
            <w:vAlign w:val="center"/>
          </w:tcPr>
          <w:p w14:paraId="326F75B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904290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FA6BDD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Moravské náměstí – východ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ACCF7D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44C785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4B1E39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38F7924" w14:textId="77777777">
        <w:tc>
          <w:tcPr>
            <w:tcW w:w="581" w:type="dxa"/>
            <w:shd w:val="clear" w:color="auto" w:fill="auto"/>
            <w:vAlign w:val="center"/>
          </w:tcPr>
          <w:p w14:paraId="73B2976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5672EA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27657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Moravské náměstí – severovýchod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113FD3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6E6E0D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24D1E4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4E0534A0" w14:textId="77777777">
        <w:tc>
          <w:tcPr>
            <w:tcW w:w="581" w:type="dxa"/>
            <w:shd w:val="clear" w:color="auto" w:fill="auto"/>
            <w:vAlign w:val="center"/>
          </w:tcPr>
          <w:p w14:paraId="32270A6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EC717B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1581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6E4A7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na rohu ul. Křídlovická a ul. Zahradnická 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D0C46D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B072C2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D34CF6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5631FA68" w14:textId="77777777">
        <w:tc>
          <w:tcPr>
            <w:tcW w:w="581" w:type="dxa"/>
            <w:shd w:val="clear" w:color="auto" w:fill="auto"/>
            <w:vAlign w:val="center"/>
          </w:tcPr>
          <w:p w14:paraId="38C0BD4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52A673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1395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6C6B70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Smetanova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06909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8AA9B8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41E370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220884C3" w14:textId="77777777">
        <w:tc>
          <w:tcPr>
            <w:tcW w:w="581" w:type="dxa"/>
            <w:shd w:val="clear" w:color="auto" w:fill="auto"/>
            <w:vAlign w:val="center"/>
          </w:tcPr>
          <w:p w14:paraId="5660531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860044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207/1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691D63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vjezdu do parkovacího domu RIVER PARK/naproti Úřadu práce České republiky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3D4BAF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314DF7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2CE5E6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</w:tr>
      <w:tr w:rsidR="00000000" w14:paraId="188C68A0" w14:textId="77777777">
        <w:tc>
          <w:tcPr>
            <w:tcW w:w="581" w:type="dxa"/>
            <w:shd w:val="clear" w:color="auto" w:fill="auto"/>
            <w:vAlign w:val="center"/>
          </w:tcPr>
          <w:p w14:paraId="3BDA038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5C6585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207/1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536E21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vchodu do parkovacího domu RIVER PARK z ulice Polní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58C247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C606F4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A98F21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</w:tr>
      <w:tr w:rsidR="00000000" w14:paraId="14ABF709" w14:textId="77777777">
        <w:tc>
          <w:tcPr>
            <w:tcW w:w="581" w:type="dxa"/>
            <w:shd w:val="clear" w:color="auto" w:fill="auto"/>
            <w:vAlign w:val="center"/>
          </w:tcPr>
          <w:p w14:paraId="5D9676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05864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930/1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A16330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Veveří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0B0DAE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BCB9D3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D5A84F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F1E5069" w14:textId="77777777">
        <w:tc>
          <w:tcPr>
            <w:tcW w:w="581" w:type="dxa"/>
            <w:shd w:val="clear" w:color="auto" w:fill="auto"/>
            <w:vAlign w:val="center"/>
          </w:tcPr>
          <w:p w14:paraId="2430DF2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1EC93B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685/2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BEB72B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Hvězdárny a planetária Brno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29D19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FEBCCD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41E07C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023700EA" w14:textId="77777777">
        <w:tc>
          <w:tcPr>
            <w:tcW w:w="581" w:type="dxa"/>
            <w:shd w:val="clear" w:color="auto" w:fill="auto"/>
            <w:vAlign w:val="center"/>
          </w:tcPr>
          <w:p w14:paraId="48FFBF8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663BA1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809/5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AE7F8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0332EA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692164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D6CCE6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55A0BA71" w14:textId="77777777">
        <w:tc>
          <w:tcPr>
            <w:tcW w:w="581" w:type="dxa"/>
            <w:shd w:val="clear" w:color="auto" w:fill="auto"/>
            <w:vAlign w:val="center"/>
          </w:tcPr>
          <w:p w14:paraId="132ACD2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C0E0B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945/1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1E4708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3BEC1D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81F2F3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F644B1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748D22BD" w14:textId="77777777">
        <w:tc>
          <w:tcPr>
            <w:tcW w:w="581" w:type="dxa"/>
            <w:shd w:val="clear" w:color="auto" w:fill="auto"/>
            <w:vAlign w:val="center"/>
          </w:tcPr>
          <w:p w14:paraId="121D772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F705DB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945/1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4C92EA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5103E8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B3A68F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AD911C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139D1909" w14:textId="77777777">
        <w:tc>
          <w:tcPr>
            <w:tcW w:w="581" w:type="dxa"/>
            <w:shd w:val="clear" w:color="auto" w:fill="auto"/>
            <w:vAlign w:val="center"/>
          </w:tcPr>
          <w:p w14:paraId="657AA64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D49776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783/1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676E8E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za českobratrským evangelickým chrámem Jana Amose Komenského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AD11BF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32AA1E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593011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1645DC76" w14:textId="77777777">
        <w:tc>
          <w:tcPr>
            <w:tcW w:w="581" w:type="dxa"/>
            <w:shd w:val="clear" w:color="auto" w:fill="auto"/>
            <w:vAlign w:val="center"/>
          </w:tcPr>
          <w:p w14:paraId="0CD62DA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FA2798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71BD3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8BEC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FFF784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6B704F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432C2592" w14:textId="77777777">
        <w:tc>
          <w:tcPr>
            <w:tcW w:w="581" w:type="dxa"/>
            <w:shd w:val="clear" w:color="auto" w:fill="auto"/>
            <w:vAlign w:val="center"/>
          </w:tcPr>
          <w:p w14:paraId="112749D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B48DF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808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5AF36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DCBB72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B3E326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C206E1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1E9B00E2" w14:textId="77777777">
        <w:tc>
          <w:tcPr>
            <w:tcW w:w="581" w:type="dxa"/>
            <w:shd w:val="clear" w:color="auto" w:fill="auto"/>
            <w:vAlign w:val="center"/>
          </w:tcPr>
          <w:p w14:paraId="0FAA3B3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0AF6DE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808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517E91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157188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5561F0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3F1642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5DBF1056" w14:textId="77777777">
        <w:tc>
          <w:tcPr>
            <w:tcW w:w="581" w:type="dxa"/>
            <w:shd w:val="clear" w:color="auto" w:fill="auto"/>
            <w:vAlign w:val="center"/>
          </w:tcPr>
          <w:p w14:paraId="3B7DAF1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FB3397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9B116F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9CC23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7762C0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B8523E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</w:tr>
      <w:tr w:rsidR="00000000" w14:paraId="6079EC4D" w14:textId="77777777">
        <w:tc>
          <w:tcPr>
            <w:tcW w:w="581" w:type="dxa"/>
            <w:shd w:val="clear" w:color="auto" w:fill="auto"/>
            <w:vAlign w:val="center"/>
          </w:tcPr>
          <w:p w14:paraId="05E28EA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550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F878D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497/9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E4F831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Husova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B63F94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55E9AA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9605A6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0C622D72" w14:textId="77777777">
        <w:tc>
          <w:tcPr>
            <w:tcW w:w="581" w:type="dxa"/>
            <w:shd w:val="clear" w:color="auto" w:fill="auto"/>
            <w:vAlign w:val="center"/>
          </w:tcPr>
          <w:p w14:paraId="406B249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551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96837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E37903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Gorkého a ul. Veveří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A367A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BCBCF2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4D5E29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1A887DF9" w14:textId="77777777">
        <w:tc>
          <w:tcPr>
            <w:tcW w:w="581" w:type="dxa"/>
            <w:shd w:val="clear" w:color="auto" w:fill="auto"/>
            <w:vAlign w:val="center"/>
          </w:tcPr>
          <w:p w14:paraId="2D76348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552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ACAB94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955/1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E337BA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81C078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65A30B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D0BD8C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14487806" w14:textId="77777777">
        <w:tc>
          <w:tcPr>
            <w:tcW w:w="581" w:type="dxa"/>
            <w:shd w:val="clear" w:color="auto" w:fill="auto"/>
            <w:vAlign w:val="center"/>
          </w:tcPr>
          <w:p w14:paraId="015582F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553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88DF87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162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98223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Jánská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0943B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1B5898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C69720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531157C4" w14:textId="77777777">
        <w:tc>
          <w:tcPr>
            <w:tcW w:w="581" w:type="dxa"/>
            <w:shd w:val="clear" w:color="auto" w:fill="auto"/>
            <w:vAlign w:val="center"/>
          </w:tcPr>
          <w:p w14:paraId="3B312CD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554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892D3F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509/3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3DB18C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Dominikánské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75266E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F42993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8FD938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5F168002" w14:textId="77777777">
        <w:tc>
          <w:tcPr>
            <w:tcW w:w="581" w:type="dxa"/>
            <w:shd w:val="clear" w:color="auto" w:fill="auto"/>
            <w:vAlign w:val="center"/>
          </w:tcPr>
          <w:p w14:paraId="5B60DD1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555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E0F4C0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5/2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BE4354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CDCE05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097A45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487F6D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2293B60C" w14:textId="77777777">
        <w:tc>
          <w:tcPr>
            <w:tcW w:w="581" w:type="dxa"/>
            <w:shd w:val="clear" w:color="auto" w:fill="auto"/>
            <w:vAlign w:val="center"/>
          </w:tcPr>
          <w:p w14:paraId="7D39B30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556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99504E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800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4E90B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Moravské náměstí – jihozápad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B6DC61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55495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BEB07B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5E6486DD" w14:textId="77777777">
        <w:tc>
          <w:tcPr>
            <w:tcW w:w="581" w:type="dxa"/>
            <w:shd w:val="clear" w:color="auto" w:fill="auto"/>
            <w:vAlign w:val="center"/>
          </w:tcPr>
          <w:p w14:paraId="17BBB78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557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77CE00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415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CAC586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ZŠ náměstí Míru 3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AC7F65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441D3F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C6DE12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3C10B23B" w14:textId="77777777">
        <w:tc>
          <w:tcPr>
            <w:tcW w:w="581" w:type="dxa"/>
            <w:shd w:val="clear" w:color="auto" w:fill="auto"/>
            <w:vAlign w:val="center"/>
          </w:tcPr>
          <w:p w14:paraId="5196AE5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558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CAC1D1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1E41BF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711F08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645596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D84006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4CF7374A" w14:textId="77777777">
        <w:tc>
          <w:tcPr>
            <w:tcW w:w="581" w:type="dxa"/>
            <w:shd w:val="clear" w:color="auto" w:fill="auto"/>
            <w:vAlign w:val="center"/>
          </w:tcPr>
          <w:p w14:paraId="6792657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559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64B4C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1C325F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Mozartova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6944F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2BF46E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F0FD1F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6C73419D" w14:textId="77777777">
        <w:tc>
          <w:tcPr>
            <w:tcW w:w="581" w:type="dxa"/>
            <w:shd w:val="clear" w:color="auto" w:fill="auto"/>
            <w:vAlign w:val="center"/>
          </w:tcPr>
          <w:p w14:paraId="4310F93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D3552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1428/1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1AEAA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Nové sady a ul. Křídlovická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4CDC2C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4B67E0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80D97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7630A0F0" w14:textId="77777777">
        <w:tc>
          <w:tcPr>
            <w:tcW w:w="581" w:type="dxa"/>
            <w:shd w:val="clear" w:color="auto" w:fill="auto"/>
            <w:vAlign w:val="center"/>
          </w:tcPr>
          <w:p w14:paraId="1CA9048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B20208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249/1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A8D120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Novobranská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0F9130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E5B926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A0CC00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30C06631" w14:textId="77777777">
        <w:tc>
          <w:tcPr>
            <w:tcW w:w="581" w:type="dxa"/>
            <w:shd w:val="clear" w:color="auto" w:fill="auto"/>
            <w:vAlign w:val="center"/>
          </w:tcPr>
          <w:p w14:paraId="429B1EC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3F9BC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EBB714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7F6A86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CA78D4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2E39B0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0330A7A2" w14:textId="77777777">
        <w:tc>
          <w:tcPr>
            <w:tcW w:w="581" w:type="dxa"/>
            <w:shd w:val="clear" w:color="auto" w:fill="auto"/>
            <w:vAlign w:val="center"/>
          </w:tcPr>
          <w:p w14:paraId="601D342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B677C0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198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C0E4F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Orlí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C07AAC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2F882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386532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465EE22C" w14:textId="77777777">
        <w:tc>
          <w:tcPr>
            <w:tcW w:w="581" w:type="dxa"/>
            <w:shd w:val="clear" w:color="auto" w:fill="auto"/>
            <w:vAlign w:val="center"/>
          </w:tcPr>
          <w:p w14:paraId="7C9BA89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AA0D37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397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6DEAA1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Zelný trh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730376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FCA5EB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1A01C0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3BE379A5" w14:textId="77777777">
        <w:tc>
          <w:tcPr>
            <w:tcW w:w="581" w:type="dxa"/>
            <w:shd w:val="clear" w:color="auto" w:fill="auto"/>
            <w:vAlign w:val="center"/>
          </w:tcPr>
          <w:p w14:paraId="4117985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13BF9B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359/15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4E8304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Nádražní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A9120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C9BD99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1F700B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0A39F476" w14:textId="77777777">
        <w:tc>
          <w:tcPr>
            <w:tcW w:w="581" w:type="dxa"/>
            <w:shd w:val="clear" w:color="auto" w:fill="auto"/>
            <w:vAlign w:val="center"/>
          </w:tcPr>
          <w:p w14:paraId="20BE90E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9C8A4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359/15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156461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Nádražní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5CBFD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C54DD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547B00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78B8A900" w14:textId="77777777">
        <w:tc>
          <w:tcPr>
            <w:tcW w:w="581" w:type="dxa"/>
            <w:shd w:val="clear" w:color="auto" w:fill="auto"/>
            <w:vAlign w:val="center"/>
          </w:tcPr>
          <w:p w14:paraId="6C64118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6007C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273/1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BB021C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Benešova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F0BA96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D6EA89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945757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0330E9D6" w14:textId="77777777">
        <w:tc>
          <w:tcPr>
            <w:tcW w:w="581" w:type="dxa"/>
            <w:shd w:val="clear" w:color="auto" w:fill="auto"/>
            <w:vAlign w:val="center"/>
          </w:tcPr>
          <w:p w14:paraId="5F38638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150107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708/101 Trnitá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7952CF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Dornych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0EB5B0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010A83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A12ED9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74F5D9DD" w14:textId="77777777">
        <w:tc>
          <w:tcPr>
            <w:tcW w:w="581" w:type="dxa"/>
            <w:shd w:val="clear" w:color="auto" w:fill="auto"/>
            <w:vAlign w:val="center"/>
          </w:tcPr>
          <w:p w14:paraId="06876A85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40E378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422/1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07409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Lerchova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E996B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ECA771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846F37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38471475" w14:textId="77777777">
        <w:tc>
          <w:tcPr>
            <w:tcW w:w="581" w:type="dxa"/>
            <w:shd w:val="clear" w:color="auto" w:fill="auto"/>
            <w:vAlign w:val="center"/>
          </w:tcPr>
          <w:p w14:paraId="16B3ECB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570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F8E1F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A66A8B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Mozartova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F63DCA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515FBB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7677D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22F15083" w14:textId="77777777">
        <w:tc>
          <w:tcPr>
            <w:tcW w:w="581" w:type="dxa"/>
            <w:shd w:val="clear" w:color="auto" w:fill="auto"/>
            <w:vAlign w:val="center"/>
          </w:tcPr>
          <w:p w14:paraId="19E8AEB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571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E84412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2C473B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Malinovského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598520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F8FBDD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873F0F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30BAAAF6" w14:textId="77777777">
        <w:tc>
          <w:tcPr>
            <w:tcW w:w="581" w:type="dxa"/>
            <w:shd w:val="clear" w:color="auto" w:fill="auto"/>
            <w:vAlign w:val="center"/>
          </w:tcPr>
          <w:p w14:paraId="1EAA7E5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572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DBCC3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548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D9BD96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Jakubská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EEF114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4762BE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480153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2185E183" w14:textId="77777777">
        <w:tc>
          <w:tcPr>
            <w:tcW w:w="581" w:type="dxa"/>
            <w:shd w:val="clear" w:color="auto" w:fill="auto"/>
            <w:vAlign w:val="center"/>
          </w:tcPr>
          <w:p w14:paraId="043D59E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573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0AE2DF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1523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526F23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Moravské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2260CE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8C8EDE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F5A980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35724DA4" w14:textId="77777777">
        <w:tc>
          <w:tcPr>
            <w:tcW w:w="581" w:type="dxa"/>
            <w:shd w:val="clear" w:color="auto" w:fill="auto"/>
            <w:vAlign w:val="center"/>
          </w:tcPr>
          <w:p w14:paraId="28292A3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574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E447E3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958/1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4AA7A0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Pekařská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B17BF3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90FCA6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DD452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5A9320EF" w14:textId="77777777">
        <w:tc>
          <w:tcPr>
            <w:tcW w:w="581" w:type="dxa"/>
            <w:shd w:val="clear" w:color="auto" w:fill="auto"/>
            <w:vAlign w:val="center"/>
          </w:tcPr>
          <w:p w14:paraId="7D19690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575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DF840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3871/2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3D8702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Drobného a ul. Schodová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152AAA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B69D4D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617CFF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59FD6BC" w14:textId="77777777">
        <w:tc>
          <w:tcPr>
            <w:tcW w:w="581" w:type="dxa"/>
            <w:shd w:val="clear" w:color="auto" w:fill="auto"/>
            <w:vAlign w:val="center"/>
          </w:tcPr>
          <w:p w14:paraId="59634C9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576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17EEA1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1522/1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CE66F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F50A63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404891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D0BB80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6DB208B1" w14:textId="77777777">
        <w:tc>
          <w:tcPr>
            <w:tcW w:w="581" w:type="dxa"/>
            <w:shd w:val="clear" w:color="auto" w:fill="auto"/>
            <w:vAlign w:val="center"/>
          </w:tcPr>
          <w:p w14:paraId="6FFDBD3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577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451D04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800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1B0559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Moravské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4CF557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0DD1F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A3D535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6359E871" w14:textId="77777777">
        <w:tc>
          <w:tcPr>
            <w:tcW w:w="581" w:type="dxa"/>
            <w:shd w:val="clear" w:color="auto" w:fill="auto"/>
            <w:vAlign w:val="center"/>
          </w:tcPr>
          <w:p w14:paraId="620451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578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AB63EA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3874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C8FB47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Pionýrská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00AFA7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03895A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5D123D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B2E2935" w14:textId="77777777">
        <w:tc>
          <w:tcPr>
            <w:tcW w:w="581" w:type="dxa"/>
            <w:shd w:val="clear" w:color="auto" w:fill="auto"/>
            <w:vAlign w:val="center"/>
          </w:tcPr>
          <w:p w14:paraId="0B372D5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579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ED41B5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3838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A2A52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Lužánecká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A5BD1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554850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681588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2D64EE2" w14:textId="77777777">
        <w:tc>
          <w:tcPr>
            <w:tcW w:w="581" w:type="dxa"/>
            <w:shd w:val="clear" w:color="auto" w:fill="auto"/>
            <w:vAlign w:val="center"/>
          </w:tcPr>
          <w:p w14:paraId="24EF9AE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715DEF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D1878A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Malinovského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ED9C2A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30EA4D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3D7A4B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4FB523C" w14:textId="77777777">
        <w:tc>
          <w:tcPr>
            <w:tcW w:w="581" w:type="dxa"/>
            <w:shd w:val="clear" w:color="auto" w:fill="auto"/>
            <w:vAlign w:val="center"/>
          </w:tcPr>
          <w:p w14:paraId="429CDE2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702BAB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581/1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EC285D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795E7F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CEFEA0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AF21AD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08AB7FF" w14:textId="77777777">
        <w:tc>
          <w:tcPr>
            <w:tcW w:w="581" w:type="dxa"/>
            <w:shd w:val="clear" w:color="auto" w:fill="auto"/>
            <w:vAlign w:val="center"/>
          </w:tcPr>
          <w:p w14:paraId="488EBC3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6D82DF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270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E68A40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Benešova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F69F3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EB981C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DB414B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2730C0FC" w14:textId="77777777">
        <w:tc>
          <w:tcPr>
            <w:tcW w:w="581" w:type="dxa"/>
            <w:shd w:val="clear" w:color="auto" w:fill="auto"/>
            <w:vAlign w:val="center"/>
          </w:tcPr>
          <w:p w14:paraId="54C1887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F9D9E2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380/1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CC9960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Žlutý kopec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C8DBCD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4939C8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DE938B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075D29A5" w14:textId="77777777">
        <w:tc>
          <w:tcPr>
            <w:tcW w:w="581" w:type="dxa"/>
            <w:shd w:val="clear" w:color="auto" w:fill="auto"/>
            <w:vAlign w:val="center"/>
          </w:tcPr>
          <w:p w14:paraId="14683F9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E5B641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3817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31C56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náměstí 28. října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120B5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EEF6C8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22382C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0BF27E9" w14:textId="77777777">
        <w:tc>
          <w:tcPr>
            <w:tcW w:w="581" w:type="dxa"/>
            <w:shd w:val="clear" w:color="auto" w:fill="auto"/>
            <w:vAlign w:val="center"/>
          </w:tcPr>
          <w:p w14:paraId="1C13638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EDD070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1428/4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6490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Křídlovická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D19DDE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463752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6936CB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A616614" w14:textId="77777777">
        <w:tc>
          <w:tcPr>
            <w:tcW w:w="581" w:type="dxa"/>
            <w:shd w:val="clear" w:color="auto" w:fill="auto"/>
            <w:vAlign w:val="center"/>
          </w:tcPr>
          <w:p w14:paraId="506AF7A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2AB8BA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385/1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A18375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Polní / Renneská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E0EEF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DF86A3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E10177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01F47969" w14:textId="77777777">
        <w:tc>
          <w:tcPr>
            <w:tcW w:w="581" w:type="dxa"/>
            <w:shd w:val="clear" w:color="auto" w:fill="auto"/>
            <w:vAlign w:val="center"/>
          </w:tcPr>
          <w:p w14:paraId="0596077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7A990A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216/1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F2080B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Františkánská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CF6989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B49986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1695BD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3C7AC5AF" w14:textId="77777777">
        <w:tc>
          <w:tcPr>
            <w:tcW w:w="581" w:type="dxa"/>
            <w:shd w:val="clear" w:color="auto" w:fill="auto"/>
            <w:vAlign w:val="center"/>
          </w:tcPr>
          <w:p w14:paraId="1AE256C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82731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566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29D81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Solniční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F8EED9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93CA68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6CE1EA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0E4FF222" w14:textId="77777777">
        <w:tc>
          <w:tcPr>
            <w:tcW w:w="581" w:type="dxa"/>
            <w:shd w:val="clear" w:color="auto" w:fill="auto"/>
            <w:vAlign w:val="center"/>
          </w:tcPr>
          <w:p w14:paraId="4CFE9C5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EBFD62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08739E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Rooseveltova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EC56B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6C4536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4BFD4B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D6389A3" w14:textId="77777777">
        <w:tc>
          <w:tcPr>
            <w:tcW w:w="581" w:type="dxa"/>
            <w:shd w:val="clear" w:color="auto" w:fill="auto"/>
            <w:vAlign w:val="center"/>
          </w:tcPr>
          <w:p w14:paraId="2C08B5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52E97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1522/1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78800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789C85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BD75E0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03F747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783B4434" w14:textId="77777777">
        <w:tc>
          <w:tcPr>
            <w:tcW w:w="581" w:type="dxa"/>
            <w:shd w:val="clear" w:color="auto" w:fill="auto"/>
            <w:vAlign w:val="center"/>
          </w:tcPr>
          <w:p w14:paraId="6EA429F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AEA334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1522/1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5BF240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0D71C6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76A7EC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B8F6C5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15E38953" w14:textId="77777777">
        <w:tc>
          <w:tcPr>
            <w:tcW w:w="581" w:type="dxa"/>
            <w:shd w:val="clear" w:color="auto" w:fill="auto"/>
            <w:vAlign w:val="center"/>
          </w:tcPr>
          <w:p w14:paraId="14B464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782FB3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6ED814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085F9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EB538D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95390B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4A6C5DEC" w14:textId="77777777">
        <w:tc>
          <w:tcPr>
            <w:tcW w:w="581" w:type="dxa"/>
            <w:shd w:val="clear" w:color="auto" w:fill="auto"/>
            <w:vAlign w:val="center"/>
          </w:tcPr>
          <w:p w14:paraId="5517DFE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FF6C92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99014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781373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3306A5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36C3CF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1CC8567F" w14:textId="77777777">
        <w:tc>
          <w:tcPr>
            <w:tcW w:w="581" w:type="dxa"/>
            <w:shd w:val="clear" w:color="auto" w:fill="auto"/>
            <w:vAlign w:val="center"/>
          </w:tcPr>
          <w:p w14:paraId="3A5C006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689195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49DB38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0FC76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04D1CD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958552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1A6E2EF3" w14:textId="77777777">
        <w:tc>
          <w:tcPr>
            <w:tcW w:w="581" w:type="dxa"/>
            <w:shd w:val="clear" w:color="auto" w:fill="auto"/>
            <w:vAlign w:val="center"/>
          </w:tcPr>
          <w:p w14:paraId="4CAB13F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A2AA0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0500BA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9DC0B0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9A064C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946566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32CAFDC0" w14:textId="77777777">
        <w:tc>
          <w:tcPr>
            <w:tcW w:w="581" w:type="dxa"/>
            <w:shd w:val="clear" w:color="auto" w:fill="auto"/>
            <w:vAlign w:val="center"/>
          </w:tcPr>
          <w:p w14:paraId="100BDF4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28210D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384/15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2CDFF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3D2659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990651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382FA5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7FA614B3" w14:textId="77777777">
        <w:tc>
          <w:tcPr>
            <w:tcW w:w="581" w:type="dxa"/>
            <w:shd w:val="clear" w:color="auto" w:fill="auto"/>
            <w:vAlign w:val="center"/>
          </w:tcPr>
          <w:p w14:paraId="30758B4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86D55E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384/15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5842A8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A5F25D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3BDC4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67DB56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2A2EEB31" w14:textId="77777777">
        <w:tc>
          <w:tcPr>
            <w:tcW w:w="581" w:type="dxa"/>
            <w:shd w:val="clear" w:color="auto" w:fill="auto"/>
            <w:vAlign w:val="center"/>
          </w:tcPr>
          <w:p w14:paraId="21750BC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251380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586/14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0DFCFA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52EAC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A9CEBD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10F7CA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2BD1A7B3" w14:textId="77777777">
        <w:tc>
          <w:tcPr>
            <w:tcW w:w="581" w:type="dxa"/>
            <w:shd w:val="clear" w:color="auto" w:fill="auto"/>
            <w:vAlign w:val="center"/>
          </w:tcPr>
          <w:p w14:paraId="6501715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3652B5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3874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B3B4B5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Pionýrská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CC63A0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BADB85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2860DF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A782687" w14:textId="77777777">
        <w:tc>
          <w:tcPr>
            <w:tcW w:w="581" w:type="dxa"/>
            <w:shd w:val="clear" w:color="auto" w:fill="auto"/>
            <w:vAlign w:val="center"/>
          </w:tcPr>
          <w:p w14:paraId="251B4D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365E41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6EB760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21BF5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5A7606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12B701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14804144" w14:textId="77777777">
        <w:tc>
          <w:tcPr>
            <w:tcW w:w="581" w:type="dxa"/>
            <w:shd w:val="clear" w:color="auto" w:fill="auto"/>
            <w:vAlign w:val="center"/>
          </w:tcPr>
          <w:p w14:paraId="4E6AF2C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7F02E5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42F3B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2FCA51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155B14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F7FCA4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44632AF5" w14:textId="77777777">
        <w:tc>
          <w:tcPr>
            <w:tcW w:w="581" w:type="dxa"/>
            <w:shd w:val="clear" w:color="auto" w:fill="auto"/>
            <w:vAlign w:val="center"/>
          </w:tcPr>
          <w:p w14:paraId="1754932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29E745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504/1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3E235C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834E22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D52FC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0980E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38064C0" w14:textId="77777777">
        <w:tc>
          <w:tcPr>
            <w:tcW w:w="581" w:type="dxa"/>
            <w:shd w:val="clear" w:color="auto" w:fill="auto"/>
            <w:vAlign w:val="center"/>
          </w:tcPr>
          <w:p w14:paraId="2B73D57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5D115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397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1370AA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Zelný trh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7A010E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2B5CAF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337ECB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2DB8D196" w14:textId="77777777">
        <w:tc>
          <w:tcPr>
            <w:tcW w:w="581" w:type="dxa"/>
            <w:shd w:val="clear" w:color="auto" w:fill="auto"/>
            <w:vAlign w:val="center"/>
          </w:tcPr>
          <w:p w14:paraId="6FA5C56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594093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397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B317CE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Zelný trh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92B86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BB8867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10AFDD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10C093C8" w14:textId="77777777">
        <w:tc>
          <w:tcPr>
            <w:tcW w:w="581" w:type="dxa"/>
            <w:shd w:val="clear" w:color="auto" w:fill="auto"/>
            <w:vAlign w:val="center"/>
          </w:tcPr>
          <w:p w14:paraId="264D2EF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A0FEB3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397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FC0426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Zelný trh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DC0289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E1BAB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1C3D4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752E6DA4" w14:textId="77777777">
        <w:tc>
          <w:tcPr>
            <w:tcW w:w="581" w:type="dxa"/>
            <w:shd w:val="clear" w:color="auto" w:fill="auto"/>
            <w:vAlign w:val="center"/>
          </w:tcPr>
          <w:p w14:paraId="46F226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AC10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800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DFA52E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Moravské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74B6E9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3DD73D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1B0C2D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57B08F5B" w14:textId="77777777">
        <w:tc>
          <w:tcPr>
            <w:tcW w:w="581" w:type="dxa"/>
            <w:shd w:val="clear" w:color="auto" w:fill="auto"/>
            <w:vAlign w:val="center"/>
          </w:tcPr>
          <w:p w14:paraId="113122B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50EAEA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1113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F4F68D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Lidická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4765CC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BD1C8C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A108AF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30BF71D2" w14:textId="77777777">
        <w:tc>
          <w:tcPr>
            <w:tcW w:w="581" w:type="dxa"/>
            <w:shd w:val="clear" w:color="auto" w:fill="auto"/>
            <w:vAlign w:val="center"/>
          </w:tcPr>
          <w:p w14:paraId="2B787D8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874C4B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2AA7E9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1C61FF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8C650A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B1005E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00043D8B" w14:textId="77777777">
        <w:tc>
          <w:tcPr>
            <w:tcW w:w="581" w:type="dxa"/>
            <w:shd w:val="clear" w:color="auto" w:fill="auto"/>
            <w:vAlign w:val="center"/>
          </w:tcPr>
          <w:p w14:paraId="3B7E455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637732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397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849506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Zelný trh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F9E199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F47B89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D80C4A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08672957" w14:textId="77777777">
        <w:tc>
          <w:tcPr>
            <w:tcW w:w="581" w:type="dxa"/>
            <w:shd w:val="clear" w:color="auto" w:fill="auto"/>
            <w:vAlign w:val="center"/>
          </w:tcPr>
          <w:p w14:paraId="3DB9A41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5D8A86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3C03E0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1191DA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B93CB4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FEAA92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786C5E26" w14:textId="77777777">
        <w:tc>
          <w:tcPr>
            <w:tcW w:w="581" w:type="dxa"/>
            <w:shd w:val="clear" w:color="auto" w:fill="auto"/>
            <w:vAlign w:val="center"/>
          </w:tcPr>
          <w:p w14:paraId="78A993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C910A4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437B8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EE736B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72C208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2E864B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6653D527" w14:textId="77777777">
        <w:tc>
          <w:tcPr>
            <w:tcW w:w="581" w:type="dxa"/>
            <w:shd w:val="clear" w:color="auto" w:fill="auto"/>
            <w:vAlign w:val="center"/>
          </w:tcPr>
          <w:p w14:paraId="7064D54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7581B2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128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A159C5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Kobližná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A1B061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9C5E72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84125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6220A57" w14:textId="77777777">
        <w:tc>
          <w:tcPr>
            <w:tcW w:w="581" w:type="dxa"/>
            <w:shd w:val="clear" w:color="auto" w:fill="auto"/>
            <w:vAlign w:val="center"/>
          </w:tcPr>
          <w:p w14:paraId="3925356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37E6A0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783/1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B6CF4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za českobratrským evangelickým chrámem Jana Amose Komenského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739F7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5E0C7B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B59FBE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C8C4FFE" w14:textId="77777777">
        <w:tc>
          <w:tcPr>
            <w:tcW w:w="581" w:type="dxa"/>
            <w:shd w:val="clear" w:color="auto" w:fill="auto"/>
            <w:vAlign w:val="center"/>
          </w:tcPr>
          <w:p w14:paraId="62F3664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EA76DE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503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82F6AD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Husova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E23927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5B7254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E1D7E8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05A9A6C2" w14:textId="77777777">
        <w:tc>
          <w:tcPr>
            <w:tcW w:w="581" w:type="dxa"/>
            <w:shd w:val="clear" w:color="auto" w:fill="auto"/>
            <w:vAlign w:val="center"/>
          </w:tcPr>
          <w:p w14:paraId="0DE5B7A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0C2C56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249/1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B1CBE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Novobranská a ul. Měnínská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8D5DC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8A0EF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E6E39B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BBB0316" w14:textId="77777777">
        <w:tc>
          <w:tcPr>
            <w:tcW w:w="581" w:type="dxa"/>
            <w:shd w:val="clear" w:color="auto" w:fill="auto"/>
            <w:vAlign w:val="center"/>
          </w:tcPr>
          <w:p w14:paraId="586F229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A8DD01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352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D75042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Bašty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D2C56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90ED1E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898748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B842B19" w14:textId="77777777">
        <w:tc>
          <w:tcPr>
            <w:tcW w:w="581" w:type="dxa"/>
            <w:shd w:val="clear" w:color="auto" w:fill="auto"/>
            <w:vAlign w:val="center"/>
          </w:tcPr>
          <w:p w14:paraId="207224B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5F6F2B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486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DC9605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Dominikánská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80F27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AE2C6E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8F64A1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04A6FF50" w14:textId="77777777">
        <w:tc>
          <w:tcPr>
            <w:tcW w:w="581" w:type="dxa"/>
            <w:shd w:val="clear" w:color="auto" w:fill="auto"/>
            <w:vAlign w:val="center"/>
          </w:tcPr>
          <w:p w14:paraId="6876050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2AC623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A40D56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447F9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83CAEE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B0E74E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1E2CD4C6" w14:textId="77777777">
        <w:tc>
          <w:tcPr>
            <w:tcW w:w="581" w:type="dxa"/>
            <w:shd w:val="clear" w:color="auto" w:fill="auto"/>
            <w:vAlign w:val="center"/>
          </w:tcPr>
          <w:p w14:paraId="159D412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CDA667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19AAF0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638EB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0B3EB0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14C7B8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3834F6A" w14:textId="77777777">
        <w:tc>
          <w:tcPr>
            <w:tcW w:w="581" w:type="dxa"/>
            <w:shd w:val="clear" w:color="auto" w:fill="auto"/>
            <w:vAlign w:val="center"/>
          </w:tcPr>
          <w:p w14:paraId="38EB6FD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B2E88F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4A0B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AA36E4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ACAF5D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746D5C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16694545" w14:textId="77777777">
        <w:tc>
          <w:tcPr>
            <w:tcW w:w="581" w:type="dxa"/>
            <w:shd w:val="clear" w:color="auto" w:fill="auto"/>
            <w:vAlign w:val="center"/>
          </w:tcPr>
          <w:p w14:paraId="6F8A6A7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C23A36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813/1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E40CBE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6DC730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235C04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31DB9A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0C597556" w14:textId="77777777">
        <w:tc>
          <w:tcPr>
            <w:tcW w:w="581" w:type="dxa"/>
            <w:shd w:val="clear" w:color="auto" w:fill="auto"/>
            <w:vAlign w:val="center"/>
          </w:tcPr>
          <w:p w14:paraId="5F93219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A7D4AB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878/3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3A74D2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Poříčí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447BD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F46DD1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C9BB4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</w:tr>
      <w:tr w:rsidR="00000000" w14:paraId="44B04031" w14:textId="77777777">
        <w:tc>
          <w:tcPr>
            <w:tcW w:w="581" w:type="dxa"/>
            <w:shd w:val="clear" w:color="auto" w:fill="auto"/>
            <w:vAlign w:val="center"/>
          </w:tcPr>
          <w:p w14:paraId="5EF70B9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684147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509/3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412020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Dominikánské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1E5B1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3D16A2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3E1B38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1789B269" w14:textId="77777777">
        <w:tc>
          <w:tcPr>
            <w:tcW w:w="581" w:type="dxa"/>
            <w:shd w:val="clear" w:color="auto" w:fill="auto"/>
            <w:vAlign w:val="center"/>
          </w:tcPr>
          <w:p w14:paraId="389B79F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FA283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359/15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8AAC48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Nádražní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A415A5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832738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2879C7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</w:tr>
      <w:tr w:rsidR="00000000" w14:paraId="628EB1FA" w14:textId="77777777">
        <w:tc>
          <w:tcPr>
            <w:tcW w:w="581" w:type="dxa"/>
            <w:shd w:val="clear" w:color="auto" w:fill="auto"/>
            <w:vAlign w:val="center"/>
          </w:tcPr>
          <w:p w14:paraId="188E16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DFB40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359/31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AD7DA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Kopečná a ul. Nádražní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5E72AC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0612E4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B38F15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8C0824D" w14:textId="77777777">
        <w:tc>
          <w:tcPr>
            <w:tcW w:w="581" w:type="dxa"/>
            <w:shd w:val="clear" w:color="auto" w:fill="auto"/>
            <w:vAlign w:val="center"/>
          </w:tcPr>
          <w:p w14:paraId="174E9FD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E568A5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930/1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9051A6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Konečného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3D26DC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ACA6A5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25F9AB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41053A51" w14:textId="77777777">
        <w:tc>
          <w:tcPr>
            <w:tcW w:w="581" w:type="dxa"/>
            <w:shd w:val="clear" w:color="auto" w:fill="auto"/>
            <w:vAlign w:val="center"/>
          </w:tcPr>
          <w:p w14:paraId="6C53B9F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312D59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345/10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4998C3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Marešova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1A55CA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DFFC0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ED4B3D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</w:tr>
      <w:tr w:rsidR="00000000" w14:paraId="00244B77" w14:textId="77777777">
        <w:tc>
          <w:tcPr>
            <w:tcW w:w="581" w:type="dxa"/>
            <w:shd w:val="clear" w:color="auto" w:fill="auto"/>
            <w:vAlign w:val="center"/>
          </w:tcPr>
          <w:p w14:paraId="009B1A3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949227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5BD214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B3710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602C14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2BE78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2B7F5754" w14:textId="77777777">
        <w:tc>
          <w:tcPr>
            <w:tcW w:w="581" w:type="dxa"/>
            <w:shd w:val="clear" w:color="auto" w:fill="auto"/>
            <w:vAlign w:val="center"/>
          </w:tcPr>
          <w:p w14:paraId="0B6FC03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92DC9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C92AC4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E8C10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941956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40CD61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</w:tr>
      <w:tr w:rsidR="00000000" w14:paraId="00BE61C9" w14:textId="77777777">
        <w:tc>
          <w:tcPr>
            <w:tcW w:w="581" w:type="dxa"/>
            <w:shd w:val="clear" w:color="auto" w:fill="auto"/>
            <w:vAlign w:val="center"/>
          </w:tcPr>
          <w:p w14:paraId="4F45F2E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630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9855D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593/1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C6FCDF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Veselá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83D6A4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722EEB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22C18C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3933CE60" w14:textId="77777777">
        <w:tc>
          <w:tcPr>
            <w:tcW w:w="581" w:type="dxa"/>
            <w:shd w:val="clear" w:color="auto" w:fill="auto"/>
            <w:vAlign w:val="center"/>
          </w:tcPr>
          <w:p w14:paraId="22B9FBF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631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4030E9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345/11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45290A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před Poliklinikou Žerotínovo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E8338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B12895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12C3D2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6699788D" w14:textId="77777777">
        <w:tc>
          <w:tcPr>
            <w:tcW w:w="581" w:type="dxa"/>
            <w:shd w:val="clear" w:color="auto" w:fill="auto"/>
            <w:vAlign w:val="center"/>
          </w:tcPr>
          <w:p w14:paraId="1381095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632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850785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224A53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2E367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9130DF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B0C014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F6CBA23" w14:textId="77777777">
        <w:tc>
          <w:tcPr>
            <w:tcW w:w="581" w:type="dxa"/>
            <w:shd w:val="clear" w:color="auto" w:fill="auto"/>
            <w:vAlign w:val="center"/>
          </w:tcPr>
          <w:p w14:paraId="28B293D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633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5DD5D3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1099/6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84CF75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BB9BC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F92389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79237A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3935980C" w14:textId="77777777">
        <w:tc>
          <w:tcPr>
            <w:tcW w:w="581" w:type="dxa"/>
            <w:shd w:val="clear" w:color="auto" w:fill="auto"/>
            <w:vAlign w:val="center"/>
          </w:tcPr>
          <w:p w14:paraId="592D8F5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634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3E16A3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9B4260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F24C6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0EA4BA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766436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22869178" w14:textId="77777777">
        <w:tc>
          <w:tcPr>
            <w:tcW w:w="581" w:type="dxa"/>
            <w:shd w:val="clear" w:color="auto" w:fill="auto"/>
            <w:vAlign w:val="center"/>
          </w:tcPr>
          <w:p w14:paraId="5816C9F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635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D4EFF1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800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A9DFB7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Moravského náměstí a ul. Joštova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9C3D3E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8A5F59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1CAF78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2E244C00" w14:textId="77777777">
        <w:tc>
          <w:tcPr>
            <w:tcW w:w="581" w:type="dxa"/>
            <w:shd w:val="clear" w:color="auto" w:fill="auto"/>
            <w:vAlign w:val="center"/>
          </w:tcPr>
          <w:p w14:paraId="1F876E81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9A7106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92CE21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9EB29D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DB0AC2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DC9B4A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2776C025" w14:textId="77777777">
        <w:tc>
          <w:tcPr>
            <w:tcW w:w="581" w:type="dxa"/>
            <w:shd w:val="clear" w:color="auto" w:fill="auto"/>
            <w:vAlign w:val="center"/>
          </w:tcPr>
          <w:p w14:paraId="418473F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637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161AE0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359/48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B5D766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Husova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B94ABB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18CFC1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8AF485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E3F43D1" w14:textId="77777777">
        <w:tc>
          <w:tcPr>
            <w:tcW w:w="581" w:type="dxa"/>
            <w:shd w:val="clear" w:color="auto" w:fill="auto"/>
            <w:vAlign w:val="center"/>
          </w:tcPr>
          <w:p w14:paraId="11B6081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638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F5FFF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671/11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D0A90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před koupalištěm Kraví hora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FF206E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3009CB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9892AE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538E8BA7" w14:textId="77777777">
        <w:tc>
          <w:tcPr>
            <w:tcW w:w="581" w:type="dxa"/>
            <w:shd w:val="clear" w:color="auto" w:fill="auto"/>
            <w:vAlign w:val="center"/>
          </w:tcPr>
          <w:p w14:paraId="5C19A4B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639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ED0904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974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23C4D3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Veveří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E6BD54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9E206D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F2E701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985B903" w14:textId="77777777">
        <w:tc>
          <w:tcPr>
            <w:tcW w:w="581" w:type="dxa"/>
            <w:shd w:val="clear" w:color="auto" w:fill="auto"/>
            <w:vAlign w:val="center"/>
          </w:tcPr>
          <w:p w14:paraId="1E905E1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640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37632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479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876A80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B18B54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EF99D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BECE1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3D7D285A" w14:textId="77777777">
        <w:tc>
          <w:tcPr>
            <w:tcW w:w="581" w:type="dxa"/>
            <w:shd w:val="clear" w:color="auto" w:fill="auto"/>
            <w:vAlign w:val="center"/>
          </w:tcPr>
          <w:p w14:paraId="6A174B8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641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AB9770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62/1 Trnitá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817FA1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Křenová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AE3420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B695E1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44C484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2FFA5A44" w14:textId="77777777">
        <w:tc>
          <w:tcPr>
            <w:tcW w:w="581" w:type="dxa"/>
            <w:shd w:val="clear" w:color="auto" w:fill="auto"/>
            <w:vAlign w:val="center"/>
          </w:tcPr>
          <w:p w14:paraId="0581E1C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642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2BE99E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897/20 Trnitá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52234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Zvonařka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C4E14F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A88486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94ED2D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3E5A6BB5" w14:textId="77777777">
        <w:tc>
          <w:tcPr>
            <w:tcW w:w="581" w:type="dxa"/>
            <w:shd w:val="clear" w:color="auto" w:fill="auto"/>
            <w:vAlign w:val="center"/>
          </w:tcPr>
          <w:p w14:paraId="3265C15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4B6E9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768/78 Trnitá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837AE0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Ve Vaňkovce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B1B8F4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B5500C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70C4FB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3234E6E0" w14:textId="77777777">
        <w:tc>
          <w:tcPr>
            <w:tcW w:w="581" w:type="dxa"/>
            <w:shd w:val="clear" w:color="auto" w:fill="auto"/>
            <w:vAlign w:val="center"/>
          </w:tcPr>
          <w:p w14:paraId="2DE2C4E3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644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FA812E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607/1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DEA0AF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Tvrdého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6B3D16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B74C87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A3C311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3A49884" w14:textId="77777777">
        <w:tc>
          <w:tcPr>
            <w:tcW w:w="581" w:type="dxa"/>
            <w:shd w:val="clear" w:color="auto" w:fill="auto"/>
            <w:vAlign w:val="center"/>
          </w:tcPr>
          <w:p w14:paraId="3289E1D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645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EA9AD0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1088/2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E5EC62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Björnsonův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 xml:space="preserve"> sad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E5527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C9A4A6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625CFE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55E95093" w14:textId="77777777">
        <w:tc>
          <w:tcPr>
            <w:tcW w:w="581" w:type="dxa"/>
            <w:shd w:val="clear" w:color="auto" w:fill="auto"/>
            <w:vAlign w:val="center"/>
          </w:tcPr>
          <w:p w14:paraId="0C7BFF7C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C04F18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1522/14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4B23B0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48E7E5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991957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11ECE9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0017E68" w14:textId="77777777">
        <w:tc>
          <w:tcPr>
            <w:tcW w:w="581" w:type="dxa"/>
            <w:shd w:val="clear" w:color="auto" w:fill="auto"/>
            <w:vAlign w:val="center"/>
          </w:tcPr>
          <w:p w14:paraId="72C4F4AF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8EBE34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270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C79C3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Benešova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64ECB2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7D3E74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75CD91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98A40DF" w14:textId="77777777">
        <w:tc>
          <w:tcPr>
            <w:tcW w:w="581" w:type="dxa"/>
            <w:shd w:val="clear" w:color="auto" w:fill="auto"/>
            <w:vAlign w:val="center"/>
          </w:tcPr>
          <w:p w14:paraId="145B2C08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8B4F6F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778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17417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Marešova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DBE65C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C525F4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F1DE94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8DDD955" w14:textId="77777777">
        <w:tc>
          <w:tcPr>
            <w:tcW w:w="581" w:type="dxa"/>
            <w:shd w:val="clear" w:color="auto" w:fill="auto"/>
            <w:vAlign w:val="center"/>
          </w:tcPr>
          <w:p w14:paraId="57E7982E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649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AC60F8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1382/3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B4D85D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Křídlovická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813F83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12767B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FC3E2B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6F03718" w14:textId="77777777">
        <w:tc>
          <w:tcPr>
            <w:tcW w:w="581" w:type="dxa"/>
            <w:shd w:val="clear" w:color="auto" w:fill="auto"/>
            <w:vAlign w:val="center"/>
          </w:tcPr>
          <w:p w14:paraId="61E74A9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650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125BCA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1051/1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FC424A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Zahradníkova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2BF9C9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BE67A5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3EF85E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508BDFC" w14:textId="77777777">
        <w:tc>
          <w:tcPr>
            <w:tcW w:w="581" w:type="dxa"/>
            <w:shd w:val="clear" w:color="auto" w:fill="auto"/>
            <w:vAlign w:val="center"/>
          </w:tcPr>
          <w:p w14:paraId="787E878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651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9234BE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A236D0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C1A816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FE340C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C3915D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4763041" w14:textId="77777777">
        <w:tc>
          <w:tcPr>
            <w:tcW w:w="581" w:type="dxa"/>
            <w:shd w:val="clear" w:color="auto" w:fill="auto"/>
            <w:vAlign w:val="center"/>
          </w:tcPr>
          <w:p w14:paraId="6B6D72A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652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0D4E95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3091C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FA2CF0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3ECD7E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023476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1ED0806" w14:textId="77777777">
        <w:tc>
          <w:tcPr>
            <w:tcW w:w="581" w:type="dxa"/>
            <w:shd w:val="clear" w:color="auto" w:fill="auto"/>
            <w:vAlign w:val="center"/>
          </w:tcPr>
          <w:p w14:paraId="6525E32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653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9897D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A9CD7D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E125EC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1CBC1A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0D1F69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4F0739B" w14:textId="77777777">
        <w:tc>
          <w:tcPr>
            <w:tcW w:w="581" w:type="dxa"/>
            <w:shd w:val="clear" w:color="auto" w:fill="auto"/>
            <w:vAlign w:val="center"/>
          </w:tcPr>
          <w:p w14:paraId="4D59958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654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0C95F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8728A0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D26E4F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82AF8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379063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2114C8A" w14:textId="77777777">
        <w:tc>
          <w:tcPr>
            <w:tcW w:w="581" w:type="dxa"/>
            <w:shd w:val="clear" w:color="auto" w:fill="auto"/>
            <w:vAlign w:val="center"/>
          </w:tcPr>
          <w:p w14:paraId="178FAC1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655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DC9E3B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530E86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04F741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3250ED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FB807D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1B0C3C0" w14:textId="77777777">
        <w:tc>
          <w:tcPr>
            <w:tcW w:w="581" w:type="dxa"/>
            <w:shd w:val="clear" w:color="auto" w:fill="auto"/>
            <w:vAlign w:val="center"/>
          </w:tcPr>
          <w:p w14:paraId="3CB1F957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2B742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B87449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F5F341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25E2B0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1A568C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D311D48" w14:textId="77777777">
        <w:tc>
          <w:tcPr>
            <w:tcW w:w="581" w:type="dxa"/>
            <w:shd w:val="clear" w:color="auto" w:fill="auto"/>
            <w:vAlign w:val="center"/>
          </w:tcPr>
          <w:p w14:paraId="55527E7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657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8CA22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DAB92F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A3169D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4B636B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5E13F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FE5A626" w14:textId="77777777">
        <w:tc>
          <w:tcPr>
            <w:tcW w:w="581" w:type="dxa"/>
            <w:shd w:val="clear" w:color="auto" w:fill="auto"/>
            <w:vAlign w:val="center"/>
          </w:tcPr>
          <w:p w14:paraId="103D4D9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658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AD66C3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F01D2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3EC709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0A739C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A61401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4D06972" w14:textId="77777777">
        <w:tc>
          <w:tcPr>
            <w:tcW w:w="581" w:type="dxa"/>
            <w:shd w:val="clear" w:color="auto" w:fill="auto"/>
            <w:vAlign w:val="center"/>
          </w:tcPr>
          <w:p w14:paraId="6823E52E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41C0CB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1FF39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Jezuitská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BD0A30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E0BF03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B0BF55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CA2E3C8" w14:textId="77777777">
        <w:tc>
          <w:tcPr>
            <w:tcW w:w="581" w:type="dxa"/>
            <w:shd w:val="clear" w:color="auto" w:fill="auto"/>
            <w:vAlign w:val="center"/>
          </w:tcPr>
          <w:p w14:paraId="1A69F5AF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E03080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558AD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Jezuitská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605963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F60A0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8EA393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5EF6D21" w14:textId="77777777">
        <w:tc>
          <w:tcPr>
            <w:tcW w:w="581" w:type="dxa"/>
            <w:shd w:val="clear" w:color="auto" w:fill="auto"/>
            <w:vAlign w:val="center"/>
          </w:tcPr>
          <w:p w14:paraId="3009247B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9C95EB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592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D42AE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Besední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2311EE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17BD04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5F0E78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3B5EA66" w14:textId="77777777">
        <w:tc>
          <w:tcPr>
            <w:tcW w:w="581" w:type="dxa"/>
            <w:shd w:val="clear" w:color="auto" w:fill="auto"/>
            <w:vAlign w:val="center"/>
          </w:tcPr>
          <w:p w14:paraId="6D3A5637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20A63E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397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3A792B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Zelný trh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EB49C2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1D7289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63CC09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281ECAF" w14:textId="77777777">
        <w:tc>
          <w:tcPr>
            <w:tcW w:w="581" w:type="dxa"/>
            <w:shd w:val="clear" w:color="auto" w:fill="auto"/>
            <w:vAlign w:val="center"/>
          </w:tcPr>
          <w:p w14:paraId="54EE4111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343063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800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D531C9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Moravské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87BA85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AF4E36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C48DD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ED0E004" w14:textId="77777777">
        <w:tc>
          <w:tcPr>
            <w:tcW w:w="581" w:type="dxa"/>
            <w:shd w:val="clear" w:color="auto" w:fill="auto"/>
            <w:vAlign w:val="center"/>
          </w:tcPr>
          <w:p w14:paraId="2D61DA5B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E02944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593/1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4000D2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Veselá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104D64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19D1E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398FA8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D838210" w14:textId="77777777">
        <w:tc>
          <w:tcPr>
            <w:tcW w:w="581" w:type="dxa"/>
            <w:shd w:val="clear" w:color="auto" w:fill="auto"/>
            <w:vAlign w:val="center"/>
          </w:tcPr>
          <w:p w14:paraId="2E2EEFC4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9B104D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862/1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713E01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Špitálka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50886B0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C7DFC6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849AD2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F45FBBF" w14:textId="77777777">
        <w:tc>
          <w:tcPr>
            <w:tcW w:w="581" w:type="dxa"/>
            <w:shd w:val="clear" w:color="auto" w:fill="auto"/>
            <w:vAlign w:val="center"/>
          </w:tcPr>
          <w:p w14:paraId="292166B2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16D8E1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861/1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EFB5A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Plynárenská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118D09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006042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1D9E57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6826324" w14:textId="77777777">
        <w:tc>
          <w:tcPr>
            <w:tcW w:w="581" w:type="dxa"/>
            <w:shd w:val="clear" w:color="auto" w:fill="auto"/>
            <w:vAlign w:val="center"/>
          </w:tcPr>
          <w:p w14:paraId="6AD7BA95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11DCB0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861/1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F03CBB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Plynárenská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FAA765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98B633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36A0D0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2B02894" w14:textId="77777777">
        <w:tc>
          <w:tcPr>
            <w:tcW w:w="581" w:type="dxa"/>
            <w:shd w:val="clear" w:color="auto" w:fill="auto"/>
            <w:vAlign w:val="center"/>
          </w:tcPr>
          <w:p w14:paraId="13222C54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10B5A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124 Trnitá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B9F6F6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Stavební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E80C73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D68315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138FF8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EA36597" w14:textId="77777777">
        <w:tc>
          <w:tcPr>
            <w:tcW w:w="581" w:type="dxa"/>
            <w:shd w:val="clear" w:color="auto" w:fill="auto"/>
            <w:vAlign w:val="center"/>
          </w:tcPr>
          <w:p w14:paraId="0B11684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669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5D9E2E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 Trnitá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2E193F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Štěpánská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2F6A72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B783C8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EB69C9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1DDE0E4" w14:textId="77777777">
        <w:tc>
          <w:tcPr>
            <w:tcW w:w="581" w:type="dxa"/>
            <w:shd w:val="clear" w:color="auto" w:fill="auto"/>
            <w:vAlign w:val="center"/>
          </w:tcPr>
          <w:p w14:paraId="1D7D26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527A72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172/1 Trnitá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D44D5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Křenová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D056A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799A8F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CF443E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3630CCB" w14:textId="77777777">
        <w:tc>
          <w:tcPr>
            <w:tcW w:w="581" w:type="dxa"/>
            <w:shd w:val="clear" w:color="auto" w:fill="auto"/>
            <w:vAlign w:val="center"/>
          </w:tcPr>
          <w:p w14:paraId="78095AE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9F2169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190/1 Trnitá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75A105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Koželužská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532109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CB2ED7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74D813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CAE3B15" w14:textId="77777777">
        <w:tc>
          <w:tcPr>
            <w:tcW w:w="581" w:type="dxa"/>
            <w:shd w:val="clear" w:color="auto" w:fill="auto"/>
            <w:vAlign w:val="center"/>
          </w:tcPr>
          <w:p w14:paraId="39EEC4A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7FB0C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61/1 Trnitá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5239E5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Křenová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27E9C5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E3F9D0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978DC7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0136C4C" w14:textId="77777777">
        <w:tc>
          <w:tcPr>
            <w:tcW w:w="581" w:type="dxa"/>
            <w:shd w:val="clear" w:color="auto" w:fill="auto"/>
            <w:vAlign w:val="center"/>
          </w:tcPr>
          <w:p w14:paraId="431D98E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17EBA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545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5B7DF1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9F5E09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8B641B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3041E8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F792647" w14:textId="77777777">
        <w:tc>
          <w:tcPr>
            <w:tcW w:w="581" w:type="dxa"/>
            <w:shd w:val="clear" w:color="auto" w:fill="auto"/>
            <w:vAlign w:val="center"/>
          </w:tcPr>
          <w:p w14:paraId="542E57E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0EE3C6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826/2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E8F802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Žižkova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234180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389D54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9C7C26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6931AB8" w14:textId="77777777">
        <w:tc>
          <w:tcPr>
            <w:tcW w:w="581" w:type="dxa"/>
            <w:shd w:val="clear" w:color="auto" w:fill="auto"/>
            <w:vAlign w:val="center"/>
          </w:tcPr>
          <w:p w14:paraId="65BE7B9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79804D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826/2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DFE22F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Žižkova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990316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BC4F86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E79ED5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FA2F5B1" w14:textId="77777777">
        <w:tc>
          <w:tcPr>
            <w:tcW w:w="581" w:type="dxa"/>
            <w:shd w:val="clear" w:color="auto" w:fill="auto"/>
            <w:vAlign w:val="center"/>
          </w:tcPr>
          <w:p w14:paraId="5474BED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DCA083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826/2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AA9CBB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Žižkova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EFA26D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DB0F8B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9438DC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68ABF59" w14:textId="77777777">
        <w:tc>
          <w:tcPr>
            <w:tcW w:w="581" w:type="dxa"/>
            <w:shd w:val="clear" w:color="auto" w:fill="auto"/>
            <w:vAlign w:val="center"/>
          </w:tcPr>
          <w:p w14:paraId="19B85E7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10BF86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812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345821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Veletržní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C9BFA0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6D2CFC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07AEAB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DBFA2B3" w14:textId="77777777">
        <w:tc>
          <w:tcPr>
            <w:tcW w:w="581" w:type="dxa"/>
            <w:shd w:val="clear" w:color="auto" w:fill="auto"/>
            <w:vAlign w:val="center"/>
          </w:tcPr>
          <w:p w14:paraId="23DBAFDF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DF6BF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43/1 Pisárky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E0F02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Výstaviště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0E1791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4F05FF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49D9DE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6632818" w14:textId="77777777">
        <w:tc>
          <w:tcPr>
            <w:tcW w:w="581" w:type="dxa"/>
            <w:shd w:val="clear" w:color="auto" w:fill="auto"/>
            <w:vAlign w:val="center"/>
          </w:tcPr>
          <w:p w14:paraId="7BD1898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0973FA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43/1 Pisárky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5723B6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Výstaviště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A5D54F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991D9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B3EE1A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BC3BC91" w14:textId="77777777">
        <w:tc>
          <w:tcPr>
            <w:tcW w:w="581" w:type="dxa"/>
            <w:shd w:val="clear" w:color="auto" w:fill="auto"/>
            <w:vAlign w:val="center"/>
          </w:tcPr>
          <w:p w14:paraId="3506008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250074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762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333F16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Hlinky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AC0E89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5A8B3F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40CD7E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A70007C" w14:textId="77777777">
        <w:tc>
          <w:tcPr>
            <w:tcW w:w="581" w:type="dxa"/>
            <w:shd w:val="clear" w:color="auto" w:fill="auto"/>
            <w:vAlign w:val="center"/>
          </w:tcPr>
          <w:p w14:paraId="2F25E5F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BF4D0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791/1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9E37A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Výstavní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6E09CF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1F3206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72ED36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CBDD1C" w14:textId="77777777">
        <w:tc>
          <w:tcPr>
            <w:tcW w:w="581" w:type="dxa"/>
            <w:shd w:val="clear" w:color="auto" w:fill="auto"/>
            <w:vAlign w:val="center"/>
          </w:tcPr>
          <w:p w14:paraId="35CF837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4F448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872/1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A96B3C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Rybářská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27BB9B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F90E5A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4C6B2F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03FA253" w14:textId="77777777">
        <w:tc>
          <w:tcPr>
            <w:tcW w:w="581" w:type="dxa"/>
            <w:shd w:val="clear" w:color="auto" w:fill="auto"/>
            <w:vAlign w:val="center"/>
          </w:tcPr>
          <w:p w14:paraId="38EE43E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7B0C34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1701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33F342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Křídlovická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AC0CE6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1BC1B0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865461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1FF4B3" w14:textId="77777777">
        <w:tc>
          <w:tcPr>
            <w:tcW w:w="581" w:type="dxa"/>
            <w:shd w:val="clear" w:color="auto" w:fill="auto"/>
            <w:vAlign w:val="center"/>
          </w:tcPr>
          <w:p w14:paraId="3443283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F6991B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595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0077F2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Březinova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AA6EAE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08EFFB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8F571E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6532DEB" w14:textId="77777777">
        <w:tc>
          <w:tcPr>
            <w:tcW w:w="581" w:type="dxa"/>
            <w:shd w:val="clear" w:color="auto" w:fill="auto"/>
            <w:vAlign w:val="center"/>
          </w:tcPr>
          <w:p w14:paraId="73FB56E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C42FBD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0C472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B65803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FF534B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CF461A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AD27902" w14:textId="77777777">
        <w:tc>
          <w:tcPr>
            <w:tcW w:w="581" w:type="dxa"/>
            <w:shd w:val="clear" w:color="auto" w:fill="auto"/>
            <w:vAlign w:val="center"/>
          </w:tcPr>
          <w:p w14:paraId="1015599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E1A480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148FB8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7E6F1A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1D0FB0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93AAB8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78EF133" w14:textId="77777777">
        <w:tc>
          <w:tcPr>
            <w:tcW w:w="581" w:type="dxa"/>
            <w:shd w:val="clear" w:color="auto" w:fill="auto"/>
            <w:vAlign w:val="center"/>
          </w:tcPr>
          <w:p w14:paraId="7779394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098880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6A675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AF24DC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C9F99F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1E3B47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2E1FAA5" w14:textId="77777777">
        <w:tc>
          <w:tcPr>
            <w:tcW w:w="581" w:type="dxa"/>
            <w:shd w:val="clear" w:color="auto" w:fill="auto"/>
            <w:vAlign w:val="center"/>
          </w:tcPr>
          <w:p w14:paraId="21C825A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659D96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FF70F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12DB9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27FB2F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8013F3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71F44DD" w14:textId="77777777">
        <w:tc>
          <w:tcPr>
            <w:tcW w:w="581" w:type="dxa"/>
            <w:shd w:val="clear" w:color="auto" w:fill="auto"/>
            <w:vAlign w:val="center"/>
          </w:tcPr>
          <w:p w14:paraId="0259362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37E4D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F730C7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BB14E8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C1F489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30D31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044D4B0" w14:textId="77777777">
        <w:tc>
          <w:tcPr>
            <w:tcW w:w="581" w:type="dxa"/>
            <w:shd w:val="clear" w:color="auto" w:fill="auto"/>
            <w:vAlign w:val="center"/>
          </w:tcPr>
          <w:p w14:paraId="05A1C9E0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ACA45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CEA889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C86F8B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100B25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2C5907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5D05386" w14:textId="77777777">
        <w:tc>
          <w:tcPr>
            <w:tcW w:w="581" w:type="dxa"/>
            <w:shd w:val="clear" w:color="auto" w:fill="auto"/>
            <w:vAlign w:val="center"/>
          </w:tcPr>
          <w:p w14:paraId="4BA05681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123624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57E790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FF64B6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6B76EE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627896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A63A8C1" w14:textId="77777777">
        <w:tc>
          <w:tcPr>
            <w:tcW w:w="581" w:type="dxa"/>
            <w:shd w:val="clear" w:color="auto" w:fill="auto"/>
            <w:vAlign w:val="center"/>
          </w:tcPr>
          <w:p w14:paraId="7420FA3E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02D101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BCE133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BC5452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9F9FCC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6620B9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ABC2216" w14:textId="77777777">
        <w:tc>
          <w:tcPr>
            <w:tcW w:w="581" w:type="dxa"/>
            <w:shd w:val="clear" w:color="auto" w:fill="auto"/>
            <w:vAlign w:val="center"/>
          </w:tcPr>
          <w:p w14:paraId="7C4DA21E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95146F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E1C6B7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3547A9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AF0E1E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6183BD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EAC469B" w14:textId="77777777">
        <w:tc>
          <w:tcPr>
            <w:tcW w:w="581" w:type="dxa"/>
            <w:shd w:val="clear" w:color="auto" w:fill="auto"/>
            <w:vAlign w:val="center"/>
          </w:tcPr>
          <w:p w14:paraId="5E747950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55ECB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0AA2FA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BF1E11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9562D7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A1BFC5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31A5CAC" w14:textId="77777777">
        <w:tc>
          <w:tcPr>
            <w:tcW w:w="581" w:type="dxa"/>
            <w:shd w:val="clear" w:color="auto" w:fill="auto"/>
            <w:vAlign w:val="center"/>
          </w:tcPr>
          <w:p w14:paraId="121DA092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5A5C8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41BBA5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6C7A8A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49E698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C43763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9BE9CF7" w14:textId="77777777">
        <w:tc>
          <w:tcPr>
            <w:tcW w:w="581" w:type="dxa"/>
            <w:shd w:val="clear" w:color="auto" w:fill="auto"/>
            <w:vAlign w:val="center"/>
          </w:tcPr>
          <w:p w14:paraId="2561D34E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4F4203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485D14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Bratislavská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CB95F3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E8688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A1F9C5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C01D42A" w14:textId="77777777">
        <w:tc>
          <w:tcPr>
            <w:tcW w:w="581" w:type="dxa"/>
            <w:shd w:val="clear" w:color="auto" w:fill="auto"/>
            <w:vAlign w:val="center"/>
          </w:tcPr>
          <w:p w14:paraId="409868E7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1FD301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684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92B022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Vlhká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1FF630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D87900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4AC95F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5186AEE" w14:textId="77777777">
        <w:tc>
          <w:tcPr>
            <w:tcW w:w="581" w:type="dxa"/>
            <w:shd w:val="clear" w:color="auto" w:fill="auto"/>
            <w:vAlign w:val="center"/>
          </w:tcPr>
          <w:p w14:paraId="0D3501FD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599F94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1333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EFC5B9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Tučkova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252073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FECC47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93AF01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17093DB" w14:textId="77777777">
        <w:tc>
          <w:tcPr>
            <w:tcW w:w="581" w:type="dxa"/>
            <w:shd w:val="clear" w:color="auto" w:fill="auto"/>
            <w:vAlign w:val="center"/>
          </w:tcPr>
          <w:p w14:paraId="44CB137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699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DB772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1333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1C204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Tučkova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B4510A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39DCFB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8362D3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97C3E67" w14:textId="77777777">
        <w:tc>
          <w:tcPr>
            <w:tcW w:w="581" w:type="dxa"/>
            <w:shd w:val="clear" w:color="auto" w:fill="auto"/>
            <w:vAlign w:val="center"/>
          </w:tcPr>
          <w:p w14:paraId="36E5175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700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DBD5C3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678/2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48699B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Gorazdova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AC4F4F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0F6E4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AA2254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6B2463B" w14:textId="77777777">
        <w:tc>
          <w:tcPr>
            <w:tcW w:w="581" w:type="dxa"/>
            <w:shd w:val="clear" w:color="auto" w:fill="auto"/>
            <w:vAlign w:val="center"/>
          </w:tcPr>
          <w:p w14:paraId="6E72BEC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701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30D851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1113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8B801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Lidická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62DAB0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106D05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D732DD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492A4F0" w14:textId="77777777">
        <w:tc>
          <w:tcPr>
            <w:tcW w:w="581" w:type="dxa"/>
            <w:shd w:val="clear" w:color="auto" w:fill="auto"/>
            <w:vAlign w:val="center"/>
          </w:tcPr>
          <w:p w14:paraId="203D16F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702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2A680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1113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89ADE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Lidická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868C17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5D29EE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C264E3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CC206CB" w14:textId="77777777">
        <w:tc>
          <w:tcPr>
            <w:tcW w:w="581" w:type="dxa"/>
            <w:shd w:val="clear" w:color="auto" w:fill="auto"/>
            <w:vAlign w:val="center"/>
          </w:tcPr>
          <w:p w14:paraId="28CE5DA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703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FECDB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1407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CBC811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Antonínská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6B0F8D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E48284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13D03A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FCD3C8A" w14:textId="77777777">
        <w:tc>
          <w:tcPr>
            <w:tcW w:w="581" w:type="dxa"/>
            <w:shd w:val="clear" w:color="auto" w:fill="auto"/>
            <w:vAlign w:val="center"/>
          </w:tcPr>
          <w:p w14:paraId="4A8B6D9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704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1F81D8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1113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690F46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Lidická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1FC9D5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32BB8A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F57365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3DAF6F2" w14:textId="77777777">
        <w:tc>
          <w:tcPr>
            <w:tcW w:w="581" w:type="dxa"/>
            <w:shd w:val="clear" w:color="auto" w:fill="auto"/>
            <w:vAlign w:val="center"/>
          </w:tcPr>
          <w:p w14:paraId="5F98612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705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3D4325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1113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E9D1D2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Lidická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C738B3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7B0FC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BDEF7F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DA1690D" w14:textId="77777777">
        <w:tc>
          <w:tcPr>
            <w:tcW w:w="581" w:type="dxa"/>
            <w:shd w:val="clear" w:color="auto" w:fill="auto"/>
            <w:vAlign w:val="center"/>
          </w:tcPr>
          <w:p w14:paraId="3240A1A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706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486EB6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1113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70260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Lidická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4E5ED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699FF4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CE2389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1F9B696" w14:textId="77777777">
        <w:tc>
          <w:tcPr>
            <w:tcW w:w="581" w:type="dxa"/>
            <w:shd w:val="clear" w:color="auto" w:fill="auto"/>
            <w:vAlign w:val="center"/>
          </w:tcPr>
          <w:p w14:paraId="0447BEC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707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F6E0AA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1407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B9C151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Antonínská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DE109F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D47111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A6724C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D6E3DF4" w14:textId="77777777">
        <w:tc>
          <w:tcPr>
            <w:tcW w:w="581" w:type="dxa"/>
            <w:shd w:val="clear" w:color="auto" w:fill="auto"/>
            <w:vAlign w:val="center"/>
          </w:tcPr>
          <w:p w14:paraId="73DE745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708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822950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1BD3D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3F6349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74CF9F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1D987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94DA0BF" w14:textId="77777777">
        <w:tc>
          <w:tcPr>
            <w:tcW w:w="581" w:type="dxa"/>
            <w:shd w:val="clear" w:color="auto" w:fill="auto"/>
            <w:vAlign w:val="center"/>
          </w:tcPr>
          <w:p w14:paraId="694BB33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709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82870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71891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8A50AF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EA2E7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A9AA23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C4C9352" w14:textId="77777777">
        <w:tc>
          <w:tcPr>
            <w:tcW w:w="581" w:type="dxa"/>
            <w:shd w:val="clear" w:color="auto" w:fill="auto"/>
            <w:vAlign w:val="center"/>
          </w:tcPr>
          <w:p w14:paraId="121CA2E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710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FA1E70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12A094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4B3F40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6A6036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9DCF26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AAF6263" w14:textId="77777777">
        <w:tc>
          <w:tcPr>
            <w:tcW w:w="581" w:type="dxa"/>
            <w:shd w:val="clear" w:color="auto" w:fill="auto"/>
            <w:vAlign w:val="center"/>
          </w:tcPr>
          <w:p w14:paraId="70BC56D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711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45CCD8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7456F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DE31C8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CC9593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36FFFA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DDA850E" w14:textId="77777777">
        <w:tc>
          <w:tcPr>
            <w:tcW w:w="581" w:type="dxa"/>
            <w:shd w:val="clear" w:color="auto" w:fill="auto"/>
            <w:vAlign w:val="center"/>
          </w:tcPr>
          <w:p w14:paraId="155E5D1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712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024F4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4BBE38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71420B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A38A7B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A86BBA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8D1B5FD" w14:textId="77777777">
        <w:tc>
          <w:tcPr>
            <w:tcW w:w="581" w:type="dxa"/>
            <w:shd w:val="clear" w:color="auto" w:fill="auto"/>
            <w:vAlign w:val="center"/>
          </w:tcPr>
          <w:p w14:paraId="732F668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713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C7DB11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861/1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CFFD4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Plynárenská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D83BEB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23964B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ED9139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3D4A8B9" w14:textId="77777777">
        <w:tc>
          <w:tcPr>
            <w:tcW w:w="581" w:type="dxa"/>
            <w:shd w:val="clear" w:color="auto" w:fill="auto"/>
            <w:vAlign w:val="center"/>
          </w:tcPr>
          <w:p w14:paraId="003F89D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714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09802A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1395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2A9A83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Smetanova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1A62F8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F7A0BB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820226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A1821D" w14:textId="77777777">
        <w:tc>
          <w:tcPr>
            <w:tcW w:w="581" w:type="dxa"/>
            <w:shd w:val="clear" w:color="auto" w:fill="auto"/>
            <w:vAlign w:val="center"/>
          </w:tcPr>
          <w:p w14:paraId="4059C33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715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EA2A7C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1395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10BBA9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Smetanova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A00F96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26CF57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9123C5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A4C1547" w14:textId="77777777">
        <w:tc>
          <w:tcPr>
            <w:tcW w:w="581" w:type="dxa"/>
            <w:shd w:val="clear" w:color="auto" w:fill="auto"/>
            <w:vAlign w:val="center"/>
          </w:tcPr>
          <w:p w14:paraId="5E09685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716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9F437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1212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9032E2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Smetanova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A0E6E8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6B2FB2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B59ACE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92F8315" w14:textId="77777777">
        <w:tc>
          <w:tcPr>
            <w:tcW w:w="581" w:type="dxa"/>
            <w:shd w:val="clear" w:color="auto" w:fill="auto"/>
            <w:vAlign w:val="center"/>
          </w:tcPr>
          <w:p w14:paraId="33D9376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717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F3073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1171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D41DE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Cihlářská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8B17E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71FF62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033AAE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B9CA0F1" w14:textId="77777777">
        <w:tc>
          <w:tcPr>
            <w:tcW w:w="581" w:type="dxa"/>
            <w:shd w:val="clear" w:color="auto" w:fill="auto"/>
            <w:vAlign w:val="center"/>
          </w:tcPr>
          <w:p w14:paraId="6EC4947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718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67FAE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1493/1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B601E1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Mezírka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170565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DAD21B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5F4639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4FC427B" w14:textId="77777777">
        <w:tc>
          <w:tcPr>
            <w:tcW w:w="581" w:type="dxa"/>
            <w:shd w:val="clear" w:color="auto" w:fill="auto"/>
            <w:vAlign w:val="center"/>
          </w:tcPr>
          <w:p w14:paraId="72D733A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719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4E4D83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1471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A48AF3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Mášova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177CCD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BFB375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F86E49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EF0758A" w14:textId="77777777">
        <w:tc>
          <w:tcPr>
            <w:tcW w:w="581" w:type="dxa"/>
            <w:shd w:val="clear" w:color="auto" w:fill="auto"/>
            <w:vAlign w:val="center"/>
          </w:tcPr>
          <w:p w14:paraId="1C8F496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720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00054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684/2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7B4C40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Kamenná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CD10AE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A9AEE0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4AAFE7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01D2AC3" w14:textId="77777777">
        <w:tc>
          <w:tcPr>
            <w:tcW w:w="581" w:type="dxa"/>
            <w:shd w:val="clear" w:color="auto" w:fill="auto"/>
            <w:vAlign w:val="center"/>
          </w:tcPr>
          <w:p w14:paraId="19DA215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721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03D401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701/1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8D0DBD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Táborského nábřeží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F8EC25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2C33BE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6DE101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A0E14D5" w14:textId="77777777">
        <w:tc>
          <w:tcPr>
            <w:tcW w:w="581" w:type="dxa"/>
            <w:shd w:val="clear" w:color="auto" w:fill="auto"/>
            <w:vAlign w:val="center"/>
          </w:tcPr>
          <w:p w14:paraId="69FE48D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722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B3D3D5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640/1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76624C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Vídeňská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49D52F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284867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126D6D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A9CCD5" w14:textId="77777777">
        <w:tc>
          <w:tcPr>
            <w:tcW w:w="581" w:type="dxa"/>
            <w:shd w:val="clear" w:color="auto" w:fill="auto"/>
            <w:vAlign w:val="center"/>
          </w:tcPr>
          <w:p w14:paraId="694217D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723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79901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1249/3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3E6CA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7F4413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0776A5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038949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D53A348" w14:textId="77777777">
        <w:tc>
          <w:tcPr>
            <w:tcW w:w="581" w:type="dxa"/>
            <w:shd w:val="clear" w:color="auto" w:fill="auto"/>
            <w:vAlign w:val="center"/>
          </w:tcPr>
          <w:p w14:paraId="1E23EF0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724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394DB3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1249/3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0AAD5B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D6070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1D7814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388ACA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2ED5AD5" w14:textId="77777777">
        <w:tc>
          <w:tcPr>
            <w:tcW w:w="581" w:type="dxa"/>
            <w:shd w:val="clear" w:color="auto" w:fill="auto"/>
            <w:vAlign w:val="center"/>
          </w:tcPr>
          <w:p w14:paraId="6CABF8A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725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C6F871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1160/1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D9E8EF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Kopečná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6DE8A9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278ABE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A68D62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16590FB" w14:textId="77777777">
        <w:tc>
          <w:tcPr>
            <w:tcW w:w="581" w:type="dxa"/>
            <w:shd w:val="clear" w:color="auto" w:fill="auto"/>
            <w:vAlign w:val="center"/>
          </w:tcPr>
          <w:p w14:paraId="56C279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726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DAC4DC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1289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630D71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Leitnerova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AB924E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BC9F36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D8AD04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194EA6B" w14:textId="77777777">
        <w:tc>
          <w:tcPr>
            <w:tcW w:w="581" w:type="dxa"/>
            <w:shd w:val="clear" w:color="auto" w:fill="auto"/>
            <w:vAlign w:val="center"/>
          </w:tcPr>
          <w:p w14:paraId="7077CED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727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F45F5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584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9E443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Opletalova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4F9238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4D586E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EA52BF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053B4A7" w14:textId="77777777">
        <w:tc>
          <w:tcPr>
            <w:tcW w:w="581" w:type="dxa"/>
            <w:shd w:val="clear" w:color="auto" w:fill="auto"/>
            <w:vAlign w:val="center"/>
          </w:tcPr>
          <w:p w14:paraId="18F1C11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728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D8A893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1471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6BF03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Mášova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8FE12D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625A50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D3834E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7064FAC" w14:textId="77777777">
        <w:tc>
          <w:tcPr>
            <w:tcW w:w="581" w:type="dxa"/>
            <w:shd w:val="clear" w:color="auto" w:fill="auto"/>
            <w:vAlign w:val="center"/>
          </w:tcPr>
          <w:p w14:paraId="4646400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729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01288A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1471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2117F8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Mášova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45555F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8D010B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11D2AF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97E7B03" w14:textId="77777777">
        <w:tc>
          <w:tcPr>
            <w:tcW w:w="581" w:type="dxa"/>
            <w:shd w:val="clear" w:color="auto" w:fill="auto"/>
            <w:vAlign w:val="center"/>
          </w:tcPr>
          <w:p w14:paraId="482B62A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730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375AE5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1249/3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4AD0BA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Vodní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DA3EDC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4E6311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DF6A0A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8BBF58" w14:textId="77777777">
        <w:tc>
          <w:tcPr>
            <w:tcW w:w="581" w:type="dxa"/>
            <w:shd w:val="clear" w:color="auto" w:fill="auto"/>
            <w:vAlign w:val="center"/>
          </w:tcPr>
          <w:p w14:paraId="3442197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731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6D7382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384/27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99309A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8E6872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EDB356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A9BF17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232D9E6" w14:textId="77777777">
        <w:tc>
          <w:tcPr>
            <w:tcW w:w="581" w:type="dxa"/>
            <w:shd w:val="clear" w:color="auto" w:fill="auto"/>
            <w:vAlign w:val="center"/>
          </w:tcPr>
          <w:p w14:paraId="1B386DA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732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ED2B17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581/1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3EE5B3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A2D85D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F75ADC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09794C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FAA342B" w14:textId="77777777">
        <w:tc>
          <w:tcPr>
            <w:tcW w:w="581" w:type="dxa"/>
            <w:shd w:val="clear" w:color="auto" w:fill="auto"/>
            <w:vAlign w:val="center"/>
          </w:tcPr>
          <w:p w14:paraId="23DE3D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733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FE35AD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1501/27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21B59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Vídeňská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8402B8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0D2095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4BD5D1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1CB9790" w14:textId="77777777">
        <w:tc>
          <w:tcPr>
            <w:tcW w:w="581" w:type="dxa"/>
            <w:shd w:val="clear" w:color="auto" w:fill="auto"/>
            <w:vAlign w:val="center"/>
          </w:tcPr>
          <w:p w14:paraId="6FA041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734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1FE545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581/1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4F79E3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A7EB9B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AA791B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98E43C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0DC0DDE" w14:textId="77777777">
        <w:tc>
          <w:tcPr>
            <w:tcW w:w="581" w:type="dxa"/>
            <w:shd w:val="clear" w:color="auto" w:fill="auto"/>
            <w:vAlign w:val="center"/>
          </w:tcPr>
          <w:p w14:paraId="0A8260D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735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6C985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1501/27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C257C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Vídeňská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537217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F0A912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36EE88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F3A0651" w14:textId="77777777">
        <w:tc>
          <w:tcPr>
            <w:tcW w:w="581" w:type="dxa"/>
            <w:shd w:val="clear" w:color="auto" w:fill="auto"/>
            <w:vAlign w:val="center"/>
          </w:tcPr>
          <w:p w14:paraId="650CAA4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736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1EE561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1374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F689AF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Sokolská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B0D2EC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3C83B3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395A72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4E6F47D" w14:textId="77777777">
        <w:tc>
          <w:tcPr>
            <w:tcW w:w="581" w:type="dxa"/>
            <w:shd w:val="clear" w:color="auto" w:fill="auto"/>
            <w:vAlign w:val="center"/>
          </w:tcPr>
          <w:p w14:paraId="10111D0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737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B9379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1630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3BA220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Poříčí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6B8AD7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5E404F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79FB4C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046BD91" w14:textId="77777777">
        <w:tc>
          <w:tcPr>
            <w:tcW w:w="581" w:type="dxa"/>
            <w:shd w:val="clear" w:color="auto" w:fill="auto"/>
            <w:vAlign w:val="center"/>
          </w:tcPr>
          <w:p w14:paraId="2B3E09B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738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608AFE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3817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651817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náměstí 28. října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FDFB94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4D46C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440429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FFC569A" w14:textId="77777777">
        <w:tc>
          <w:tcPr>
            <w:tcW w:w="581" w:type="dxa"/>
            <w:shd w:val="clear" w:color="auto" w:fill="auto"/>
            <w:vAlign w:val="center"/>
          </w:tcPr>
          <w:p w14:paraId="14E35E7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739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1AC89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1084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2C4D6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Pellicova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5A2687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28EADB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6AA57E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5F80E6F" w14:textId="77777777">
        <w:tc>
          <w:tcPr>
            <w:tcW w:w="581" w:type="dxa"/>
            <w:shd w:val="clear" w:color="auto" w:fill="auto"/>
            <w:vAlign w:val="center"/>
          </w:tcPr>
          <w:p w14:paraId="5E92FF3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8553CA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384/23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90435C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Grmelova a Renneské třídy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18EB5E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AE45C3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5B398C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E1EE980" w14:textId="77777777">
        <w:tc>
          <w:tcPr>
            <w:tcW w:w="581" w:type="dxa"/>
            <w:shd w:val="clear" w:color="auto" w:fill="auto"/>
            <w:vAlign w:val="center"/>
          </w:tcPr>
          <w:p w14:paraId="284EAED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D97156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81CBD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1B0E41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A2ABF5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4FA370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CFFBBBF" w14:textId="77777777">
        <w:tc>
          <w:tcPr>
            <w:tcW w:w="581" w:type="dxa"/>
            <w:shd w:val="clear" w:color="auto" w:fill="auto"/>
            <w:vAlign w:val="center"/>
          </w:tcPr>
          <w:p w14:paraId="02F0D66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C5DED7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224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A6C6D2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Veveří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CA3C6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1FE824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BD9C8F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38D1019" w14:textId="77777777">
        <w:tc>
          <w:tcPr>
            <w:tcW w:w="581" w:type="dxa"/>
            <w:shd w:val="clear" w:color="auto" w:fill="auto"/>
            <w:vAlign w:val="center"/>
          </w:tcPr>
          <w:p w14:paraId="19D2465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2E2053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1907/1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3EE3DD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Strž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5C6F91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D4E794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68EE8F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18E9BFE" w14:textId="77777777">
        <w:tc>
          <w:tcPr>
            <w:tcW w:w="581" w:type="dxa"/>
            <w:shd w:val="clear" w:color="auto" w:fill="auto"/>
            <w:vAlign w:val="center"/>
          </w:tcPr>
          <w:p w14:paraId="45AF4EE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173844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1921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7A6A21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Strž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EA5F20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F41BE2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8286A9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2BEE886" w14:textId="77777777">
        <w:tc>
          <w:tcPr>
            <w:tcW w:w="581" w:type="dxa"/>
            <w:shd w:val="clear" w:color="auto" w:fill="auto"/>
            <w:vAlign w:val="center"/>
          </w:tcPr>
          <w:p w14:paraId="4703376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170C22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1921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DD64A2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Strž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0E7CC8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79D40E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6CF1E0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9EF4F31" w14:textId="77777777">
        <w:tc>
          <w:tcPr>
            <w:tcW w:w="581" w:type="dxa"/>
            <w:shd w:val="clear" w:color="auto" w:fill="auto"/>
            <w:vAlign w:val="center"/>
          </w:tcPr>
          <w:p w14:paraId="20EB468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CFE82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1921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ADCF0C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Strž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90DA97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C2BAD7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2A9DF7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8E9CCC7" w14:textId="77777777">
        <w:tc>
          <w:tcPr>
            <w:tcW w:w="581" w:type="dxa"/>
            <w:shd w:val="clear" w:color="auto" w:fill="auto"/>
            <w:vAlign w:val="center"/>
          </w:tcPr>
          <w:p w14:paraId="6CBDFF0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FED0B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1921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3EA9F1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Strž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AE663F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394D0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F12378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1531C17" w14:textId="77777777">
        <w:tc>
          <w:tcPr>
            <w:tcW w:w="581" w:type="dxa"/>
            <w:shd w:val="clear" w:color="auto" w:fill="auto"/>
            <w:vAlign w:val="center"/>
          </w:tcPr>
          <w:p w14:paraId="5C61BCB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C92A5A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1907/1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0EAEA3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Horní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F27157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96E805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F3F7AB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94707A1" w14:textId="77777777">
        <w:tc>
          <w:tcPr>
            <w:tcW w:w="581" w:type="dxa"/>
            <w:shd w:val="clear" w:color="auto" w:fill="auto"/>
            <w:vAlign w:val="center"/>
          </w:tcPr>
          <w:p w14:paraId="0C6969E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30FE08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1281/1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325D50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Jílová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D69CDD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F0ADE0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EF5082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FD987F1" w14:textId="77777777">
        <w:tc>
          <w:tcPr>
            <w:tcW w:w="581" w:type="dxa"/>
            <w:shd w:val="clear" w:color="auto" w:fill="auto"/>
            <w:vAlign w:val="center"/>
          </w:tcPr>
          <w:p w14:paraId="04FC733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3DC187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1281/2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DA4264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Jílová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D5DA52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C965CF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79D47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1EF766C" w14:textId="77777777">
        <w:tc>
          <w:tcPr>
            <w:tcW w:w="581" w:type="dxa"/>
            <w:shd w:val="clear" w:color="auto" w:fill="auto"/>
            <w:vAlign w:val="center"/>
          </w:tcPr>
          <w:p w14:paraId="4740FB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30893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1471/6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B0ADB0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Celní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A80D5B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B9375D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31D9BD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DEA8DF1" w14:textId="77777777">
        <w:tc>
          <w:tcPr>
            <w:tcW w:w="581" w:type="dxa"/>
            <w:shd w:val="clear" w:color="auto" w:fill="auto"/>
            <w:vAlign w:val="center"/>
          </w:tcPr>
          <w:p w14:paraId="2A9ECA6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8C6A71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1907/1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80595A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Strž a ul. Horní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94B995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44563E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515BC6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6C9F881" w14:textId="77777777">
        <w:tc>
          <w:tcPr>
            <w:tcW w:w="581" w:type="dxa"/>
            <w:shd w:val="clear" w:color="auto" w:fill="auto"/>
            <w:vAlign w:val="center"/>
          </w:tcPr>
          <w:p w14:paraId="2A54496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E9152E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82566B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Sedlákova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DE35B2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62D59C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4DA53B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C130EC0" w14:textId="77777777">
        <w:tc>
          <w:tcPr>
            <w:tcW w:w="581" w:type="dxa"/>
            <w:shd w:val="clear" w:color="auto" w:fill="auto"/>
            <w:vAlign w:val="center"/>
          </w:tcPr>
          <w:p w14:paraId="6D4F5E1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8D910B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A63023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Sedlákova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59BC1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492C28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D3EC4D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773761C" w14:textId="77777777">
        <w:tc>
          <w:tcPr>
            <w:tcW w:w="581" w:type="dxa"/>
            <w:shd w:val="clear" w:color="auto" w:fill="auto"/>
            <w:vAlign w:val="center"/>
          </w:tcPr>
          <w:p w14:paraId="0229CBF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883AD0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E91087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Sedlákova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CFF56F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AB7F40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E18C61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C32859F" w14:textId="77777777">
        <w:tc>
          <w:tcPr>
            <w:tcW w:w="581" w:type="dxa"/>
            <w:shd w:val="clear" w:color="auto" w:fill="auto"/>
            <w:vAlign w:val="center"/>
          </w:tcPr>
          <w:p w14:paraId="6386D44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68AAC4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0FF8BF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Sedlákova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6A84AD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14C972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24F02F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9CFB48" w14:textId="77777777">
        <w:tc>
          <w:tcPr>
            <w:tcW w:w="581" w:type="dxa"/>
            <w:shd w:val="clear" w:color="auto" w:fill="auto"/>
            <w:vAlign w:val="center"/>
          </w:tcPr>
          <w:p w14:paraId="093CD2D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D7177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177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4F495A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Sedlákova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61D8E4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6E7B0C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1768A1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1393B6" w14:textId="77777777">
        <w:tc>
          <w:tcPr>
            <w:tcW w:w="581" w:type="dxa"/>
            <w:shd w:val="clear" w:color="auto" w:fill="auto"/>
            <w:vAlign w:val="center"/>
          </w:tcPr>
          <w:p w14:paraId="3060F25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23CDC4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293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3DA60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Havlíčkova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BB0875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E44D21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13DCDF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57AF087" w14:textId="77777777">
        <w:tc>
          <w:tcPr>
            <w:tcW w:w="581" w:type="dxa"/>
            <w:shd w:val="clear" w:color="auto" w:fill="auto"/>
            <w:vAlign w:val="center"/>
          </w:tcPr>
          <w:p w14:paraId="1916872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04CD64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293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EC5A1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Havlíčkova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EE136F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10795E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B0E7A6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01E32C4" w14:textId="77777777">
        <w:tc>
          <w:tcPr>
            <w:tcW w:w="581" w:type="dxa"/>
            <w:shd w:val="clear" w:color="auto" w:fill="auto"/>
            <w:vAlign w:val="center"/>
          </w:tcPr>
          <w:p w14:paraId="786A318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CFBC5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172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1C6C4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Wurmova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16E4FB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FF46C0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EE05B6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CE5ED06" w14:textId="77777777">
        <w:tc>
          <w:tcPr>
            <w:tcW w:w="581" w:type="dxa"/>
            <w:shd w:val="clear" w:color="auto" w:fill="auto"/>
            <w:vAlign w:val="center"/>
          </w:tcPr>
          <w:p w14:paraId="418E483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A755CF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196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37C5AA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Wurmova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4AE9A3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95F699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C6229A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B82231A" w14:textId="77777777">
        <w:tc>
          <w:tcPr>
            <w:tcW w:w="581" w:type="dxa"/>
            <w:shd w:val="clear" w:color="auto" w:fill="auto"/>
            <w:vAlign w:val="center"/>
          </w:tcPr>
          <w:p w14:paraId="7BC2DFE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E14DA9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196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112B0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Wurmova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518F32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935986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823ABC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46EC2CF" w14:textId="77777777">
        <w:tc>
          <w:tcPr>
            <w:tcW w:w="581" w:type="dxa"/>
            <w:shd w:val="clear" w:color="auto" w:fill="auto"/>
            <w:vAlign w:val="center"/>
          </w:tcPr>
          <w:p w14:paraId="6A89513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763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0FCC03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353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B66914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Wurmova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8E17EA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DC4CFB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26193C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F501FA1" w14:textId="77777777">
        <w:tc>
          <w:tcPr>
            <w:tcW w:w="581" w:type="dxa"/>
            <w:shd w:val="clear" w:color="auto" w:fill="auto"/>
            <w:vAlign w:val="center"/>
          </w:tcPr>
          <w:p w14:paraId="38345BA9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BAD41C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592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0C151E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Jiříkovského a ul. Roubalova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6FBFE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12177C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BFCE0F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047E16" w14:textId="77777777">
        <w:tc>
          <w:tcPr>
            <w:tcW w:w="581" w:type="dxa"/>
            <w:shd w:val="clear" w:color="auto" w:fill="auto"/>
            <w:vAlign w:val="center"/>
          </w:tcPr>
          <w:p w14:paraId="7FDA3588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1449EA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1340/1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86B3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Kalvodova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A9B38F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FE561A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DF27B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AD4BA4F" w14:textId="77777777">
        <w:tc>
          <w:tcPr>
            <w:tcW w:w="581" w:type="dxa"/>
            <w:shd w:val="clear" w:color="auto" w:fill="auto"/>
            <w:vAlign w:val="center"/>
          </w:tcPr>
          <w:p w14:paraId="5865F89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AFDC61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1420/63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4A449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Bohuslava Martinů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DA5813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15B8F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096234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8623CE8" w14:textId="77777777">
        <w:tc>
          <w:tcPr>
            <w:tcW w:w="581" w:type="dxa"/>
            <w:shd w:val="clear" w:color="auto" w:fill="auto"/>
            <w:vAlign w:val="center"/>
          </w:tcPr>
          <w:p w14:paraId="6DFC15C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ADD72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1373/8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C7EF8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Bohuslava Martinů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E1A1D5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AE47DE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ABEE4F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37E131D" w14:textId="77777777">
        <w:tc>
          <w:tcPr>
            <w:tcW w:w="581" w:type="dxa"/>
            <w:shd w:val="clear" w:color="auto" w:fill="auto"/>
            <w:vAlign w:val="center"/>
          </w:tcPr>
          <w:p w14:paraId="4BC7691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C16BAB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1385/1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F06F7B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Bohuslava Martinů a ul. Barvičova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95B235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868A3D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624F0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33D3873" w14:textId="77777777">
        <w:tc>
          <w:tcPr>
            <w:tcW w:w="581" w:type="dxa"/>
            <w:shd w:val="clear" w:color="auto" w:fill="auto"/>
            <w:vAlign w:val="center"/>
          </w:tcPr>
          <w:p w14:paraId="06AFFE0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8B1244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1214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EC89B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Hlávkova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0FADEA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33DAB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FE9B12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6E8B0B8" w14:textId="77777777">
        <w:tc>
          <w:tcPr>
            <w:tcW w:w="581" w:type="dxa"/>
            <w:shd w:val="clear" w:color="auto" w:fill="auto"/>
            <w:vAlign w:val="center"/>
          </w:tcPr>
          <w:p w14:paraId="5EAB58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E601D3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1476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84CA44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Barvičova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F485DD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645C82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E1CEE2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F52DC36" w14:textId="77777777">
        <w:tc>
          <w:tcPr>
            <w:tcW w:w="581" w:type="dxa"/>
            <w:shd w:val="clear" w:color="auto" w:fill="auto"/>
            <w:vAlign w:val="center"/>
          </w:tcPr>
          <w:p w14:paraId="57D0744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309EEA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242 Pisárky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F15909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Hroznová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95846D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AA1C3F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AE71D1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CE8EEE3" w14:textId="77777777">
        <w:tc>
          <w:tcPr>
            <w:tcW w:w="581" w:type="dxa"/>
            <w:shd w:val="clear" w:color="auto" w:fill="auto"/>
            <w:vAlign w:val="center"/>
          </w:tcPr>
          <w:p w14:paraId="18D6BE9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15A587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206/1 Pisárky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20063C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Žabovřeská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400E35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11E9DB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E945E0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E4CACE5" w14:textId="77777777">
        <w:tc>
          <w:tcPr>
            <w:tcW w:w="581" w:type="dxa"/>
            <w:shd w:val="clear" w:color="auto" w:fill="auto"/>
            <w:vAlign w:val="center"/>
          </w:tcPr>
          <w:p w14:paraId="0F2176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1C50B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205/1 Pisárky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F51FE5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Hlinky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797771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8BFC61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01FC81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376B2F5" w14:textId="77777777">
        <w:tc>
          <w:tcPr>
            <w:tcW w:w="581" w:type="dxa"/>
            <w:shd w:val="clear" w:color="auto" w:fill="auto"/>
            <w:vAlign w:val="center"/>
          </w:tcPr>
          <w:p w14:paraId="1E91950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0FCE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324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376546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Tvrdého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908E1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DA7FBA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06EBDD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6F708BA" w14:textId="77777777">
        <w:tc>
          <w:tcPr>
            <w:tcW w:w="581" w:type="dxa"/>
            <w:shd w:val="clear" w:color="auto" w:fill="auto"/>
            <w:vAlign w:val="center"/>
          </w:tcPr>
          <w:p w14:paraId="3BBC3B8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F4420F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294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3B1F17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Tomešova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C89F3A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354D35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83D692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612EF8C" w14:textId="77777777">
        <w:tc>
          <w:tcPr>
            <w:tcW w:w="581" w:type="dxa"/>
            <w:shd w:val="clear" w:color="auto" w:fill="auto"/>
            <w:vAlign w:val="center"/>
          </w:tcPr>
          <w:p w14:paraId="7E16BD6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96E1A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FFC60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Úvoz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009E04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5ECB28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48965C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4D532F0" w14:textId="77777777">
        <w:tc>
          <w:tcPr>
            <w:tcW w:w="581" w:type="dxa"/>
            <w:shd w:val="clear" w:color="auto" w:fill="auto"/>
            <w:vAlign w:val="center"/>
          </w:tcPr>
          <w:p w14:paraId="1F7C76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4D404E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4CDC97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Úvoz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5B6E47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467D4A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E566E6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E291919" w14:textId="77777777">
        <w:tc>
          <w:tcPr>
            <w:tcW w:w="581" w:type="dxa"/>
            <w:shd w:val="clear" w:color="auto" w:fill="auto"/>
            <w:vAlign w:val="center"/>
          </w:tcPr>
          <w:p w14:paraId="321007C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C06B7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8B301A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Úvoz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653471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3DB655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2CBC3F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852BC26" w14:textId="77777777">
        <w:tc>
          <w:tcPr>
            <w:tcW w:w="581" w:type="dxa"/>
            <w:shd w:val="clear" w:color="auto" w:fill="auto"/>
            <w:vAlign w:val="center"/>
          </w:tcPr>
          <w:p w14:paraId="59B48310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D14D26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83/1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2D7BDB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Úvoz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995CD4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2F1E92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58B33E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EED70AF" w14:textId="77777777">
        <w:tc>
          <w:tcPr>
            <w:tcW w:w="581" w:type="dxa"/>
            <w:shd w:val="clear" w:color="auto" w:fill="auto"/>
            <w:vAlign w:val="center"/>
          </w:tcPr>
          <w:p w14:paraId="0908BD1F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F4C146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1546/5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4B7412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Oblouková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54A720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405EEC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2A63FE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77BB371" w14:textId="77777777">
        <w:tc>
          <w:tcPr>
            <w:tcW w:w="581" w:type="dxa"/>
            <w:shd w:val="clear" w:color="auto" w:fill="auto"/>
            <w:vAlign w:val="center"/>
          </w:tcPr>
          <w:p w14:paraId="4608AA2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781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574D6C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1546/5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E5FD7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Oblouková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DEC485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C9FFAF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06B828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391E2C0" w14:textId="77777777">
        <w:tc>
          <w:tcPr>
            <w:tcW w:w="581" w:type="dxa"/>
            <w:shd w:val="clear" w:color="auto" w:fill="auto"/>
            <w:vAlign w:val="center"/>
          </w:tcPr>
          <w:p w14:paraId="2F9F983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89F6F9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1546/5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788C62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Oblouková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525A46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020B0A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126AB9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F034F08" w14:textId="77777777">
        <w:tc>
          <w:tcPr>
            <w:tcW w:w="581" w:type="dxa"/>
            <w:shd w:val="clear" w:color="auto" w:fill="auto"/>
            <w:vAlign w:val="center"/>
          </w:tcPr>
          <w:p w14:paraId="2EB4B53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599EF0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1548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D73C1C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Oblouková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CDDA7C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E7AC89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76D813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36E8929" w14:textId="77777777">
        <w:tc>
          <w:tcPr>
            <w:tcW w:w="581" w:type="dxa"/>
            <w:shd w:val="clear" w:color="auto" w:fill="auto"/>
            <w:vAlign w:val="center"/>
          </w:tcPr>
          <w:p w14:paraId="6CFBD24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3BDD4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1564/1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48507A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Vysoká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E83481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D70893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14D096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2BE480C" w14:textId="77777777">
        <w:tc>
          <w:tcPr>
            <w:tcW w:w="581" w:type="dxa"/>
            <w:shd w:val="clear" w:color="auto" w:fill="auto"/>
            <w:vAlign w:val="center"/>
          </w:tcPr>
          <w:p w14:paraId="2290D47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932D82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1548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E9A451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Pšeník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F59CB7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2E05A7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3FB823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6B0C364" w14:textId="77777777">
        <w:tc>
          <w:tcPr>
            <w:tcW w:w="581" w:type="dxa"/>
            <w:shd w:val="clear" w:color="auto" w:fill="auto"/>
            <w:vAlign w:val="center"/>
          </w:tcPr>
          <w:p w14:paraId="38DEE1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984AA9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190A57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Bratislavská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5298F5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66BE74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49441E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25F2CD5" w14:textId="77777777">
        <w:tc>
          <w:tcPr>
            <w:tcW w:w="581" w:type="dxa"/>
            <w:shd w:val="clear" w:color="auto" w:fill="auto"/>
            <w:vAlign w:val="center"/>
          </w:tcPr>
          <w:p w14:paraId="4644749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B39DDE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603F73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Bratislavská a ul. Körnerova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12EAC5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696D03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2BE877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4F33725" w14:textId="77777777">
        <w:tc>
          <w:tcPr>
            <w:tcW w:w="581" w:type="dxa"/>
            <w:shd w:val="clear" w:color="auto" w:fill="auto"/>
            <w:vAlign w:val="center"/>
          </w:tcPr>
          <w:p w14:paraId="6847AA2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056FAD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3E2338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Bratislavská a ul. Körnerova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7DF433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B2377C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AB676A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E397245" w14:textId="77777777">
        <w:tc>
          <w:tcPr>
            <w:tcW w:w="581" w:type="dxa"/>
            <w:shd w:val="clear" w:color="auto" w:fill="auto"/>
            <w:vAlign w:val="center"/>
          </w:tcPr>
          <w:p w14:paraId="519742A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2E60EE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ED6EA9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Körnerova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5F29CE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77A92B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45BBB9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F1BA44" w14:textId="77777777">
        <w:tc>
          <w:tcPr>
            <w:tcW w:w="581" w:type="dxa"/>
            <w:shd w:val="clear" w:color="auto" w:fill="auto"/>
            <w:vAlign w:val="center"/>
          </w:tcPr>
          <w:p w14:paraId="1CE17AB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790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12C7F9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326980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Bratislavská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AA3CAF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8AD5D9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DEC1BC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6371521" w14:textId="77777777">
        <w:tc>
          <w:tcPr>
            <w:tcW w:w="581" w:type="dxa"/>
            <w:shd w:val="clear" w:color="auto" w:fill="auto"/>
            <w:vAlign w:val="center"/>
          </w:tcPr>
          <w:p w14:paraId="6583A5E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791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680A20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FD3C95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Bratislavská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AE00BA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02C324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A92A0F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7A5FA94" w14:textId="77777777">
        <w:tc>
          <w:tcPr>
            <w:tcW w:w="581" w:type="dxa"/>
            <w:shd w:val="clear" w:color="auto" w:fill="auto"/>
            <w:vAlign w:val="center"/>
          </w:tcPr>
          <w:p w14:paraId="7A32593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792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894B49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BE023F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Stará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0D0E6B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92EE90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7AF358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B97ABEE" w14:textId="77777777">
        <w:tc>
          <w:tcPr>
            <w:tcW w:w="581" w:type="dxa"/>
            <w:shd w:val="clear" w:color="auto" w:fill="auto"/>
            <w:vAlign w:val="center"/>
          </w:tcPr>
          <w:p w14:paraId="058AB48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793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53C00F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465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9FF16B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Příční a ul. Bratislavská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A167F4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C1CE39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B53DED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B33C052" w14:textId="77777777">
        <w:tc>
          <w:tcPr>
            <w:tcW w:w="581" w:type="dxa"/>
            <w:shd w:val="clear" w:color="auto" w:fill="auto"/>
            <w:vAlign w:val="center"/>
          </w:tcPr>
          <w:p w14:paraId="24AB7F3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794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23B10F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769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F073E0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Údolní a ul. Joštova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E3925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C731BB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6FAB66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64DE285" w14:textId="77777777">
        <w:tc>
          <w:tcPr>
            <w:tcW w:w="581" w:type="dxa"/>
            <w:shd w:val="clear" w:color="auto" w:fill="auto"/>
            <w:vAlign w:val="center"/>
          </w:tcPr>
          <w:p w14:paraId="7B65C0C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795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9A1C54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215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E1ACC3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Veveří a ul. Jana Uhra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518A75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DD8237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D4B5C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8F2A69C" w14:textId="77777777">
        <w:tc>
          <w:tcPr>
            <w:tcW w:w="581" w:type="dxa"/>
            <w:shd w:val="clear" w:color="auto" w:fill="auto"/>
            <w:vAlign w:val="center"/>
          </w:tcPr>
          <w:p w14:paraId="74F7B24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796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D7F1CD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215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82563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Jana Uhra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33294A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67EDE9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C2EC2C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76F2127" w14:textId="77777777">
        <w:tc>
          <w:tcPr>
            <w:tcW w:w="581" w:type="dxa"/>
            <w:shd w:val="clear" w:color="auto" w:fill="auto"/>
            <w:vAlign w:val="center"/>
          </w:tcPr>
          <w:p w14:paraId="5FEE54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797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51E95A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169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160512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Jiráskova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716406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BB267B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641DAA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1D9A664" w14:textId="77777777">
        <w:tc>
          <w:tcPr>
            <w:tcW w:w="581" w:type="dxa"/>
            <w:shd w:val="clear" w:color="auto" w:fill="auto"/>
            <w:vAlign w:val="center"/>
          </w:tcPr>
          <w:p w14:paraId="1D5783C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798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1671C0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215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BAAC4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Jana Uhra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14271A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D0E916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2EDA4D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0921743" w14:textId="77777777">
        <w:tc>
          <w:tcPr>
            <w:tcW w:w="581" w:type="dxa"/>
            <w:shd w:val="clear" w:color="auto" w:fill="auto"/>
            <w:vAlign w:val="center"/>
          </w:tcPr>
          <w:p w14:paraId="75D145C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799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86FFD3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929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B526A9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Čápkova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D1136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6E3295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3B4F7C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F566025" w14:textId="77777777">
        <w:tc>
          <w:tcPr>
            <w:tcW w:w="581" w:type="dxa"/>
            <w:shd w:val="clear" w:color="auto" w:fill="auto"/>
            <w:vAlign w:val="center"/>
          </w:tcPr>
          <w:p w14:paraId="7F931EF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A1790F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5224C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Jana Uhra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FDF5C6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6E857C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A7B180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72F3497" w14:textId="77777777">
        <w:tc>
          <w:tcPr>
            <w:tcW w:w="581" w:type="dxa"/>
            <w:shd w:val="clear" w:color="auto" w:fill="auto"/>
            <w:vAlign w:val="center"/>
          </w:tcPr>
          <w:p w14:paraId="2FB358D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E63EB1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A3E0FD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Jiráskova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9F39AE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18B69C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C662F3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C884496" w14:textId="77777777">
        <w:tc>
          <w:tcPr>
            <w:tcW w:w="581" w:type="dxa"/>
            <w:shd w:val="clear" w:color="auto" w:fill="auto"/>
            <w:vAlign w:val="center"/>
          </w:tcPr>
          <w:p w14:paraId="49016CB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6B42C2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90EAA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Grohova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2A3BAF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E498E0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6DA374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59490C1" w14:textId="77777777">
        <w:tc>
          <w:tcPr>
            <w:tcW w:w="581" w:type="dxa"/>
            <w:shd w:val="clear" w:color="auto" w:fill="auto"/>
            <w:vAlign w:val="center"/>
          </w:tcPr>
          <w:p w14:paraId="72BC107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3D1C87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203EEC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Grohova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BEBD33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1136C3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12AE4B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724DF34" w14:textId="77777777">
        <w:tc>
          <w:tcPr>
            <w:tcW w:w="581" w:type="dxa"/>
            <w:shd w:val="clear" w:color="auto" w:fill="auto"/>
            <w:vAlign w:val="center"/>
          </w:tcPr>
          <w:p w14:paraId="4F81FAE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883520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113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ED9AE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Čápkova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65D302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00DB2C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88FFE8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91A4626" w14:textId="77777777">
        <w:tc>
          <w:tcPr>
            <w:tcW w:w="581" w:type="dxa"/>
            <w:shd w:val="clear" w:color="auto" w:fill="auto"/>
            <w:vAlign w:val="center"/>
          </w:tcPr>
          <w:p w14:paraId="3C93BD6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AD53D3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279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19AD81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Smetanova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C6124D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5CF9D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8C7191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EFDBB45" w14:textId="77777777">
        <w:tc>
          <w:tcPr>
            <w:tcW w:w="581" w:type="dxa"/>
            <w:shd w:val="clear" w:color="auto" w:fill="auto"/>
            <w:vAlign w:val="center"/>
          </w:tcPr>
          <w:p w14:paraId="7001DB8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24F749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346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D3918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Marešova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269124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3F04F1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5162E5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2221E36" w14:textId="77777777">
        <w:tc>
          <w:tcPr>
            <w:tcW w:w="581" w:type="dxa"/>
            <w:shd w:val="clear" w:color="auto" w:fill="auto"/>
            <w:vAlign w:val="center"/>
          </w:tcPr>
          <w:p w14:paraId="070607D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D68227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EFF1B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BC08A0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47CA5B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CEED9B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267F2E4" w14:textId="77777777">
        <w:tc>
          <w:tcPr>
            <w:tcW w:w="581" w:type="dxa"/>
            <w:shd w:val="clear" w:color="auto" w:fill="auto"/>
            <w:vAlign w:val="center"/>
          </w:tcPr>
          <w:p w14:paraId="51EDDF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D9D47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5D0874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BE1BE2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E499DF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93DC98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5EC24FD" w14:textId="77777777">
        <w:tc>
          <w:tcPr>
            <w:tcW w:w="581" w:type="dxa"/>
            <w:shd w:val="clear" w:color="auto" w:fill="auto"/>
            <w:vAlign w:val="center"/>
          </w:tcPr>
          <w:p w14:paraId="38DDE1E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3313DC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1BDEB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F3C3A7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49BF09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69263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9D443CF" w14:textId="77777777">
        <w:tc>
          <w:tcPr>
            <w:tcW w:w="581" w:type="dxa"/>
            <w:shd w:val="clear" w:color="auto" w:fill="auto"/>
            <w:vAlign w:val="center"/>
          </w:tcPr>
          <w:p w14:paraId="1F53ADF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844BA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FB6E3A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647A13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500428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605DBF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DD5171A" w14:textId="77777777">
        <w:tc>
          <w:tcPr>
            <w:tcW w:w="581" w:type="dxa"/>
            <w:shd w:val="clear" w:color="auto" w:fill="auto"/>
            <w:vAlign w:val="center"/>
          </w:tcPr>
          <w:p w14:paraId="4F3A351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71290F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E50FC2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3E6072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AAD832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8CCE5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D6E5586" w14:textId="77777777">
        <w:tc>
          <w:tcPr>
            <w:tcW w:w="581" w:type="dxa"/>
            <w:shd w:val="clear" w:color="auto" w:fill="auto"/>
            <w:vAlign w:val="center"/>
          </w:tcPr>
          <w:p w14:paraId="22E43A6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8A25C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7CB884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6382E0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44A0CA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7D4E55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F236E82" w14:textId="77777777">
        <w:tc>
          <w:tcPr>
            <w:tcW w:w="581" w:type="dxa"/>
            <w:shd w:val="clear" w:color="auto" w:fill="auto"/>
            <w:vAlign w:val="center"/>
          </w:tcPr>
          <w:p w14:paraId="3CD3F49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A5BD32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FBF2CE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42B195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4784D5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63BCC9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0644AFB" w14:textId="77777777">
        <w:tc>
          <w:tcPr>
            <w:tcW w:w="581" w:type="dxa"/>
            <w:shd w:val="clear" w:color="auto" w:fill="auto"/>
            <w:vAlign w:val="center"/>
          </w:tcPr>
          <w:p w14:paraId="5D531B8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8552ED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6F2CB8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B775A6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CD30EA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7E53D0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FCD8EDC" w14:textId="77777777">
        <w:tc>
          <w:tcPr>
            <w:tcW w:w="581" w:type="dxa"/>
            <w:shd w:val="clear" w:color="auto" w:fill="auto"/>
            <w:vAlign w:val="center"/>
          </w:tcPr>
          <w:p w14:paraId="129D53A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89E162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3C5187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B481A1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81ED40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1B8F64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AFCEFC1" w14:textId="77777777">
        <w:tc>
          <w:tcPr>
            <w:tcW w:w="581" w:type="dxa"/>
            <w:shd w:val="clear" w:color="auto" w:fill="auto"/>
            <w:vAlign w:val="center"/>
          </w:tcPr>
          <w:p w14:paraId="4BEE722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59F038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0577AC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70E269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4EB6A3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6558C8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2C738E6" w14:textId="77777777">
        <w:tc>
          <w:tcPr>
            <w:tcW w:w="581" w:type="dxa"/>
            <w:shd w:val="clear" w:color="auto" w:fill="auto"/>
            <w:vAlign w:val="center"/>
          </w:tcPr>
          <w:p w14:paraId="0486C1B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0C2540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3871/2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A1EACD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Drobného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5D9B09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B5752E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014A33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18104C" w14:textId="77777777">
        <w:tc>
          <w:tcPr>
            <w:tcW w:w="581" w:type="dxa"/>
            <w:shd w:val="clear" w:color="auto" w:fill="auto"/>
            <w:vAlign w:val="center"/>
          </w:tcPr>
          <w:p w14:paraId="4FDE8BF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7ABAC3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3819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FF98F2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Vrchlického sad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F552E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5799D3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5911D2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A505C8D" w14:textId="77777777">
        <w:tc>
          <w:tcPr>
            <w:tcW w:w="581" w:type="dxa"/>
            <w:shd w:val="clear" w:color="auto" w:fill="auto"/>
            <w:vAlign w:val="center"/>
          </w:tcPr>
          <w:p w14:paraId="45361730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72475A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3741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CC1C8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na rohu ul.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Hilleho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 xml:space="preserve"> a náměstí 28. října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147113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E6BEC8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D5ED64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C61145D" w14:textId="77777777">
        <w:tc>
          <w:tcPr>
            <w:tcW w:w="581" w:type="dxa"/>
            <w:shd w:val="clear" w:color="auto" w:fill="auto"/>
            <w:vAlign w:val="center"/>
          </w:tcPr>
          <w:p w14:paraId="77FB94D7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989F39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3784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C53C3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Kudelova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47DDE7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BCBF38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A49CD9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ACA9B7B" w14:textId="77777777">
        <w:tc>
          <w:tcPr>
            <w:tcW w:w="581" w:type="dxa"/>
            <w:shd w:val="clear" w:color="auto" w:fill="auto"/>
            <w:vAlign w:val="center"/>
          </w:tcPr>
          <w:p w14:paraId="43570CF3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D98A5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3815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423A67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Kudelova a náměstí 28. října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6B6ADE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93A3C0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A1CB7F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01F6DCF" w14:textId="77777777">
        <w:tc>
          <w:tcPr>
            <w:tcW w:w="581" w:type="dxa"/>
            <w:shd w:val="clear" w:color="auto" w:fill="auto"/>
            <w:vAlign w:val="center"/>
          </w:tcPr>
          <w:p w14:paraId="09BB973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CA541D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ADCCB8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378A07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5B16F9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311E23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9D9C2F4" w14:textId="77777777">
        <w:tc>
          <w:tcPr>
            <w:tcW w:w="581" w:type="dxa"/>
            <w:shd w:val="clear" w:color="auto" w:fill="auto"/>
            <w:vAlign w:val="center"/>
          </w:tcPr>
          <w:p w14:paraId="20C4695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A0A82A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431C2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99BFC0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021708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DE7349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7EBAB1F" w14:textId="77777777">
        <w:tc>
          <w:tcPr>
            <w:tcW w:w="581" w:type="dxa"/>
            <w:shd w:val="clear" w:color="auto" w:fill="auto"/>
            <w:vAlign w:val="center"/>
          </w:tcPr>
          <w:p w14:paraId="5218B74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93CC25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640/1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AF8546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Vídeňská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3C9DFB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299089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3EC364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E3CE997" w14:textId="77777777">
        <w:tc>
          <w:tcPr>
            <w:tcW w:w="581" w:type="dxa"/>
            <w:shd w:val="clear" w:color="auto" w:fill="auto"/>
            <w:vAlign w:val="center"/>
          </w:tcPr>
          <w:p w14:paraId="67108FD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16BF5B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640/1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5BD4A1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Vídeňská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9CF1B9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9620B5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158FF0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0EC01C9" w14:textId="77777777">
        <w:tc>
          <w:tcPr>
            <w:tcW w:w="581" w:type="dxa"/>
            <w:shd w:val="clear" w:color="auto" w:fill="auto"/>
            <w:vAlign w:val="center"/>
          </w:tcPr>
          <w:p w14:paraId="61DA203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812E06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309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738BED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Dvorského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6FF1B7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3CEB09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B59D92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B21DD5F" w14:textId="77777777">
        <w:tc>
          <w:tcPr>
            <w:tcW w:w="581" w:type="dxa"/>
            <w:shd w:val="clear" w:color="auto" w:fill="auto"/>
            <w:vAlign w:val="center"/>
          </w:tcPr>
          <w:p w14:paraId="190D4F5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EA995D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826/2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AE6661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Žižkova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3E8874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A99BA3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68944D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6E4271A" w14:textId="77777777">
        <w:tc>
          <w:tcPr>
            <w:tcW w:w="581" w:type="dxa"/>
            <w:shd w:val="clear" w:color="auto" w:fill="auto"/>
            <w:vAlign w:val="center"/>
          </w:tcPr>
          <w:p w14:paraId="2D3638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412952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1327/63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7F01DD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Křídlovická a ul. Nové sady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1B53E1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11C87D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E93605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CF867E3" w14:textId="77777777">
        <w:tc>
          <w:tcPr>
            <w:tcW w:w="581" w:type="dxa"/>
            <w:shd w:val="clear" w:color="auto" w:fill="auto"/>
            <w:vAlign w:val="center"/>
          </w:tcPr>
          <w:p w14:paraId="49BCD21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BD44DF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1190/1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ABFCA8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rozhraní ul. Krokova a ul. Pastrnkova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AC8A5A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E88F6D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772DF9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9B11D4B" w14:textId="77777777">
        <w:tc>
          <w:tcPr>
            <w:tcW w:w="581" w:type="dxa"/>
            <w:shd w:val="clear" w:color="auto" w:fill="auto"/>
            <w:vAlign w:val="center"/>
          </w:tcPr>
          <w:p w14:paraId="60B66CF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17F49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B3474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vedle Muzea romské kultury při ul. Bratislavská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67724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3C14D3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9BC590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4055DD9A" w14:textId="77777777">
        <w:tc>
          <w:tcPr>
            <w:tcW w:w="581" w:type="dxa"/>
            <w:shd w:val="clear" w:color="auto" w:fill="auto"/>
            <w:vAlign w:val="center"/>
          </w:tcPr>
          <w:p w14:paraId="3ABD8A5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471A32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1607/10 Staré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68D87D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Nádvorní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EA1B13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C18E1A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195868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2D2EF3F" w14:textId="77777777">
        <w:tc>
          <w:tcPr>
            <w:tcW w:w="581" w:type="dxa"/>
            <w:shd w:val="clear" w:color="auto" w:fill="auto"/>
            <w:vAlign w:val="center"/>
          </w:tcPr>
          <w:p w14:paraId="3923358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6C8B0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1065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C36ED8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Mahenova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244021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6109A8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604D7A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B9332F3" w14:textId="77777777">
        <w:tc>
          <w:tcPr>
            <w:tcW w:w="581" w:type="dxa"/>
            <w:shd w:val="clear" w:color="auto" w:fill="auto"/>
            <w:vAlign w:val="center"/>
          </w:tcPr>
          <w:p w14:paraId="0131373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81F8E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731 Pisárky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DA1D8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Preslova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504B0A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FF93F3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FB37A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E2EAD69" w14:textId="77777777">
        <w:tc>
          <w:tcPr>
            <w:tcW w:w="581" w:type="dxa"/>
            <w:shd w:val="clear" w:color="auto" w:fill="auto"/>
            <w:vAlign w:val="center"/>
          </w:tcPr>
          <w:p w14:paraId="691664F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B2C965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412 Trnitá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890B1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Masná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200997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C0BA42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5A60C3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35AF6D4" w14:textId="77777777">
        <w:tc>
          <w:tcPr>
            <w:tcW w:w="581" w:type="dxa"/>
            <w:shd w:val="clear" w:color="auto" w:fill="auto"/>
            <w:vAlign w:val="center"/>
          </w:tcPr>
          <w:p w14:paraId="7FBF676A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CEF384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1098/1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04EF5D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Bulínova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03A81F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F999FE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39918D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7DF1BCD8" w14:textId="77777777">
        <w:tc>
          <w:tcPr>
            <w:tcW w:w="581" w:type="dxa"/>
            <w:shd w:val="clear" w:color="auto" w:fill="auto"/>
            <w:vAlign w:val="center"/>
          </w:tcPr>
          <w:p w14:paraId="73BBED1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B848A6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385/12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6BDE6C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E4B794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0792F2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412BD3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</w:tr>
      <w:tr w:rsidR="00000000" w14:paraId="1273025C" w14:textId="77777777">
        <w:tc>
          <w:tcPr>
            <w:tcW w:w="581" w:type="dxa"/>
            <w:shd w:val="clear" w:color="auto" w:fill="auto"/>
            <w:vAlign w:val="center"/>
          </w:tcPr>
          <w:p w14:paraId="3DE6B0D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61A0FA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1471/1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0D654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Jílová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9810B7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6A2259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5888C1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60749A6" w14:textId="77777777">
        <w:tc>
          <w:tcPr>
            <w:tcW w:w="581" w:type="dxa"/>
            <w:shd w:val="clear" w:color="auto" w:fill="auto"/>
            <w:vAlign w:val="center"/>
          </w:tcPr>
          <w:p w14:paraId="612E394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558E31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218/1 Zábrdovice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E0CB1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Francouzská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814049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300964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8920CF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350109C" w14:textId="77777777">
        <w:tc>
          <w:tcPr>
            <w:tcW w:w="581" w:type="dxa"/>
            <w:shd w:val="clear" w:color="auto" w:fill="auto"/>
            <w:vAlign w:val="center"/>
          </w:tcPr>
          <w:p w14:paraId="40A145D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600149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1095/32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C23423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u parkovacího domu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Academy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 xml:space="preserve"> park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FAF415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16B9EC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8B5D8E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6A6FFB8" w14:textId="77777777">
        <w:tc>
          <w:tcPr>
            <w:tcW w:w="581" w:type="dxa"/>
            <w:shd w:val="clear" w:color="auto" w:fill="auto"/>
            <w:vAlign w:val="center"/>
          </w:tcPr>
          <w:p w14:paraId="0199F01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99CD2D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1510/19 Pisárky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051B64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Veslařská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9CA643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472473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F2341F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83A9DBD" w14:textId="77777777">
        <w:tc>
          <w:tcPr>
            <w:tcW w:w="581" w:type="dxa"/>
            <w:shd w:val="clear" w:color="auto" w:fill="auto"/>
            <w:vAlign w:val="center"/>
          </w:tcPr>
          <w:p w14:paraId="1FACFEE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ABB9B3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411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A3E68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74614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69112E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68F72F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0C7F51D8" w14:textId="77777777">
        <w:tc>
          <w:tcPr>
            <w:tcW w:w="581" w:type="dxa"/>
            <w:shd w:val="clear" w:color="auto" w:fill="auto"/>
            <w:vAlign w:val="center"/>
          </w:tcPr>
          <w:p w14:paraId="0BC228F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2AB36C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420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D60FAA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Arne Nováka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C7BF53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A7BFDA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1BEB7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</w:tr>
      <w:tr w:rsidR="00000000" w14:paraId="459C750F" w14:textId="77777777">
        <w:tc>
          <w:tcPr>
            <w:tcW w:w="581" w:type="dxa"/>
            <w:shd w:val="clear" w:color="auto" w:fill="auto"/>
            <w:vAlign w:val="center"/>
          </w:tcPr>
          <w:p w14:paraId="0B7392F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BD9700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885/10 Pisárky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FAC700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Hlinky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5519BA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6CDF00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57CF3A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4B53885A" w14:textId="77777777">
        <w:tc>
          <w:tcPr>
            <w:tcW w:w="581" w:type="dxa"/>
            <w:shd w:val="clear" w:color="auto" w:fill="auto"/>
            <w:vAlign w:val="center"/>
          </w:tcPr>
          <w:p w14:paraId="1E43920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146A8C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1051/1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EC5D30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Zahradníkova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63C98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BC808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39B63E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6BC106C7" w14:textId="77777777">
        <w:tc>
          <w:tcPr>
            <w:tcW w:w="581" w:type="dxa"/>
            <w:shd w:val="clear" w:color="auto" w:fill="auto"/>
            <w:vAlign w:val="center"/>
          </w:tcPr>
          <w:p w14:paraId="5EA2C7D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5D8CF6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33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99995E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Vsetínská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417D56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634D4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9995E3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48CFCBEF" w14:textId="77777777">
        <w:tc>
          <w:tcPr>
            <w:tcW w:w="581" w:type="dxa"/>
            <w:shd w:val="clear" w:color="auto" w:fill="auto"/>
            <w:vAlign w:val="center"/>
          </w:tcPr>
          <w:p w14:paraId="672DE3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6804B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607/2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E8E9A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před Gymnáziem Brno, Vídeňská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C58F1B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B3D632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D11A41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54815FE5" w14:textId="77777777">
        <w:tc>
          <w:tcPr>
            <w:tcW w:w="581" w:type="dxa"/>
            <w:shd w:val="clear" w:color="auto" w:fill="auto"/>
            <w:vAlign w:val="center"/>
          </w:tcPr>
          <w:p w14:paraId="66CF6CA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E886B4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591 Stránice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28790F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5D1A40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68E9F4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88013B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4F5E548D" w14:textId="77777777">
        <w:tc>
          <w:tcPr>
            <w:tcW w:w="581" w:type="dxa"/>
            <w:shd w:val="clear" w:color="auto" w:fill="auto"/>
            <w:vAlign w:val="center"/>
          </w:tcPr>
          <w:p w14:paraId="0248BD2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B8DE0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540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CE8A71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Údolní a ul. Úvoz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5E41B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F0C040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B04B9F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1CF93C3" w14:textId="77777777">
        <w:tc>
          <w:tcPr>
            <w:tcW w:w="581" w:type="dxa"/>
            <w:shd w:val="clear" w:color="auto" w:fill="auto"/>
            <w:vAlign w:val="center"/>
          </w:tcPr>
          <w:p w14:paraId="70DE84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394F0C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479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3E6265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F5895F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47EFD5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6C9410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1DC40270" w14:textId="77777777">
        <w:tc>
          <w:tcPr>
            <w:tcW w:w="581" w:type="dxa"/>
            <w:shd w:val="clear" w:color="auto" w:fill="auto"/>
            <w:vAlign w:val="center"/>
          </w:tcPr>
          <w:p w14:paraId="236475D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850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00A407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480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458741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06991A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D05BFE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0A10ED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3DD3D608" w14:textId="77777777">
        <w:tc>
          <w:tcPr>
            <w:tcW w:w="581" w:type="dxa"/>
            <w:shd w:val="clear" w:color="auto" w:fill="auto"/>
            <w:vAlign w:val="center"/>
          </w:tcPr>
          <w:p w14:paraId="039E477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851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A28BD0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769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7E9A29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90F794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ABC33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56D514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014A4683" w14:textId="77777777">
        <w:tc>
          <w:tcPr>
            <w:tcW w:w="581" w:type="dxa"/>
            <w:shd w:val="clear" w:color="auto" w:fill="auto"/>
            <w:vAlign w:val="center"/>
          </w:tcPr>
          <w:p w14:paraId="02C6B51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852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C1E187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769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99C357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8BAF5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72044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C1B604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3A810D86" w14:textId="77777777">
        <w:tc>
          <w:tcPr>
            <w:tcW w:w="581" w:type="dxa"/>
            <w:shd w:val="clear" w:color="auto" w:fill="auto"/>
            <w:vAlign w:val="center"/>
          </w:tcPr>
          <w:p w14:paraId="197FCF9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853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74B3F4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1096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CC6617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Vinohrady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195E0E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DE1F3A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04C4F0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2CCFBF69" w14:textId="77777777">
        <w:tc>
          <w:tcPr>
            <w:tcW w:w="581" w:type="dxa"/>
            <w:shd w:val="clear" w:color="auto" w:fill="auto"/>
            <w:vAlign w:val="center"/>
          </w:tcPr>
          <w:p w14:paraId="03F08DE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854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E80573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59/10 Štýřice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C9ECEB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před budovou M-palác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36C43D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B73DD1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6F555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327E4BBA" w14:textId="77777777">
        <w:tc>
          <w:tcPr>
            <w:tcW w:w="581" w:type="dxa"/>
            <w:shd w:val="clear" w:color="auto" w:fill="auto"/>
            <w:vAlign w:val="center"/>
          </w:tcPr>
          <w:p w14:paraId="38EEF2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855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1DE583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545/1 Pisárky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9EAEE0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Neumannova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BA574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BB3761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EC54F4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4C2DAE8" w14:textId="77777777">
        <w:tc>
          <w:tcPr>
            <w:tcW w:w="581" w:type="dxa"/>
            <w:shd w:val="clear" w:color="auto" w:fill="auto"/>
            <w:vAlign w:val="center"/>
          </w:tcPr>
          <w:p w14:paraId="322BF39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856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B2DAE1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359/15 Město Brno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27CA35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Nádražní před budovou bývalé pošty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29210A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89683C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14B673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9FE2F29" w14:textId="77777777">
        <w:tc>
          <w:tcPr>
            <w:tcW w:w="581" w:type="dxa"/>
            <w:shd w:val="clear" w:color="auto" w:fill="auto"/>
            <w:vAlign w:val="center"/>
          </w:tcPr>
          <w:p w14:paraId="0254C5C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857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934644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1051/1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9F68F8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Zahradníkova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2ECA87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C08A36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271275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07C5327" w14:textId="77777777">
        <w:tc>
          <w:tcPr>
            <w:tcW w:w="581" w:type="dxa"/>
            <w:shd w:val="clear" w:color="auto" w:fill="auto"/>
            <w:vAlign w:val="center"/>
          </w:tcPr>
          <w:p w14:paraId="7763FE79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266C3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225 Veveří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711F7A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Sokolská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756D00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877A13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071956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DEDCAB7" w14:textId="77777777">
        <w:tc>
          <w:tcPr>
            <w:tcW w:w="581" w:type="dxa"/>
            <w:shd w:val="clear" w:color="auto" w:fill="auto"/>
            <w:vAlign w:val="center"/>
          </w:tcPr>
          <w:p w14:paraId="5C8EB963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859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A6AF57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45817B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291E15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17F23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58D046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686A147" w14:textId="77777777" w:rsidR="00344131" w:rsidRPr="00344131" w:rsidRDefault="00344131" w:rsidP="00344131">
      <w:pPr>
        <w:rPr>
          <w:rFonts w:ascii="Arial" w:hAnsi="Arial" w:cs="Arial"/>
        </w:rPr>
      </w:pPr>
    </w:p>
    <w:p w14:paraId="35E5EF9E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U: Brno-Černovice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562DA2F5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51265D8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47DF222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4ED92B45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D16FB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B789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2BCB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256EF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20201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7C5BC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169BF035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5DD153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34667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1574/1 Černovice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4CEE0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Cornovova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545ED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C7C90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77163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3B9036E4" w14:textId="77777777">
        <w:tc>
          <w:tcPr>
            <w:tcW w:w="581" w:type="dxa"/>
            <w:shd w:val="clear" w:color="auto" w:fill="auto"/>
            <w:vAlign w:val="center"/>
          </w:tcPr>
          <w:p w14:paraId="775AEBF4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61AF3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1653/10 Černovice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2FCDCC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před ZŠ Kneslova 28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9AF9A3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0BAE4A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3CE1C00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7808F3DD" w14:textId="77777777">
        <w:tc>
          <w:tcPr>
            <w:tcW w:w="581" w:type="dxa"/>
            <w:shd w:val="clear" w:color="auto" w:fill="auto"/>
            <w:vAlign w:val="center"/>
          </w:tcPr>
          <w:p w14:paraId="26968FB6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9140C8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1685/2 Černovice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130DD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Řehořova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AB9BDA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2AD10F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47001F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</w:t>
            </w:r>
          </w:p>
        </w:tc>
      </w:tr>
      <w:tr w:rsidR="00000000" w14:paraId="511C6387" w14:textId="77777777">
        <w:tc>
          <w:tcPr>
            <w:tcW w:w="581" w:type="dxa"/>
            <w:shd w:val="clear" w:color="auto" w:fill="auto"/>
            <w:vAlign w:val="center"/>
          </w:tcPr>
          <w:p w14:paraId="0A8064E4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AAB3F3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1685/2 Černovice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6A415C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Řehořova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FE3C77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067C9B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8B349A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2D9F0D4" w14:textId="77777777">
        <w:tc>
          <w:tcPr>
            <w:tcW w:w="581" w:type="dxa"/>
            <w:shd w:val="clear" w:color="auto" w:fill="auto"/>
            <w:vAlign w:val="center"/>
          </w:tcPr>
          <w:p w14:paraId="49231B2B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2D6146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741/1 Černovice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9D91D0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Štolcova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93AF06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5248F7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76A13E2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2B98226E" w14:textId="77777777">
        <w:tc>
          <w:tcPr>
            <w:tcW w:w="581" w:type="dxa"/>
            <w:shd w:val="clear" w:color="auto" w:fill="auto"/>
            <w:vAlign w:val="center"/>
          </w:tcPr>
          <w:p w14:paraId="1DF8B156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8B7EC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1691/90 Černovice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2ECACE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 venkovní posilovny Staré Černovice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CB1EDF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103D54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B19106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6AD424AE" w14:textId="77777777">
        <w:tc>
          <w:tcPr>
            <w:tcW w:w="581" w:type="dxa"/>
            <w:shd w:val="clear" w:color="auto" w:fill="auto"/>
            <w:vAlign w:val="center"/>
          </w:tcPr>
          <w:p w14:paraId="066DA0F8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6C4F6C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2759/1 Černovice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D3B077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Zvěřinova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C9ACA7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955BCF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940825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A03B2DD" w14:textId="77777777">
        <w:tc>
          <w:tcPr>
            <w:tcW w:w="581" w:type="dxa"/>
            <w:shd w:val="clear" w:color="auto" w:fill="auto"/>
            <w:vAlign w:val="center"/>
          </w:tcPr>
          <w:p w14:paraId="67901D72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EC6908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1638/1 Černovice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2A37D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Krausova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50DF97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428DE9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EEF365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A76C70A" w14:textId="77777777">
        <w:tc>
          <w:tcPr>
            <w:tcW w:w="581" w:type="dxa"/>
            <w:shd w:val="clear" w:color="auto" w:fill="auto"/>
            <w:vAlign w:val="center"/>
          </w:tcPr>
          <w:p w14:paraId="7AF1C8A2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8AAF4E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1572 Černovice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181F3B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Krausova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70B83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C57B09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B1E0A1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052FCF7" w14:textId="77777777">
        <w:tc>
          <w:tcPr>
            <w:tcW w:w="581" w:type="dxa"/>
            <w:shd w:val="clear" w:color="auto" w:fill="auto"/>
            <w:vAlign w:val="center"/>
          </w:tcPr>
          <w:p w14:paraId="29BE8F92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E968BB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1572 Černovice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07A9D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Krausova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AF4916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37A8C8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F6E2A2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ABF8CC9" w14:textId="77777777" w:rsidR="00344131" w:rsidRPr="00344131" w:rsidRDefault="00344131" w:rsidP="00344131">
      <w:pPr>
        <w:rPr>
          <w:rFonts w:ascii="Arial" w:hAnsi="Arial" w:cs="Arial"/>
        </w:rPr>
      </w:pPr>
    </w:p>
    <w:p w14:paraId="5188DAED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V: Brno – Řečkovice a Mokrá Hora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209EA453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0A43A31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5FD59AC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364A8598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12BF3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3DC01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FF5E3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CF49B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4AC4A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65DFE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19EF5AD2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F3DD4D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7DBE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2388/4 Řečkovice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1319E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Palackého náměstí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3D6E5B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37ECC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848B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0856B12A" w14:textId="77777777">
        <w:tc>
          <w:tcPr>
            <w:tcW w:w="581" w:type="dxa"/>
            <w:shd w:val="clear" w:color="auto" w:fill="auto"/>
            <w:vAlign w:val="center"/>
          </w:tcPr>
          <w:p w14:paraId="0E7BDE25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105D93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3439/5 Řečkovice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86B713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Gromešova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CE3417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5526C8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61B81F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01F4C41B" w14:textId="77777777">
        <w:tc>
          <w:tcPr>
            <w:tcW w:w="581" w:type="dxa"/>
            <w:shd w:val="clear" w:color="auto" w:fill="auto"/>
            <w:vAlign w:val="center"/>
          </w:tcPr>
          <w:p w14:paraId="00D73B1B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C0319A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231/2 Řečkovice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DFCFBC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před Centrem Kociánka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D5314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74ECF8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57D460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6B33C212" w14:textId="77777777">
        <w:tc>
          <w:tcPr>
            <w:tcW w:w="581" w:type="dxa"/>
            <w:shd w:val="clear" w:color="auto" w:fill="auto"/>
            <w:vAlign w:val="center"/>
          </w:tcPr>
          <w:p w14:paraId="2613E473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42FE2C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5/1 Řečkovice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C1CA6D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Terezy Novákové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239742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12AB5A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E883A5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27C7DA8" w14:textId="77777777">
        <w:tc>
          <w:tcPr>
            <w:tcW w:w="581" w:type="dxa"/>
            <w:shd w:val="clear" w:color="auto" w:fill="auto"/>
            <w:vAlign w:val="center"/>
          </w:tcPr>
          <w:p w14:paraId="3BA926E6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34610DB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941/3 Řečkovice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2019075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Podpěrova a ul. Banskobystrická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10F8562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B7CF93D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4725D9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CED8B25" w14:textId="77777777" w:rsidR="00344131" w:rsidRPr="00344131" w:rsidRDefault="00344131" w:rsidP="00344131">
      <w:pPr>
        <w:rPr>
          <w:rFonts w:ascii="Arial" w:hAnsi="Arial" w:cs="Arial"/>
        </w:rPr>
      </w:pPr>
    </w:p>
    <w:p w14:paraId="1FFFE09C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W: Brno-Žabovřesky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46419712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3658962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7F85ACC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62954B6C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4D6C7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473D1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00759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AC56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79D0D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4E155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6D7A2E46" w14:textId="77777777">
        <w:tc>
          <w:tcPr>
            <w:tcW w:w="5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7B5D8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875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BEED9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2870 Žabovřesky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AD778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Žižkova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7CF15F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8A66B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9461D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CF386D8" w14:textId="77777777">
        <w:tc>
          <w:tcPr>
            <w:tcW w:w="581" w:type="dxa"/>
            <w:shd w:val="clear" w:color="auto" w:fill="auto"/>
            <w:vAlign w:val="center"/>
          </w:tcPr>
          <w:p w14:paraId="034E23F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876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7C6DAB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2767/2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2C0FDA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Pod kaštany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0D03E2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FEDE88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4FEC5B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</w:tr>
      <w:tr w:rsidR="00000000" w14:paraId="3C9FADB8" w14:textId="77777777">
        <w:tc>
          <w:tcPr>
            <w:tcW w:w="581" w:type="dxa"/>
            <w:shd w:val="clear" w:color="auto" w:fill="auto"/>
            <w:vAlign w:val="center"/>
          </w:tcPr>
          <w:p w14:paraId="2589015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877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405E7B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3405/3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196066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Burianovo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3818C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BF1D26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721895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2E73939F" w14:textId="77777777">
        <w:tc>
          <w:tcPr>
            <w:tcW w:w="581" w:type="dxa"/>
            <w:shd w:val="clear" w:color="auto" w:fill="auto"/>
            <w:vAlign w:val="center"/>
          </w:tcPr>
          <w:p w14:paraId="54D84C20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8ED512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2061/1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34E08E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Horova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3B7417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856F54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B0D75F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05F03AF2" w14:textId="77777777">
        <w:tc>
          <w:tcPr>
            <w:tcW w:w="581" w:type="dxa"/>
            <w:shd w:val="clear" w:color="auto" w:fill="auto"/>
            <w:vAlign w:val="center"/>
          </w:tcPr>
          <w:p w14:paraId="22F2FD26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EE6721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5274/13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9B3F40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Vychodilova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7A4E32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BAAC3E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12B51D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FA5BC10" w14:textId="77777777">
        <w:tc>
          <w:tcPr>
            <w:tcW w:w="581" w:type="dxa"/>
            <w:shd w:val="clear" w:color="auto" w:fill="auto"/>
            <w:vAlign w:val="center"/>
          </w:tcPr>
          <w:p w14:paraId="6C11F71B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841B28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5236/2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B6BD33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Plevova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292D8D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694C31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40CF1D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E534A68" w14:textId="77777777">
        <w:tc>
          <w:tcPr>
            <w:tcW w:w="581" w:type="dxa"/>
            <w:shd w:val="clear" w:color="auto" w:fill="auto"/>
            <w:vAlign w:val="center"/>
          </w:tcPr>
          <w:p w14:paraId="042C8343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AB465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5236/2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5B32A3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Plevova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568572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EE449B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6EC9D1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E85BD79" w14:textId="77777777">
        <w:tc>
          <w:tcPr>
            <w:tcW w:w="581" w:type="dxa"/>
            <w:shd w:val="clear" w:color="auto" w:fill="auto"/>
            <w:vAlign w:val="center"/>
          </w:tcPr>
          <w:p w14:paraId="2C5A437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DDACAE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2375/155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DA5D86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Mozolky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E6AD5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388E9D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67FC3C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14E8820D" w14:textId="77777777">
        <w:tc>
          <w:tcPr>
            <w:tcW w:w="581" w:type="dxa"/>
            <w:shd w:val="clear" w:color="auto" w:fill="auto"/>
            <w:vAlign w:val="center"/>
          </w:tcPr>
          <w:p w14:paraId="3BC2963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308710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2375/239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5E3E45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2BCBC0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D86E04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A575F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1810D9D4" w14:textId="77777777">
        <w:tc>
          <w:tcPr>
            <w:tcW w:w="581" w:type="dxa"/>
            <w:shd w:val="clear" w:color="auto" w:fill="auto"/>
            <w:vAlign w:val="center"/>
          </w:tcPr>
          <w:p w14:paraId="36D1EE2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EA97E2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2375/201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7592B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před ZŠ náměstí Svornosti 7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2E9BA4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B9D57F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E4494E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5EC317D3" w14:textId="77777777">
        <w:tc>
          <w:tcPr>
            <w:tcW w:w="581" w:type="dxa"/>
            <w:shd w:val="clear" w:color="auto" w:fill="auto"/>
            <w:vAlign w:val="center"/>
          </w:tcPr>
          <w:p w14:paraId="59815C2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2BA131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2375/208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77B7D6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před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OC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 xml:space="preserve"> Perla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78596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AF728E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6E8745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721F9F0A" w14:textId="77777777">
        <w:tc>
          <w:tcPr>
            <w:tcW w:w="581" w:type="dxa"/>
            <w:shd w:val="clear" w:color="auto" w:fill="auto"/>
            <w:vAlign w:val="center"/>
          </w:tcPr>
          <w:p w14:paraId="7D75CFA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BACC10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2375/208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D76887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náměstí Svornosti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75DB29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0992CA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F5244A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BA41FDF" w14:textId="77777777">
        <w:tc>
          <w:tcPr>
            <w:tcW w:w="581" w:type="dxa"/>
            <w:shd w:val="clear" w:color="auto" w:fill="auto"/>
            <w:vAlign w:val="center"/>
          </w:tcPr>
          <w:p w14:paraId="422538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8F80F4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5274/103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F6F19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Gabriely Preissové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436A1C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EE9584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08EBDD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C76AE3B" w14:textId="77777777">
        <w:tc>
          <w:tcPr>
            <w:tcW w:w="581" w:type="dxa"/>
            <w:shd w:val="clear" w:color="auto" w:fill="auto"/>
            <w:vAlign w:val="center"/>
          </w:tcPr>
          <w:p w14:paraId="426788A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8F3267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4811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316B5D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Fanderlíkova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94AA51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FAC2EB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B89B1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097EBE57" w14:textId="77777777">
        <w:tc>
          <w:tcPr>
            <w:tcW w:w="581" w:type="dxa"/>
            <w:shd w:val="clear" w:color="auto" w:fill="auto"/>
            <w:vAlign w:val="center"/>
          </w:tcPr>
          <w:p w14:paraId="5007067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889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88F04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5037/5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1A4E35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Veslařská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DB2C45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E22425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35831E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56BEDF45" w14:textId="77777777">
        <w:tc>
          <w:tcPr>
            <w:tcW w:w="581" w:type="dxa"/>
            <w:shd w:val="clear" w:color="auto" w:fill="auto"/>
            <w:vAlign w:val="center"/>
          </w:tcPr>
          <w:p w14:paraId="5E58C028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890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DD0B35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2375/325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A7D17A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Královopolská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C003B1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FE8367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4A7DCA1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7715623" w14:textId="77777777">
        <w:tc>
          <w:tcPr>
            <w:tcW w:w="581" w:type="dxa"/>
            <w:shd w:val="clear" w:color="auto" w:fill="auto"/>
            <w:vAlign w:val="center"/>
          </w:tcPr>
          <w:p w14:paraId="73885120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891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F9D2A8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B74E7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Sirotkova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EDDAE3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971210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540C504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5588E5BB" w14:textId="77777777">
        <w:tc>
          <w:tcPr>
            <w:tcW w:w="581" w:type="dxa"/>
            <w:shd w:val="clear" w:color="auto" w:fill="auto"/>
            <w:vAlign w:val="center"/>
          </w:tcPr>
          <w:p w14:paraId="52027772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892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3AD3EA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2743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848AE1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Tábor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74C392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23A0E0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838C92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2B03058" w14:textId="77777777">
        <w:tc>
          <w:tcPr>
            <w:tcW w:w="581" w:type="dxa"/>
            <w:shd w:val="clear" w:color="auto" w:fill="auto"/>
            <w:vAlign w:val="center"/>
          </w:tcPr>
          <w:p w14:paraId="7FE2229A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893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1566E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2825/2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BE6585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Veveří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ED6CFB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1EBE42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19D180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921172C" w14:textId="77777777">
        <w:tc>
          <w:tcPr>
            <w:tcW w:w="581" w:type="dxa"/>
            <w:shd w:val="clear" w:color="auto" w:fill="auto"/>
            <w:vAlign w:val="center"/>
          </w:tcPr>
          <w:p w14:paraId="7C3B6B58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E9204D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3298/1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2D02E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Minská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797BD6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349155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5C59CE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4677F3D" w14:textId="77777777">
        <w:tc>
          <w:tcPr>
            <w:tcW w:w="581" w:type="dxa"/>
            <w:shd w:val="clear" w:color="auto" w:fill="auto"/>
            <w:vAlign w:val="center"/>
          </w:tcPr>
          <w:p w14:paraId="2582B0E1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1C85C9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3298/1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E93DC5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Minská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978381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40C9F5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3490C3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49F4630" w14:textId="77777777">
        <w:tc>
          <w:tcPr>
            <w:tcW w:w="581" w:type="dxa"/>
            <w:shd w:val="clear" w:color="auto" w:fill="auto"/>
            <w:vAlign w:val="center"/>
          </w:tcPr>
          <w:p w14:paraId="21892366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51FCA8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2422/10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FA9B26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Bezejmenná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C2CE71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1AA2B8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853DF0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BB65DED" w14:textId="77777777">
        <w:tc>
          <w:tcPr>
            <w:tcW w:w="581" w:type="dxa"/>
            <w:shd w:val="clear" w:color="auto" w:fill="auto"/>
            <w:vAlign w:val="center"/>
          </w:tcPr>
          <w:p w14:paraId="4D547FF2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DBD3E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6261/2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02500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Horova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69FF40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161C28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E6FA26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DD8AFC6" w14:textId="77777777">
        <w:tc>
          <w:tcPr>
            <w:tcW w:w="581" w:type="dxa"/>
            <w:shd w:val="clear" w:color="auto" w:fill="auto"/>
            <w:vAlign w:val="center"/>
          </w:tcPr>
          <w:p w14:paraId="5E3E32E3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333124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2380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950B8C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Jindřichova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8CEAB9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B9900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7A55C7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E0E613D" w14:textId="77777777">
        <w:tc>
          <w:tcPr>
            <w:tcW w:w="581" w:type="dxa"/>
            <w:shd w:val="clear" w:color="auto" w:fill="auto"/>
            <w:vAlign w:val="center"/>
          </w:tcPr>
          <w:p w14:paraId="6CDC0C6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0D4C49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6040/1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D8630A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005CDD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9B7648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B98C01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FC57646" w14:textId="77777777">
        <w:tc>
          <w:tcPr>
            <w:tcW w:w="581" w:type="dxa"/>
            <w:shd w:val="clear" w:color="auto" w:fill="auto"/>
            <w:vAlign w:val="center"/>
          </w:tcPr>
          <w:p w14:paraId="78B5393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B6043C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6040/1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714F2A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9AD9D7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47F1CA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B79EEA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FCE8B34" w14:textId="77777777">
        <w:tc>
          <w:tcPr>
            <w:tcW w:w="581" w:type="dxa"/>
            <w:shd w:val="clear" w:color="auto" w:fill="auto"/>
            <w:vAlign w:val="center"/>
          </w:tcPr>
          <w:p w14:paraId="3557541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240D4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2375/257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C28521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Voroněžská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1E2F14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A4F53B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04A5C9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0BC87CE" w14:textId="77777777">
        <w:tc>
          <w:tcPr>
            <w:tcW w:w="581" w:type="dxa"/>
            <w:shd w:val="clear" w:color="auto" w:fill="auto"/>
            <w:vAlign w:val="center"/>
          </w:tcPr>
          <w:p w14:paraId="31BF4A3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2900C3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2375/257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B3125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Voroněžská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773785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3DD733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19A8A6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5174222" w14:textId="77777777">
        <w:tc>
          <w:tcPr>
            <w:tcW w:w="581" w:type="dxa"/>
            <w:shd w:val="clear" w:color="auto" w:fill="auto"/>
            <w:vAlign w:val="center"/>
          </w:tcPr>
          <w:p w14:paraId="6BB2C35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903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3FE160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6041/5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5A0414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náměstí Svornosti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FF5B4E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02A203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B23BD0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0FFA2AB" w14:textId="77777777">
        <w:tc>
          <w:tcPr>
            <w:tcW w:w="581" w:type="dxa"/>
            <w:shd w:val="clear" w:color="auto" w:fill="auto"/>
            <w:vAlign w:val="center"/>
          </w:tcPr>
          <w:p w14:paraId="3850D99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904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0B905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3169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516977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Mezníkova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EBD6E4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43C363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4F7C9A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FEF1D7A" w14:textId="77777777">
        <w:tc>
          <w:tcPr>
            <w:tcW w:w="581" w:type="dxa"/>
            <w:shd w:val="clear" w:color="auto" w:fill="auto"/>
            <w:vAlign w:val="center"/>
          </w:tcPr>
          <w:p w14:paraId="1A10714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905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3D5C3A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3170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ABE920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Sirotkova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BF4627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972663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4C836E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B1695A7" w14:textId="77777777">
        <w:tc>
          <w:tcPr>
            <w:tcW w:w="581" w:type="dxa"/>
            <w:shd w:val="clear" w:color="auto" w:fill="auto"/>
            <w:vAlign w:val="center"/>
          </w:tcPr>
          <w:p w14:paraId="034A97D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906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FAF76E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3673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9727D4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Jelínkova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83CDE1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220F54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56E148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FBE7600" w14:textId="77777777">
        <w:tc>
          <w:tcPr>
            <w:tcW w:w="581" w:type="dxa"/>
            <w:shd w:val="clear" w:color="auto" w:fill="auto"/>
            <w:vAlign w:val="center"/>
          </w:tcPr>
          <w:p w14:paraId="1C77F5E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907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1211D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3673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E8698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Jelínkova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CA443B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4C671A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C024FD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8F92C8E" w14:textId="77777777">
        <w:tc>
          <w:tcPr>
            <w:tcW w:w="581" w:type="dxa"/>
            <w:shd w:val="clear" w:color="auto" w:fill="auto"/>
            <w:vAlign w:val="center"/>
          </w:tcPr>
          <w:p w14:paraId="58C1B7F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908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ABC448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3937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39D737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Nárožní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A636B3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31494F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7A390D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B62CE38" w14:textId="77777777">
        <w:tc>
          <w:tcPr>
            <w:tcW w:w="581" w:type="dxa"/>
            <w:shd w:val="clear" w:color="auto" w:fill="auto"/>
            <w:vAlign w:val="center"/>
          </w:tcPr>
          <w:p w14:paraId="5A2EF4E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909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675963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3672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811599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Sirotkova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CA7790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FDB0D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193BA6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90DFF33" w14:textId="77777777">
        <w:tc>
          <w:tcPr>
            <w:tcW w:w="581" w:type="dxa"/>
            <w:shd w:val="clear" w:color="auto" w:fill="auto"/>
            <w:vAlign w:val="center"/>
          </w:tcPr>
          <w:p w14:paraId="588E1B2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910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EB474B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3405/3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BEE909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Burianovo náměstí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A2E7B6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43FEF6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3CF76D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B783854" w14:textId="77777777">
        <w:tc>
          <w:tcPr>
            <w:tcW w:w="581" w:type="dxa"/>
            <w:shd w:val="clear" w:color="auto" w:fill="auto"/>
            <w:vAlign w:val="center"/>
          </w:tcPr>
          <w:p w14:paraId="590428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911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F8399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3528/4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6985FD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Šmejkalova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EA184A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56C15A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E87669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074A5C3" w14:textId="77777777">
        <w:tc>
          <w:tcPr>
            <w:tcW w:w="581" w:type="dxa"/>
            <w:shd w:val="clear" w:color="auto" w:fill="auto"/>
            <w:vAlign w:val="center"/>
          </w:tcPr>
          <w:p w14:paraId="0E15B73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912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221DA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641/1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7C2525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Bráfova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DE7EF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6B8D67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C096BA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5B2C1C3" w14:textId="77777777">
        <w:tc>
          <w:tcPr>
            <w:tcW w:w="581" w:type="dxa"/>
            <w:shd w:val="clear" w:color="auto" w:fill="auto"/>
            <w:vAlign w:val="center"/>
          </w:tcPr>
          <w:p w14:paraId="5608027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913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C53FD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4815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D42483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Dunajevského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42DA3AC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90CDBD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D5AF69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4BE2F89" w14:textId="77777777">
        <w:tc>
          <w:tcPr>
            <w:tcW w:w="581" w:type="dxa"/>
            <w:shd w:val="clear" w:color="auto" w:fill="auto"/>
            <w:vAlign w:val="center"/>
          </w:tcPr>
          <w:p w14:paraId="65C05DE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914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FDF881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437/1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D74A90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Bráfova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F85671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BD1506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807225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AD69A65" w14:textId="77777777">
        <w:tc>
          <w:tcPr>
            <w:tcW w:w="581" w:type="dxa"/>
            <w:shd w:val="clear" w:color="auto" w:fill="auto"/>
            <w:vAlign w:val="center"/>
          </w:tcPr>
          <w:p w14:paraId="1F328E3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915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1876A1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372/3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2FEBDF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Jana Nečase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CA881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1D2DE3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1A3253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EFFD350" w14:textId="77777777">
        <w:tc>
          <w:tcPr>
            <w:tcW w:w="581" w:type="dxa"/>
            <w:shd w:val="clear" w:color="auto" w:fill="auto"/>
            <w:vAlign w:val="center"/>
          </w:tcPr>
          <w:p w14:paraId="15EE0D7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916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887D3A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2984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DD0128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Zábranského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26287F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908372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B37994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1A09779" w14:textId="77777777">
        <w:tc>
          <w:tcPr>
            <w:tcW w:w="581" w:type="dxa"/>
            <w:shd w:val="clear" w:color="auto" w:fill="auto"/>
            <w:vAlign w:val="center"/>
          </w:tcPr>
          <w:p w14:paraId="375AAFC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917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D17428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643/2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0604D4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parkoviště při ul. Bráfova a ul. Horova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9823A0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3F9A55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B47EEC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4195D9A" w14:textId="77777777">
        <w:tc>
          <w:tcPr>
            <w:tcW w:w="581" w:type="dxa"/>
            <w:shd w:val="clear" w:color="auto" w:fill="auto"/>
            <w:vAlign w:val="center"/>
          </w:tcPr>
          <w:p w14:paraId="08DFB98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918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9DC345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3171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FD11F4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Sirotkova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4AA8A7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D8E4C3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70EF6A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BB5BF28" w14:textId="77777777">
        <w:tc>
          <w:tcPr>
            <w:tcW w:w="581" w:type="dxa"/>
            <w:shd w:val="clear" w:color="auto" w:fill="auto"/>
            <w:vAlign w:val="center"/>
          </w:tcPr>
          <w:p w14:paraId="1C28BD3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919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1F0439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3002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95D084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Mučednická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113C6F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EC4C18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D41430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A486665" w14:textId="77777777">
        <w:tc>
          <w:tcPr>
            <w:tcW w:w="581" w:type="dxa"/>
            <w:shd w:val="clear" w:color="auto" w:fill="auto"/>
            <w:vAlign w:val="center"/>
          </w:tcPr>
          <w:p w14:paraId="06734A5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FF8636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947/4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709E77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Sochorova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201AEE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59F924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5BACC9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0ADBE38" w14:textId="77777777">
        <w:tc>
          <w:tcPr>
            <w:tcW w:w="581" w:type="dxa"/>
            <w:shd w:val="clear" w:color="auto" w:fill="auto"/>
            <w:vAlign w:val="center"/>
          </w:tcPr>
          <w:p w14:paraId="768D15D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D8BE18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818/1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A58AF3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Stránského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746DEB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4DC125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9B85BF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C0D42A1" w14:textId="77777777">
        <w:tc>
          <w:tcPr>
            <w:tcW w:w="581" w:type="dxa"/>
            <w:shd w:val="clear" w:color="auto" w:fill="auto"/>
            <w:vAlign w:val="center"/>
          </w:tcPr>
          <w:p w14:paraId="346744D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8C96F9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818/1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CA81C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Stránského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DE21A7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61F34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61FC67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704929B" w14:textId="77777777">
        <w:tc>
          <w:tcPr>
            <w:tcW w:w="581" w:type="dxa"/>
            <w:shd w:val="clear" w:color="auto" w:fill="auto"/>
            <w:vAlign w:val="center"/>
          </w:tcPr>
          <w:p w14:paraId="53C2094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5EBE80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818/1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632181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Stránského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AD2C3E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2B272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2EADBF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9EF8A42" w14:textId="77777777">
        <w:tc>
          <w:tcPr>
            <w:tcW w:w="581" w:type="dxa"/>
            <w:shd w:val="clear" w:color="auto" w:fill="auto"/>
            <w:vAlign w:val="center"/>
          </w:tcPr>
          <w:p w14:paraId="4579071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F11114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818/1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CD1E0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Stránského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A9A03E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194181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96C471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7C4272F" w14:textId="77777777">
        <w:tc>
          <w:tcPr>
            <w:tcW w:w="581" w:type="dxa"/>
            <w:shd w:val="clear" w:color="auto" w:fill="auto"/>
            <w:vAlign w:val="center"/>
          </w:tcPr>
          <w:p w14:paraId="3597C99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B1DDCF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818/1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3B3605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Stránského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383338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B5BD68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D41937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7363A34" w14:textId="77777777">
        <w:tc>
          <w:tcPr>
            <w:tcW w:w="581" w:type="dxa"/>
            <w:shd w:val="clear" w:color="auto" w:fill="auto"/>
            <w:vAlign w:val="center"/>
          </w:tcPr>
          <w:p w14:paraId="7B200AD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74BDE7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5108/1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4A2AD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Kovařovicova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FDACD1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7FC116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C35637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6A4C7DC" w14:textId="77777777">
        <w:tc>
          <w:tcPr>
            <w:tcW w:w="581" w:type="dxa"/>
            <w:shd w:val="clear" w:color="auto" w:fill="auto"/>
            <w:vAlign w:val="center"/>
          </w:tcPr>
          <w:p w14:paraId="5663B28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9C4FCD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5108/1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524EA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Kovařovicova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45159E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FF29DB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998D15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9E3E4D8" w14:textId="77777777">
        <w:tc>
          <w:tcPr>
            <w:tcW w:w="581" w:type="dxa"/>
            <w:shd w:val="clear" w:color="auto" w:fill="auto"/>
            <w:vAlign w:val="center"/>
          </w:tcPr>
          <w:p w14:paraId="1A940C0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C9F335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2374/1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281DB5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Záhřebská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AC9463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696A39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C0F816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397B21" w14:textId="77777777">
        <w:tc>
          <w:tcPr>
            <w:tcW w:w="581" w:type="dxa"/>
            <w:shd w:val="clear" w:color="auto" w:fill="auto"/>
            <w:vAlign w:val="center"/>
          </w:tcPr>
          <w:p w14:paraId="76CF148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929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154362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2374/1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6AE09E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Záhřebská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BDA77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FCDBA4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27059F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2F4AD65" w14:textId="77777777">
        <w:tc>
          <w:tcPr>
            <w:tcW w:w="581" w:type="dxa"/>
            <w:shd w:val="clear" w:color="auto" w:fill="auto"/>
            <w:vAlign w:val="center"/>
          </w:tcPr>
          <w:p w14:paraId="473585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930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B53D61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2374/3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A48119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Poznaňská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9D75F0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664E6C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F667B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DF29CAB" w14:textId="77777777">
        <w:tc>
          <w:tcPr>
            <w:tcW w:w="581" w:type="dxa"/>
            <w:shd w:val="clear" w:color="auto" w:fill="auto"/>
            <w:vAlign w:val="center"/>
          </w:tcPr>
          <w:p w14:paraId="4FACC91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931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2AB69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2375/33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4FCF2C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Lipská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6FBA59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F0CB3A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553E12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78562FC" w14:textId="77777777">
        <w:tc>
          <w:tcPr>
            <w:tcW w:w="581" w:type="dxa"/>
            <w:shd w:val="clear" w:color="auto" w:fill="auto"/>
            <w:vAlign w:val="center"/>
          </w:tcPr>
          <w:p w14:paraId="1F7128B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932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3347B4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2375/336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F6946F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Poznaňská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4D4C0E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10F9673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AF86D4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43C5757" w14:textId="77777777">
        <w:tc>
          <w:tcPr>
            <w:tcW w:w="581" w:type="dxa"/>
            <w:shd w:val="clear" w:color="auto" w:fill="auto"/>
            <w:vAlign w:val="center"/>
          </w:tcPr>
          <w:p w14:paraId="133332B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933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E2E6AA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2375/337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5BE7B6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7903BF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35932A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FF8BB7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3F7CBA2" w14:textId="77777777">
        <w:tc>
          <w:tcPr>
            <w:tcW w:w="581" w:type="dxa"/>
            <w:shd w:val="clear" w:color="auto" w:fill="auto"/>
            <w:vAlign w:val="center"/>
          </w:tcPr>
          <w:p w14:paraId="19EF645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934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FEA5A1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2375/126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C8F0C6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6DCBD4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D55A35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968C91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9350B28" w14:textId="77777777">
        <w:tc>
          <w:tcPr>
            <w:tcW w:w="581" w:type="dxa"/>
            <w:shd w:val="clear" w:color="auto" w:fill="auto"/>
            <w:vAlign w:val="center"/>
          </w:tcPr>
          <w:p w14:paraId="544BA98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935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5B3187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6132/1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2BECC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Přívrat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CC75F9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27ABA53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EEEC62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392EBF8" w14:textId="77777777">
        <w:tc>
          <w:tcPr>
            <w:tcW w:w="581" w:type="dxa"/>
            <w:shd w:val="clear" w:color="auto" w:fill="auto"/>
            <w:vAlign w:val="center"/>
          </w:tcPr>
          <w:p w14:paraId="72F9C58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936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31C07F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2375/138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56A577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Mozolky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BAB184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DCF024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998521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A77931F" w14:textId="77777777">
        <w:tc>
          <w:tcPr>
            <w:tcW w:w="581" w:type="dxa"/>
            <w:shd w:val="clear" w:color="auto" w:fill="auto"/>
            <w:vAlign w:val="center"/>
          </w:tcPr>
          <w:p w14:paraId="06733CD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937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DF2FE3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2375/138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E0E8D1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Mozolky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F46BB4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78ADD5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55B4BC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A8962CA" w14:textId="77777777">
        <w:tc>
          <w:tcPr>
            <w:tcW w:w="581" w:type="dxa"/>
            <w:shd w:val="clear" w:color="auto" w:fill="auto"/>
            <w:vAlign w:val="center"/>
          </w:tcPr>
          <w:p w14:paraId="4853E71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938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5D4A36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2375/126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98EC9D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Foerstrova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5E31CB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4D28FB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CE078D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6A7358E" w14:textId="77777777">
        <w:tc>
          <w:tcPr>
            <w:tcW w:w="581" w:type="dxa"/>
            <w:shd w:val="clear" w:color="auto" w:fill="auto"/>
            <w:vAlign w:val="center"/>
          </w:tcPr>
          <w:p w14:paraId="339FDB8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939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6B6162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2375/126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627C818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Foerstrova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D82DE9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0A1C43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8F1FDE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5C21084" w14:textId="77777777">
        <w:tc>
          <w:tcPr>
            <w:tcW w:w="581" w:type="dxa"/>
            <w:shd w:val="clear" w:color="auto" w:fill="auto"/>
            <w:vAlign w:val="center"/>
          </w:tcPr>
          <w:p w14:paraId="67BE605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D8244E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1744/2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999B88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Luční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9488A0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EE4F65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0CBCE9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5685BCB" w14:textId="77777777">
        <w:tc>
          <w:tcPr>
            <w:tcW w:w="581" w:type="dxa"/>
            <w:shd w:val="clear" w:color="auto" w:fill="auto"/>
            <w:vAlign w:val="center"/>
          </w:tcPr>
          <w:p w14:paraId="0100434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2213AB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1562/5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FD6E62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Královopolská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2488A2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3E8977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D078AE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A5408EA" w14:textId="77777777">
        <w:tc>
          <w:tcPr>
            <w:tcW w:w="581" w:type="dxa"/>
            <w:shd w:val="clear" w:color="auto" w:fill="auto"/>
            <w:vAlign w:val="center"/>
          </w:tcPr>
          <w:p w14:paraId="2F96441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2BF6C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1334/1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4B6B4B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Kroftova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03F25E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19EA1F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DB8EC7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75179FD" w14:textId="77777777">
        <w:tc>
          <w:tcPr>
            <w:tcW w:w="581" w:type="dxa"/>
            <w:shd w:val="clear" w:color="auto" w:fill="auto"/>
            <w:vAlign w:val="center"/>
          </w:tcPr>
          <w:p w14:paraId="74E6CCA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5450B3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538/1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4CCF9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Fanderlíkova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688C0E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75C571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C8722D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6CD8F04" w14:textId="77777777">
        <w:tc>
          <w:tcPr>
            <w:tcW w:w="581" w:type="dxa"/>
            <w:shd w:val="clear" w:color="auto" w:fill="auto"/>
            <w:vAlign w:val="center"/>
          </w:tcPr>
          <w:p w14:paraId="4BC1A27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E83B5D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2375/289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DE3821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C02CB2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23786E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7403F6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F217579" w14:textId="77777777">
        <w:tc>
          <w:tcPr>
            <w:tcW w:w="581" w:type="dxa"/>
            <w:shd w:val="clear" w:color="auto" w:fill="auto"/>
            <w:vAlign w:val="center"/>
          </w:tcPr>
          <w:p w14:paraId="66F4473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45C329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2375/289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00D942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3F8CEE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B26DCC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CF1464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EDF43F7" w14:textId="77777777">
        <w:tc>
          <w:tcPr>
            <w:tcW w:w="581" w:type="dxa"/>
            <w:shd w:val="clear" w:color="auto" w:fill="auto"/>
            <w:vAlign w:val="center"/>
          </w:tcPr>
          <w:p w14:paraId="31A4637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A88DB7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F59560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Sirotkova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145270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4F7EA8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5ECF77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FABB44" w14:textId="77777777">
        <w:tc>
          <w:tcPr>
            <w:tcW w:w="581" w:type="dxa"/>
            <w:shd w:val="clear" w:color="auto" w:fill="auto"/>
            <w:vAlign w:val="center"/>
          </w:tcPr>
          <w:p w14:paraId="263F0E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5C0DF90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695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F186B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Kallabova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6E49A7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B05639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8CAC52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1B8C05B" w14:textId="77777777">
        <w:tc>
          <w:tcPr>
            <w:tcW w:w="581" w:type="dxa"/>
            <w:shd w:val="clear" w:color="auto" w:fill="auto"/>
            <w:vAlign w:val="center"/>
          </w:tcPr>
          <w:p w14:paraId="3EEF05D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2BF85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3718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882F01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Sirotkova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24114A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65C1CE9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71E553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EE312BA" w14:textId="77777777">
        <w:tc>
          <w:tcPr>
            <w:tcW w:w="581" w:type="dxa"/>
            <w:shd w:val="clear" w:color="auto" w:fill="auto"/>
            <w:vAlign w:val="center"/>
          </w:tcPr>
          <w:p w14:paraId="67B8299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F1F769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5222/1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51573A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Ostrá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30347C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FE5834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2E9D02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5F23771" w14:textId="77777777">
        <w:tc>
          <w:tcPr>
            <w:tcW w:w="581" w:type="dxa"/>
            <w:shd w:val="clear" w:color="auto" w:fill="auto"/>
            <w:vAlign w:val="center"/>
          </w:tcPr>
          <w:p w14:paraId="48524A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950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7EDF07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5274/13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E2DDDF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Vychodilova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0AA22E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7A0ACD2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B6CBF4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CEB5C53" w14:textId="77777777">
        <w:tc>
          <w:tcPr>
            <w:tcW w:w="581" w:type="dxa"/>
            <w:shd w:val="clear" w:color="auto" w:fill="auto"/>
            <w:vAlign w:val="center"/>
          </w:tcPr>
          <w:p w14:paraId="1845DC8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951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B2A88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2554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9D4C4E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Chládkova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29341C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64EC03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631BB4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C92F1B5" w14:textId="77777777">
        <w:tc>
          <w:tcPr>
            <w:tcW w:w="581" w:type="dxa"/>
            <w:shd w:val="clear" w:color="auto" w:fill="auto"/>
            <w:vAlign w:val="center"/>
          </w:tcPr>
          <w:p w14:paraId="4C41D6C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952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4DAAA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5274/18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3C4236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Vychodilova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68F726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82390B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4772722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CD467A2" w14:textId="77777777">
        <w:tc>
          <w:tcPr>
            <w:tcW w:w="581" w:type="dxa"/>
            <w:shd w:val="clear" w:color="auto" w:fill="auto"/>
            <w:vAlign w:val="center"/>
          </w:tcPr>
          <w:p w14:paraId="7C4F598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953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B2BB4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5274/58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6BCDA0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Gabriely Preissové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604329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A1525E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85C6D2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9FB9B39" w14:textId="77777777">
        <w:tc>
          <w:tcPr>
            <w:tcW w:w="581" w:type="dxa"/>
            <w:shd w:val="clear" w:color="auto" w:fill="auto"/>
            <w:vAlign w:val="center"/>
          </w:tcPr>
          <w:p w14:paraId="4B986C1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954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176CD8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5274/58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5B859F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Gabriely Preissové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C61087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18F8B7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AE6F96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ACB250D" w14:textId="77777777">
        <w:tc>
          <w:tcPr>
            <w:tcW w:w="581" w:type="dxa"/>
            <w:shd w:val="clear" w:color="auto" w:fill="auto"/>
            <w:vAlign w:val="center"/>
          </w:tcPr>
          <w:p w14:paraId="047E9E4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88A784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5274/136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433468D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Kvapilova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CA723C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3134B3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638C42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6A5D894" w14:textId="77777777">
        <w:tc>
          <w:tcPr>
            <w:tcW w:w="581" w:type="dxa"/>
            <w:shd w:val="clear" w:color="auto" w:fill="auto"/>
            <w:vAlign w:val="center"/>
          </w:tcPr>
          <w:p w14:paraId="3E5945BB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1D4E0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6041/5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EC4490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náměstí Svornosti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B32158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3B704B7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E0CA86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2920F2" w14:textId="77777777">
        <w:tc>
          <w:tcPr>
            <w:tcW w:w="581" w:type="dxa"/>
            <w:shd w:val="clear" w:color="auto" w:fill="auto"/>
            <w:vAlign w:val="center"/>
          </w:tcPr>
          <w:p w14:paraId="43727916" w14:textId="77777777" w:rsidR="00344131" w:rsidRDefault="0034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957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99C1A3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3693/1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4A7301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Šeránkova a ul. Králova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CEC8FF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4A5CA82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FAB2EA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3BBAF98" w14:textId="77777777">
        <w:tc>
          <w:tcPr>
            <w:tcW w:w="581" w:type="dxa"/>
            <w:shd w:val="clear" w:color="auto" w:fill="auto"/>
            <w:vAlign w:val="center"/>
          </w:tcPr>
          <w:p w14:paraId="55E1B5CF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958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F08B47E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2941/1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C012E00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Lužická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44E82E0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02FFB328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688A8A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40BCCFF" w14:textId="77777777">
        <w:tc>
          <w:tcPr>
            <w:tcW w:w="581" w:type="dxa"/>
            <w:shd w:val="clear" w:color="auto" w:fill="auto"/>
            <w:vAlign w:val="center"/>
          </w:tcPr>
          <w:p w14:paraId="324C3449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959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07E94BC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4436 Žabovřesky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031CBD54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Wurmova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097E881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71" w:type="dxa"/>
            <w:shd w:val="clear" w:color="auto" w:fill="auto"/>
            <w:vAlign w:val="center"/>
          </w:tcPr>
          <w:p w14:paraId="5EBF5E0D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E880A9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C45A09" w14:textId="77777777" w:rsidR="00344131" w:rsidRPr="00344131" w:rsidRDefault="00344131" w:rsidP="00344131">
      <w:pPr>
        <w:rPr>
          <w:rFonts w:ascii="Arial" w:hAnsi="Arial" w:cs="Arial"/>
          <w:b/>
        </w:rPr>
      </w:pPr>
    </w:p>
    <w:p w14:paraId="5B2F20FA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X: Brno-Žebětín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30710318" w14:textId="77777777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3A10EAD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360D1F2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27F3B97C" w14:textId="77777777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90871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9B28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7C7AD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812C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97CC2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8002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0C6B1FEB" w14:textId="77777777">
        <w:tc>
          <w:tcPr>
            <w:tcW w:w="5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8FA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960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F00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770/2 Žebětín</w:t>
            </w:r>
          </w:p>
        </w:tc>
        <w:tc>
          <w:tcPr>
            <w:tcW w:w="3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22A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Křivánkovo náměstí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305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2A4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73B4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43C3BA7E" w14:textId="77777777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2229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961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43AF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2201/1 Žebětín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43A4F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 vchodu do obory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Holedná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od ul. Stará dálnice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C935" w14:textId="77777777" w:rsidR="00344131" w:rsidRDefault="00344131" w:rsidP="004F2062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CE4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FD7F" w14:textId="77777777" w:rsidR="00344131" w:rsidRDefault="00344131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</w:tbl>
    <w:p w14:paraId="46D646F2" w14:textId="77777777" w:rsidR="00344131" w:rsidRPr="00344131" w:rsidRDefault="00344131" w:rsidP="00344131">
      <w:pPr>
        <w:rPr>
          <w:rFonts w:ascii="Arial" w:hAnsi="Arial" w:cs="Arial"/>
        </w:rPr>
      </w:pPr>
    </w:p>
    <w:p w14:paraId="256C7D38" w14:textId="77777777" w:rsidR="00344131" w:rsidRPr="00344131" w:rsidRDefault="00344131" w:rsidP="00344131">
      <w:pPr>
        <w:rPr>
          <w:rFonts w:ascii="Arial" w:hAnsi="Arial" w:cs="Arial"/>
        </w:rPr>
      </w:pPr>
      <w:r w:rsidRPr="00344131">
        <w:rPr>
          <w:rFonts w:ascii="Arial" w:hAnsi="Arial" w:cs="Arial"/>
          <w:b/>
        </w:rPr>
        <w:t>HLAVA Y: Brno-Židenice</w:t>
      </w:r>
    </w:p>
    <w:tbl>
      <w:tblPr>
        <w:tblW w:w="9582" w:type="dxa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000000" w14:paraId="1AB8F709" w14:textId="77777777">
        <w:trPr>
          <w:tblHeader/>
        </w:trPr>
        <w:tc>
          <w:tcPr>
            <w:tcW w:w="7653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4E0C95E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LOKALITA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bottom w:w="100" w:type="dxa"/>
            </w:tcMar>
            <w:vAlign w:val="center"/>
          </w:tcPr>
          <w:p w14:paraId="53DE859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KAPACITA</w:t>
            </w:r>
          </w:p>
        </w:tc>
      </w:tr>
      <w:tr w:rsidR="00000000" w14:paraId="7B7F5CCD" w14:textId="77777777">
        <w:trPr>
          <w:tblHeader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E9D8A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Č.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2A5ED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p. č. k.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ú.</w:t>
            </w:r>
            <w:proofErr w:type="spellEnd"/>
          </w:p>
        </w:tc>
        <w:tc>
          <w:tcPr>
            <w:tcW w:w="35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84E02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Bližší vymezení místa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97282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Druh stanoviště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EC5C0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Výměra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2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9335B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Počet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stojanů</w:t>
            </w:r>
          </w:p>
        </w:tc>
      </w:tr>
      <w:tr w:rsidR="00000000" w14:paraId="5D16FD4D" w14:textId="77777777"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1829B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962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046A0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8410/1 Židenice</w:t>
            </w:r>
          </w:p>
        </w:tc>
        <w:tc>
          <w:tcPr>
            <w:tcW w:w="3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63881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Gajdošova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69EC5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9CD91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4026A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</w:tr>
      <w:tr w:rsidR="00000000" w14:paraId="6EEB18EE" w14:textId="77777777">
        <w:tc>
          <w:tcPr>
            <w:tcW w:w="567" w:type="dxa"/>
            <w:shd w:val="clear" w:color="auto" w:fill="auto"/>
            <w:vAlign w:val="center"/>
          </w:tcPr>
          <w:p w14:paraId="560054C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963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5C04B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5680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1D1E44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Gajdošova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D3A712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13E1A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C385A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6D7FBBFE" w14:textId="77777777">
        <w:tc>
          <w:tcPr>
            <w:tcW w:w="567" w:type="dxa"/>
            <w:shd w:val="clear" w:color="auto" w:fill="auto"/>
            <w:vAlign w:val="center"/>
          </w:tcPr>
          <w:p w14:paraId="4C28445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964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FD1B9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945/1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BD7C0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Šámalova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EFBEA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63298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43CD9E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76A5D5B2" w14:textId="77777777">
        <w:tc>
          <w:tcPr>
            <w:tcW w:w="567" w:type="dxa"/>
            <w:shd w:val="clear" w:color="auto" w:fill="auto"/>
            <w:vAlign w:val="center"/>
          </w:tcPr>
          <w:p w14:paraId="585BFA0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965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B92E69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4362/1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DA4C36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Souběžná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4E87DF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352DC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129AB8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3B035B96" w14:textId="77777777">
        <w:tc>
          <w:tcPr>
            <w:tcW w:w="567" w:type="dxa"/>
            <w:shd w:val="clear" w:color="auto" w:fill="auto"/>
            <w:vAlign w:val="center"/>
          </w:tcPr>
          <w:p w14:paraId="5303F95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966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A8132D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5879/11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987E00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Lazaretní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CA9834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1DC00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65D0E8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643B7FF6" w14:textId="77777777">
        <w:tc>
          <w:tcPr>
            <w:tcW w:w="567" w:type="dxa"/>
            <w:shd w:val="clear" w:color="auto" w:fill="auto"/>
            <w:vAlign w:val="center"/>
          </w:tcPr>
          <w:p w14:paraId="0ADD5DB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967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960EF3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5428/1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6C745D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Jamborova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5CE150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0A816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13BCB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</w:tr>
      <w:tr w:rsidR="00000000" w14:paraId="69F9FDF8" w14:textId="77777777">
        <w:tc>
          <w:tcPr>
            <w:tcW w:w="567" w:type="dxa"/>
            <w:shd w:val="clear" w:color="auto" w:fill="auto"/>
            <w:vAlign w:val="center"/>
          </w:tcPr>
          <w:p w14:paraId="59A8E52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968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F6BA20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1263 Zábrdovice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1F34658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Kuldova a ul. Šámalova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827A43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D49AD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450C6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</w:tr>
      <w:tr w:rsidR="00000000" w14:paraId="5D915905" w14:textId="77777777">
        <w:tc>
          <w:tcPr>
            <w:tcW w:w="567" w:type="dxa"/>
            <w:shd w:val="clear" w:color="auto" w:fill="auto"/>
            <w:vAlign w:val="center"/>
          </w:tcPr>
          <w:p w14:paraId="36910D9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969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5C3A61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1263 Zábrdovice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DC85FD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Kuldova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B122CC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4B93A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56C0F3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15254B04" w14:textId="77777777">
        <w:tc>
          <w:tcPr>
            <w:tcW w:w="567" w:type="dxa"/>
            <w:shd w:val="clear" w:color="auto" w:fill="auto"/>
            <w:vAlign w:val="center"/>
          </w:tcPr>
          <w:p w14:paraId="2C11080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970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46EE8D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9887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DE82FB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u skateparku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Bzzzukot</w:t>
            </w:r>
            <w:proofErr w:type="spellEnd"/>
          </w:p>
        </w:tc>
        <w:tc>
          <w:tcPr>
            <w:tcW w:w="1587" w:type="dxa"/>
            <w:shd w:val="clear" w:color="auto" w:fill="auto"/>
            <w:vAlign w:val="center"/>
          </w:tcPr>
          <w:p w14:paraId="5F7B599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29EFF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5E6DFD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479670D7" w14:textId="77777777">
        <w:tc>
          <w:tcPr>
            <w:tcW w:w="567" w:type="dxa"/>
            <w:shd w:val="clear" w:color="auto" w:fill="auto"/>
            <w:vAlign w:val="center"/>
          </w:tcPr>
          <w:p w14:paraId="52BB961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971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17AE98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9886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35E61D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Líšeňská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6DD82D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F0C3A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18E9FD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</w:tr>
      <w:tr w:rsidR="00000000" w14:paraId="34EE02A2" w14:textId="77777777">
        <w:tc>
          <w:tcPr>
            <w:tcW w:w="567" w:type="dxa"/>
            <w:shd w:val="clear" w:color="auto" w:fill="auto"/>
            <w:vAlign w:val="center"/>
          </w:tcPr>
          <w:p w14:paraId="7173C65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972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18DCAF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4337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7AFE58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Krásného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204712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761B6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105C1F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623F9ED5" w14:textId="77777777">
        <w:tc>
          <w:tcPr>
            <w:tcW w:w="567" w:type="dxa"/>
            <w:shd w:val="clear" w:color="auto" w:fill="auto"/>
            <w:vAlign w:val="center"/>
          </w:tcPr>
          <w:p w14:paraId="29E7D0A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973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D3C5B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144/2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F87817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Životského</w:t>
            </w:r>
            <w:proofErr w:type="spellEnd"/>
          </w:p>
        </w:tc>
        <w:tc>
          <w:tcPr>
            <w:tcW w:w="1587" w:type="dxa"/>
            <w:shd w:val="clear" w:color="auto" w:fill="auto"/>
            <w:vAlign w:val="center"/>
          </w:tcPr>
          <w:p w14:paraId="1C7FCDE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E0A54C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62616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2AFDD56" w14:textId="77777777">
        <w:tc>
          <w:tcPr>
            <w:tcW w:w="567" w:type="dxa"/>
            <w:shd w:val="clear" w:color="auto" w:fill="auto"/>
            <w:vAlign w:val="center"/>
          </w:tcPr>
          <w:p w14:paraId="3DBD393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974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F495CD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8087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C7B2D6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Kosmákova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C89699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3EA5716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FCF78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01EAB42" w14:textId="77777777">
        <w:tc>
          <w:tcPr>
            <w:tcW w:w="567" w:type="dxa"/>
            <w:shd w:val="clear" w:color="auto" w:fill="auto"/>
            <w:vAlign w:val="center"/>
          </w:tcPr>
          <w:p w14:paraId="0FCB258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975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F6C6EF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7862/20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7DEA8E7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mezi ul. Marie Kudeříkové a ul. Bělohorská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A67574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8AEFC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21D10E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49AE7E04" w14:textId="77777777">
        <w:tc>
          <w:tcPr>
            <w:tcW w:w="567" w:type="dxa"/>
            <w:shd w:val="clear" w:color="auto" w:fill="auto"/>
            <w:vAlign w:val="center"/>
          </w:tcPr>
          <w:p w14:paraId="639D036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976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9986D2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8404/1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079FFF6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Stará osada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015FF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068FC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1C6260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452DC34C" w14:textId="77777777">
        <w:tc>
          <w:tcPr>
            <w:tcW w:w="567" w:type="dxa"/>
            <w:shd w:val="clear" w:color="auto" w:fill="auto"/>
            <w:vAlign w:val="center"/>
          </w:tcPr>
          <w:p w14:paraId="4625294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977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AAC9F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5786/1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B73632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před Centrum Nová Osada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4AFE6A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31391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A68E53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</w:tr>
      <w:tr w:rsidR="00000000" w14:paraId="5B173FA9" w14:textId="77777777">
        <w:tc>
          <w:tcPr>
            <w:tcW w:w="567" w:type="dxa"/>
            <w:shd w:val="clear" w:color="auto" w:fill="auto"/>
            <w:vAlign w:val="center"/>
          </w:tcPr>
          <w:p w14:paraId="07AA186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978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377AA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4393/1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0D86E5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dětském hřišti při ul. Souběžná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A0F149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95DC2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2B318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</w:tr>
      <w:tr w:rsidR="00000000" w14:paraId="7F35689A" w14:textId="77777777">
        <w:tc>
          <w:tcPr>
            <w:tcW w:w="567" w:type="dxa"/>
            <w:shd w:val="clear" w:color="auto" w:fill="auto"/>
            <w:vAlign w:val="center"/>
          </w:tcPr>
          <w:p w14:paraId="25F224E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979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57EFBC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4260/1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038DC1C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Juliánovské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 xml:space="preserve"> náměstí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050E4B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63E58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692EC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A6A30BB" w14:textId="77777777">
        <w:tc>
          <w:tcPr>
            <w:tcW w:w="567" w:type="dxa"/>
            <w:shd w:val="clear" w:color="auto" w:fill="auto"/>
            <w:vAlign w:val="center"/>
          </w:tcPr>
          <w:p w14:paraId="3EFADEF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949AAA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122/1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A240C6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Táborská a ul. Letní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3FD89F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A19BF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E871F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579D7A7" w14:textId="77777777">
        <w:tc>
          <w:tcPr>
            <w:tcW w:w="567" w:type="dxa"/>
            <w:shd w:val="clear" w:color="auto" w:fill="auto"/>
            <w:vAlign w:val="center"/>
          </w:tcPr>
          <w:p w14:paraId="36DC61C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F9F119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5879/14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471A31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Lazaretní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68AAB2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D401E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59F0D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793E0B1" w14:textId="77777777">
        <w:tc>
          <w:tcPr>
            <w:tcW w:w="567" w:type="dxa"/>
            <w:shd w:val="clear" w:color="auto" w:fill="auto"/>
            <w:vAlign w:val="center"/>
          </w:tcPr>
          <w:p w14:paraId="4E52F03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ED56F6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2185/1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D208A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Karáskovo náměstí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46C66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A5E9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ECCD7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289B140" w14:textId="77777777">
        <w:tc>
          <w:tcPr>
            <w:tcW w:w="567" w:type="dxa"/>
            <w:shd w:val="clear" w:color="auto" w:fill="auto"/>
            <w:vAlign w:val="center"/>
          </w:tcPr>
          <w:p w14:paraId="2F1FCD8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21D7F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1263 Zábrdovice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70B5079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Šámalova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BF0309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virtuální místo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853F3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D6EE8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36E2894" w14:textId="77777777">
        <w:tc>
          <w:tcPr>
            <w:tcW w:w="567" w:type="dxa"/>
            <w:shd w:val="clear" w:color="auto" w:fill="auto"/>
            <w:vAlign w:val="center"/>
          </w:tcPr>
          <w:p w14:paraId="47618F8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4CD3A5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8390/16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043E9D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Svatoplukova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86E5C2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CD1505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03876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04AA6A7" w14:textId="77777777">
        <w:tc>
          <w:tcPr>
            <w:tcW w:w="567" w:type="dxa"/>
            <w:shd w:val="clear" w:color="auto" w:fill="auto"/>
            <w:vAlign w:val="center"/>
          </w:tcPr>
          <w:p w14:paraId="0417650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08C487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8390/16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70C3CAA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Svatoplukova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2432E7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65A0FA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1748A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091A55" w14:textId="77777777">
        <w:tc>
          <w:tcPr>
            <w:tcW w:w="567" w:type="dxa"/>
            <w:shd w:val="clear" w:color="auto" w:fill="auto"/>
            <w:vAlign w:val="center"/>
          </w:tcPr>
          <w:p w14:paraId="0AE81DC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5CBFFB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945/1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7E1ECD5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Šámalova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EB7D6E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DBCF99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C1132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F8C39D8" w14:textId="77777777">
        <w:tc>
          <w:tcPr>
            <w:tcW w:w="567" w:type="dxa"/>
            <w:shd w:val="clear" w:color="auto" w:fill="auto"/>
            <w:vAlign w:val="center"/>
          </w:tcPr>
          <w:p w14:paraId="0744143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9C718B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1087/1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60C869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Jílkova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995163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7822C6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ED240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4B697A0" w14:textId="77777777">
        <w:tc>
          <w:tcPr>
            <w:tcW w:w="567" w:type="dxa"/>
            <w:shd w:val="clear" w:color="auto" w:fill="auto"/>
            <w:vAlign w:val="center"/>
          </w:tcPr>
          <w:p w14:paraId="219405E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988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6B296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1697/1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C55DF0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Slevačská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55A58A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607C63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4C647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C175826" w14:textId="77777777">
        <w:tc>
          <w:tcPr>
            <w:tcW w:w="567" w:type="dxa"/>
            <w:shd w:val="clear" w:color="auto" w:fill="auto"/>
            <w:vAlign w:val="center"/>
          </w:tcPr>
          <w:p w14:paraId="3BE394A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989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4CB18C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1697/1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1E83183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Slevačská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643A74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C743CD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4E978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7550292" w14:textId="77777777">
        <w:tc>
          <w:tcPr>
            <w:tcW w:w="567" w:type="dxa"/>
            <w:shd w:val="clear" w:color="auto" w:fill="auto"/>
            <w:vAlign w:val="center"/>
          </w:tcPr>
          <w:p w14:paraId="269DA8A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95C22C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1697/1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EAFF04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křížení ul. Slevačská a ul. Šámalova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EA1E3E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3B013E5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F7F3E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82C00BB" w14:textId="77777777">
        <w:tc>
          <w:tcPr>
            <w:tcW w:w="567" w:type="dxa"/>
            <w:shd w:val="clear" w:color="auto" w:fill="auto"/>
            <w:vAlign w:val="center"/>
          </w:tcPr>
          <w:p w14:paraId="3350551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BDDE43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1697/1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7A8A0C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křížení ul. Slevačská a ul. Šámalova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D1D760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E458CF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3C94F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72458CC" w14:textId="77777777">
        <w:tc>
          <w:tcPr>
            <w:tcW w:w="567" w:type="dxa"/>
            <w:shd w:val="clear" w:color="auto" w:fill="auto"/>
            <w:vAlign w:val="center"/>
          </w:tcPr>
          <w:p w14:paraId="0B24CB7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D9E83A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52D54F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721638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76F3AC5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27B3A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5FC4044" w14:textId="77777777">
        <w:tc>
          <w:tcPr>
            <w:tcW w:w="567" w:type="dxa"/>
            <w:shd w:val="clear" w:color="auto" w:fill="auto"/>
            <w:vAlign w:val="center"/>
          </w:tcPr>
          <w:p w14:paraId="486F746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6D296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07E74D7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F945DF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9E6D23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1B1B8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DFF353A" w14:textId="77777777">
        <w:tc>
          <w:tcPr>
            <w:tcW w:w="567" w:type="dxa"/>
            <w:shd w:val="clear" w:color="auto" w:fill="auto"/>
            <w:vAlign w:val="center"/>
          </w:tcPr>
          <w:p w14:paraId="193A675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09A568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BF5890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596964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3D0F04D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38B18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1995CC7" w14:textId="77777777">
        <w:tc>
          <w:tcPr>
            <w:tcW w:w="567" w:type="dxa"/>
            <w:shd w:val="clear" w:color="auto" w:fill="auto"/>
            <w:vAlign w:val="center"/>
          </w:tcPr>
          <w:p w14:paraId="12A9B9D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44BBA7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83DFC2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CFFBE4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3A33C6F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65DB4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FC5BA0C" w14:textId="77777777">
        <w:tc>
          <w:tcPr>
            <w:tcW w:w="567" w:type="dxa"/>
            <w:shd w:val="clear" w:color="auto" w:fill="auto"/>
            <w:vAlign w:val="center"/>
          </w:tcPr>
          <w:p w14:paraId="6389040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A6D44A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CF0BED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AD74DE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0D5399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0E39A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82D939C" w14:textId="77777777">
        <w:tc>
          <w:tcPr>
            <w:tcW w:w="567" w:type="dxa"/>
            <w:shd w:val="clear" w:color="auto" w:fill="auto"/>
            <w:vAlign w:val="center"/>
          </w:tcPr>
          <w:p w14:paraId="2F7F08D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7831FE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C6CE90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9342C7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219A04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9D435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72DD0A0" w14:textId="77777777">
        <w:tc>
          <w:tcPr>
            <w:tcW w:w="567" w:type="dxa"/>
            <w:shd w:val="clear" w:color="auto" w:fill="auto"/>
            <w:vAlign w:val="center"/>
          </w:tcPr>
          <w:p w14:paraId="77849F2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998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5DBD44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D6B413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6B0E4B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B44351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B5E56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71FB2CF" w14:textId="77777777">
        <w:tc>
          <w:tcPr>
            <w:tcW w:w="567" w:type="dxa"/>
            <w:shd w:val="clear" w:color="auto" w:fill="auto"/>
            <w:vAlign w:val="center"/>
          </w:tcPr>
          <w:p w14:paraId="03A92C7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999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C1ACC3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7B19E3D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B46012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37A7E80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7C1AD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AA8F985" w14:textId="77777777">
        <w:tc>
          <w:tcPr>
            <w:tcW w:w="567" w:type="dxa"/>
            <w:shd w:val="clear" w:color="auto" w:fill="auto"/>
            <w:vAlign w:val="center"/>
          </w:tcPr>
          <w:p w14:paraId="361B61DA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1000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385B9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122/1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C3B32E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Táborská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61CDEC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C9A37E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5E7B3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08639A2" w14:textId="77777777">
        <w:tc>
          <w:tcPr>
            <w:tcW w:w="567" w:type="dxa"/>
            <w:shd w:val="clear" w:color="auto" w:fill="auto"/>
            <w:vAlign w:val="center"/>
          </w:tcPr>
          <w:p w14:paraId="0F791A64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1001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3F6353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122/1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07642C0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Táborská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8F94F4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7F63F92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59AE7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38DD31" w14:textId="77777777">
        <w:tc>
          <w:tcPr>
            <w:tcW w:w="567" w:type="dxa"/>
            <w:shd w:val="clear" w:color="auto" w:fill="auto"/>
            <w:vAlign w:val="center"/>
          </w:tcPr>
          <w:p w14:paraId="785DDD1B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1002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3F84C2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685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78EF51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křížení ul. Eimova a ul. Nezamyslova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5D940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B03AE9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4EF5C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408594B" w14:textId="77777777">
        <w:tc>
          <w:tcPr>
            <w:tcW w:w="567" w:type="dxa"/>
            <w:shd w:val="clear" w:color="auto" w:fill="auto"/>
            <w:vAlign w:val="center"/>
          </w:tcPr>
          <w:p w14:paraId="2F8A7638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1003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DE61EE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716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03B841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Jeronýmova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64744F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272E879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13574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0F0134" w14:textId="77777777">
        <w:tc>
          <w:tcPr>
            <w:tcW w:w="567" w:type="dxa"/>
            <w:shd w:val="clear" w:color="auto" w:fill="auto"/>
            <w:vAlign w:val="center"/>
          </w:tcPr>
          <w:p w14:paraId="2F5680EB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1004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49C75B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1317 Zábrdovice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15CA5C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Krokova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A4FA06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5BC9473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BED57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FDC2FDD" w14:textId="77777777">
        <w:tc>
          <w:tcPr>
            <w:tcW w:w="567" w:type="dxa"/>
            <w:shd w:val="clear" w:color="auto" w:fill="auto"/>
            <w:vAlign w:val="center"/>
          </w:tcPr>
          <w:p w14:paraId="69AE07B9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1005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46B2A4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1317 Zábrdovice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E410E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Kuldova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0E76C7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93942E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C7CBA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4A6C103" w14:textId="77777777">
        <w:tc>
          <w:tcPr>
            <w:tcW w:w="567" w:type="dxa"/>
            <w:shd w:val="clear" w:color="auto" w:fill="auto"/>
            <w:vAlign w:val="center"/>
          </w:tcPr>
          <w:p w14:paraId="7D251097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1006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1FA72D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1317 Zábrdovice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0151B1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křížení ul. Kuldova a ul. Krokova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4BD31E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793017A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08260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F1B1892" w14:textId="77777777">
        <w:tc>
          <w:tcPr>
            <w:tcW w:w="567" w:type="dxa"/>
            <w:shd w:val="clear" w:color="auto" w:fill="auto"/>
            <w:vAlign w:val="center"/>
          </w:tcPr>
          <w:p w14:paraId="6C478952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1007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F6C0AF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1263 Zábrdovice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EECBF0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Šámalova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B68621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E87758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B3A05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197FA81" w14:textId="77777777">
        <w:tc>
          <w:tcPr>
            <w:tcW w:w="567" w:type="dxa"/>
            <w:shd w:val="clear" w:color="auto" w:fill="auto"/>
            <w:vAlign w:val="center"/>
          </w:tcPr>
          <w:p w14:paraId="7D8A99B0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1008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936F07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2277/1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BB4FFD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křížení ul. Myslbekova a ul. Gebauerova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9C7D4C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23B22A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AC146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56D36ED" w14:textId="77777777">
        <w:tc>
          <w:tcPr>
            <w:tcW w:w="567" w:type="dxa"/>
            <w:shd w:val="clear" w:color="auto" w:fill="auto"/>
            <w:vAlign w:val="center"/>
          </w:tcPr>
          <w:p w14:paraId="7E71F217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1009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4615B4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1379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5F7CDF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křížení ul. Filipínského, ul. Veleckého, ul. Václavkova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EA583D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EBF229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9F257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1766295" w14:textId="77777777">
        <w:tc>
          <w:tcPr>
            <w:tcW w:w="567" w:type="dxa"/>
            <w:shd w:val="clear" w:color="auto" w:fill="auto"/>
            <w:vAlign w:val="center"/>
          </w:tcPr>
          <w:p w14:paraId="19E0DCC5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1010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2822DA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1379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71E79C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Filipínského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73352F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7701942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9CB91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EA20D33" w14:textId="77777777">
        <w:tc>
          <w:tcPr>
            <w:tcW w:w="567" w:type="dxa"/>
            <w:shd w:val="clear" w:color="auto" w:fill="auto"/>
            <w:vAlign w:val="center"/>
          </w:tcPr>
          <w:p w14:paraId="55B0A7D3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1011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5231E3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1379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F4C337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Filipínského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9607C7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55936ED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1116B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D04FE1" w14:textId="77777777">
        <w:tc>
          <w:tcPr>
            <w:tcW w:w="567" w:type="dxa"/>
            <w:shd w:val="clear" w:color="auto" w:fill="auto"/>
            <w:vAlign w:val="center"/>
          </w:tcPr>
          <w:p w14:paraId="59E154BD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1012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47CB03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2220/1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E8070B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Veleckého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06FF9D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32CF6D4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A089B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98679C6" w14:textId="77777777">
        <w:tc>
          <w:tcPr>
            <w:tcW w:w="567" w:type="dxa"/>
            <w:shd w:val="clear" w:color="auto" w:fill="auto"/>
            <w:vAlign w:val="center"/>
          </w:tcPr>
          <w:p w14:paraId="61954420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1013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663743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2276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06E2DB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křížení ul. Filipínského a ul. Vojanova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DDD514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E83CB4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1B909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9B0A0F1" w14:textId="77777777">
        <w:tc>
          <w:tcPr>
            <w:tcW w:w="567" w:type="dxa"/>
            <w:shd w:val="clear" w:color="auto" w:fill="auto"/>
            <w:vAlign w:val="center"/>
          </w:tcPr>
          <w:p w14:paraId="26FA6C02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1014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00E62B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2818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72EDE61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křížení ul. Mikšíčkova a ul. Pechova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BA0D18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539210E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9FACB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D01B71C" w14:textId="77777777">
        <w:tc>
          <w:tcPr>
            <w:tcW w:w="567" w:type="dxa"/>
            <w:shd w:val="clear" w:color="auto" w:fill="auto"/>
            <w:vAlign w:val="center"/>
          </w:tcPr>
          <w:p w14:paraId="081B48EC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1015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9C9338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6519/1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6CA281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Markéty Kuncové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471E69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0A7BA3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A0CDB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AB27E4B" w14:textId="77777777">
        <w:tc>
          <w:tcPr>
            <w:tcW w:w="567" w:type="dxa"/>
            <w:shd w:val="clear" w:color="auto" w:fill="auto"/>
            <w:vAlign w:val="center"/>
          </w:tcPr>
          <w:p w14:paraId="65DA72EE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1016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877F26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6091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7C9BEA8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křížení ul. Skopalíkova a ul. Čejkova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481405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D8D464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CD1BD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688D1C7" w14:textId="77777777">
        <w:tc>
          <w:tcPr>
            <w:tcW w:w="567" w:type="dxa"/>
            <w:shd w:val="clear" w:color="auto" w:fill="auto"/>
            <w:vAlign w:val="center"/>
          </w:tcPr>
          <w:p w14:paraId="0CA3E601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1017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6BB774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8109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0DB9A2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při ul. Kosmákova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3B5052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3293C4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E8E43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E14B0D6" w14:textId="77777777">
        <w:tc>
          <w:tcPr>
            <w:tcW w:w="567" w:type="dxa"/>
            <w:shd w:val="clear" w:color="auto" w:fill="auto"/>
            <w:vAlign w:val="center"/>
          </w:tcPr>
          <w:p w14:paraId="69E47C0F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1018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D78313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8109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070464F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při ul. Kosmákova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EA33AA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70E7627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D7B3A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28B4D73" w14:textId="77777777">
        <w:tc>
          <w:tcPr>
            <w:tcW w:w="567" w:type="dxa"/>
            <w:shd w:val="clear" w:color="auto" w:fill="auto"/>
            <w:vAlign w:val="center"/>
          </w:tcPr>
          <w:p w14:paraId="5AD0FC66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1019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E6FBC2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8151/1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F9221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Stará osada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42E265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598101F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3522F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E6307ED" w14:textId="77777777">
        <w:tc>
          <w:tcPr>
            <w:tcW w:w="567" w:type="dxa"/>
            <w:shd w:val="clear" w:color="auto" w:fill="auto"/>
            <w:vAlign w:val="center"/>
          </w:tcPr>
          <w:p w14:paraId="552707F2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1020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568C09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8109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EB0DCA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parkoviště při ul. Kosmákova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20E12A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0EDEFD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17429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BBFD789" w14:textId="77777777">
        <w:tc>
          <w:tcPr>
            <w:tcW w:w="567" w:type="dxa"/>
            <w:shd w:val="clear" w:color="auto" w:fill="auto"/>
            <w:vAlign w:val="center"/>
          </w:tcPr>
          <w:p w14:paraId="68340FAC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1021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04A2E0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900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8D37AC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Šaldova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41A411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E40FC6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1FF9D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3A7DCC1" w14:textId="77777777">
        <w:tc>
          <w:tcPr>
            <w:tcW w:w="567" w:type="dxa"/>
            <w:shd w:val="clear" w:color="auto" w:fill="auto"/>
            <w:vAlign w:val="center"/>
          </w:tcPr>
          <w:p w14:paraId="69BC927C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1022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24C989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1527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F86576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Jílkova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FD505D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5A4E8CC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7CAA8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C3DAA65" w14:textId="77777777">
        <w:tc>
          <w:tcPr>
            <w:tcW w:w="567" w:type="dxa"/>
            <w:shd w:val="clear" w:color="auto" w:fill="auto"/>
            <w:vAlign w:val="center"/>
          </w:tcPr>
          <w:p w14:paraId="69CCC9C7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1023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065C62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3108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0B70F2B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Vančurova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71AF5ED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30592A1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B16A0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22214B3" w14:textId="77777777">
        <w:tc>
          <w:tcPr>
            <w:tcW w:w="567" w:type="dxa"/>
            <w:shd w:val="clear" w:color="auto" w:fill="auto"/>
            <w:vAlign w:val="center"/>
          </w:tcPr>
          <w:p w14:paraId="04BEB757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1024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38C457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598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752D82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Skorkovského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03B20C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765D04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F521E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333FE21" w14:textId="77777777">
        <w:tc>
          <w:tcPr>
            <w:tcW w:w="567" w:type="dxa"/>
            <w:shd w:val="clear" w:color="auto" w:fill="auto"/>
            <w:vAlign w:val="center"/>
          </w:tcPr>
          <w:p w14:paraId="0080EDF3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1025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D352B5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598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BCD6F7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Skorkovského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3393392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47C22A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497C5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5DCE94" w14:textId="77777777">
        <w:tc>
          <w:tcPr>
            <w:tcW w:w="567" w:type="dxa"/>
            <w:shd w:val="clear" w:color="auto" w:fill="auto"/>
            <w:vAlign w:val="center"/>
          </w:tcPr>
          <w:p w14:paraId="3CA920BD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1026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F59C9F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408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72A5609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Tovačovského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D768D1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580F934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92088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AD83777" w14:textId="77777777">
        <w:tc>
          <w:tcPr>
            <w:tcW w:w="567" w:type="dxa"/>
            <w:shd w:val="clear" w:color="auto" w:fill="auto"/>
            <w:vAlign w:val="center"/>
          </w:tcPr>
          <w:p w14:paraId="3ACACBB3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1027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0F553E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408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EA01EB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Tovačovského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FC6C72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7D3860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CA7AD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2B53316" w14:textId="77777777">
        <w:tc>
          <w:tcPr>
            <w:tcW w:w="567" w:type="dxa"/>
            <w:shd w:val="clear" w:color="auto" w:fill="auto"/>
            <w:vAlign w:val="center"/>
          </w:tcPr>
          <w:p w14:paraId="53D4BF80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1028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3C3614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401/1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19788B9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Strakatého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090A1D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79D512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3E364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F7CDCC7" w14:textId="77777777">
        <w:tc>
          <w:tcPr>
            <w:tcW w:w="567" w:type="dxa"/>
            <w:shd w:val="clear" w:color="auto" w:fill="auto"/>
            <w:vAlign w:val="center"/>
          </w:tcPr>
          <w:p w14:paraId="1C759F0C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1029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76350D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945/1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821653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Šámalova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4355E73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E754FB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7F4B6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D4B69D2" w14:textId="77777777">
        <w:tc>
          <w:tcPr>
            <w:tcW w:w="567" w:type="dxa"/>
            <w:shd w:val="clear" w:color="auto" w:fill="auto"/>
            <w:vAlign w:val="center"/>
          </w:tcPr>
          <w:p w14:paraId="142E8BC6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1030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8B4D75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8146/1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CB6D99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Kosmákova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DC712C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5929609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6AA51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F57186F" w14:textId="77777777">
        <w:tc>
          <w:tcPr>
            <w:tcW w:w="567" w:type="dxa"/>
            <w:shd w:val="clear" w:color="auto" w:fill="auto"/>
            <w:vAlign w:val="center"/>
          </w:tcPr>
          <w:p w14:paraId="612785AA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1031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43FA5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8146/1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8BFB19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Stará osada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D0C1E9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4FE0D3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4E2E69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90CFBCE" w14:textId="77777777">
        <w:tc>
          <w:tcPr>
            <w:tcW w:w="567" w:type="dxa"/>
            <w:shd w:val="clear" w:color="auto" w:fill="auto"/>
            <w:vAlign w:val="center"/>
          </w:tcPr>
          <w:p w14:paraId="3B512D32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1032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43FB87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3108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0B94483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Vančurova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2A2DBB7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CD3D9B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5514D4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5E44DC4" w14:textId="77777777">
        <w:tc>
          <w:tcPr>
            <w:tcW w:w="567" w:type="dxa"/>
            <w:shd w:val="clear" w:color="auto" w:fill="auto"/>
            <w:vAlign w:val="center"/>
          </w:tcPr>
          <w:p w14:paraId="4224F22A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1033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E6B176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3848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0D6E156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Potácelova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337C65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DC1D599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2C1311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4A41C60" w14:textId="77777777">
        <w:tc>
          <w:tcPr>
            <w:tcW w:w="567" w:type="dxa"/>
            <w:shd w:val="clear" w:color="auto" w:fill="auto"/>
            <w:vAlign w:val="center"/>
          </w:tcPr>
          <w:p w14:paraId="428822D5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1034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BAD1BEB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4006/2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B14FEB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na rohu ul.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Kamenačky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 xml:space="preserve"> a ul. Skorkovského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F7C34C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B028E8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2222F6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454AE60" w14:textId="77777777">
        <w:tc>
          <w:tcPr>
            <w:tcW w:w="567" w:type="dxa"/>
            <w:shd w:val="clear" w:color="auto" w:fill="auto"/>
            <w:vAlign w:val="center"/>
          </w:tcPr>
          <w:p w14:paraId="26E13CA8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1035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9E0D23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4006/2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0ECA7D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na rohu ul.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Kamenačky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 xml:space="preserve"> a ul. Škroupova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1F007F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706DC02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709D7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CA4938E" w14:textId="77777777">
        <w:tc>
          <w:tcPr>
            <w:tcW w:w="567" w:type="dxa"/>
            <w:shd w:val="clear" w:color="auto" w:fill="auto"/>
            <w:vAlign w:val="center"/>
          </w:tcPr>
          <w:p w14:paraId="5FB266CC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1036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A1E9CB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1858/1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36EF4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Táborská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B7A0F0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9A5D36E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ACFE4C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5397099" w14:textId="77777777">
        <w:tc>
          <w:tcPr>
            <w:tcW w:w="567" w:type="dxa"/>
            <w:shd w:val="clear" w:color="auto" w:fill="auto"/>
            <w:vAlign w:val="center"/>
          </w:tcPr>
          <w:p w14:paraId="50BDA8CB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1037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701577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3505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985B41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Skorkovského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95ACF3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7BCC4A4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4B0CD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3DEA2CF" w14:textId="77777777">
        <w:tc>
          <w:tcPr>
            <w:tcW w:w="567" w:type="dxa"/>
            <w:shd w:val="clear" w:color="auto" w:fill="auto"/>
            <w:vAlign w:val="center"/>
          </w:tcPr>
          <w:p w14:paraId="47A17027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1038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758687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3505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5ABED4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Skorkovského a ul. Potácelova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FBA8D0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52C1A71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337A1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21AA587F" w14:textId="77777777">
        <w:tc>
          <w:tcPr>
            <w:tcW w:w="567" w:type="dxa"/>
            <w:shd w:val="clear" w:color="auto" w:fill="auto"/>
            <w:vAlign w:val="center"/>
          </w:tcPr>
          <w:p w14:paraId="1F18C7BA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1039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4B2ECF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3946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F394A4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Skorkovského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3E4108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F5B4A3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39D4E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5B293AD" w14:textId="77777777">
        <w:tc>
          <w:tcPr>
            <w:tcW w:w="567" w:type="dxa"/>
            <w:shd w:val="clear" w:color="auto" w:fill="auto"/>
            <w:vAlign w:val="center"/>
          </w:tcPr>
          <w:p w14:paraId="1F11D628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1040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A51841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4179/1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74452BB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Škroupova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CABD32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6CFF20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85E51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FEBF455" w14:textId="77777777">
        <w:tc>
          <w:tcPr>
            <w:tcW w:w="567" w:type="dxa"/>
            <w:shd w:val="clear" w:color="auto" w:fill="auto"/>
            <w:vAlign w:val="center"/>
          </w:tcPr>
          <w:p w14:paraId="7ED8121C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1041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23BBA3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4178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0863247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Škroupova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E7A152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C8AA76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43F3C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A93D5DB" w14:textId="77777777">
        <w:tc>
          <w:tcPr>
            <w:tcW w:w="567" w:type="dxa"/>
            <w:shd w:val="clear" w:color="auto" w:fill="auto"/>
            <w:vAlign w:val="center"/>
          </w:tcPr>
          <w:p w14:paraId="2A092EF5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1042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D5B2AD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4090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D868E8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Škroupova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E15F15C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AD9321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6248E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8EE78AC" w14:textId="77777777">
        <w:tc>
          <w:tcPr>
            <w:tcW w:w="567" w:type="dxa"/>
            <w:shd w:val="clear" w:color="auto" w:fill="auto"/>
            <w:vAlign w:val="center"/>
          </w:tcPr>
          <w:p w14:paraId="748009C6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1043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F03DB40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4090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01FF1CD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Škroupova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303127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7E74FD3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EE02C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98F6C57" w14:textId="77777777">
        <w:tc>
          <w:tcPr>
            <w:tcW w:w="567" w:type="dxa"/>
            <w:shd w:val="clear" w:color="auto" w:fill="auto"/>
            <w:vAlign w:val="center"/>
          </w:tcPr>
          <w:p w14:paraId="3F981E2C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1044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9CA66F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4090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74DCB13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Škroupova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186D67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3CDE13C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A8B75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F522FC6" w14:textId="77777777">
        <w:tc>
          <w:tcPr>
            <w:tcW w:w="567" w:type="dxa"/>
            <w:shd w:val="clear" w:color="auto" w:fill="auto"/>
            <w:vAlign w:val="center"/>
          </w:tcPr>
          <w:p w14:paraId="2E3BFB41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1045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E22C88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4090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7749E3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Škroupova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FE596E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5DA818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A88DB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4F4EE61" w14:textId="77777777">
        <w:tc>
          <w:tcPr>
            <w:tcW w:w="567" w:type="dxa"/>
            <w:shd w:val="clear" w:color="auto" w:fill="auto"/>
            <w:vAlign w:val="center"/>
          </w:tcPr>
          <w:p w14:paraId="0EFFADE7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1046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1BF2AD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4407/2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1DDB759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Škroupova a ul. Bělohorská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73AE28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7910EFC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CC12A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D9FE0BC" w14:textId="77777777">
        <w:tc>
          <w:tcPr>
            <w:tcW w:w="567" w:type="dxa"/>
            <w:shd w:val="clear" w:color="auto" w:fill="auto"/>
            <w:vAlign w:val="center"/>
          </w:tcPr>
          <w:p w14:paraId="0369EB4A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1047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174268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4266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FF6450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Boettingrova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5C23A4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574202B1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6E1EC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C5B3C88" w14:textId="77777777">
        <w:tc>
          <w:tcPr>
            <w:tcW w:w="567" w:type="dxa"/>
            <w:shd w:val="clear" w:color="auto" w:fill="auto"/>
            <w:vAlign w:val="center"/>
          </w:tcPr>
          <w:p w14:paraId="497D4C5C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1048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6E74ADF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4266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2304AF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Boettingrova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1B8CC8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98B5F56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D54F9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F932642" w14:textId="77777777">
        <w:tc>
          <w:tcPr>
            <w:tcW w:w="567" w:type="dxa"/>
            <w:shd w:val="clear" w:color="auto" w:fill="auto"/>
            <w:vAlign w:val="center"/>
          </w:tcPr>
          <w:p w14:paraId="632DFDBB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1049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66BD4F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4217/1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21D6B08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Krásného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43ECA96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37EEC86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8A6D62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B7800AA" w14:textId="77777777">
        <w:tc>
          <w:tcPr>
            <w:tcW w:w="567" w:type="dxa"/>
            <w:shd w:val="clear" w:color="auto" w:fill="auto"/>
            <w:vAlign w:val="center"/>
          </w:tcPr>
          <w:p w14:paraId="4B2FB420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1050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01E1D1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4217/1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1E4F0A05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Krásného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94035A9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F57867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CD3BB3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190086F" w14:textId="77777777">
        <w:tc>
          <w:tcPr>
            <w:tcW w:w="567" w:type="dxa"/>
            <w:shd w:val="clear" w:color="auto" w:fill="auto"/>
            <w:vAlign w:val="center"/>
          </w:tcPr>
          <w:p w14:paraId="45BE7444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1051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67F2DF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4217/1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8125D3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Krásného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38E67E4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9343AB2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BC803A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699AF0E" w14:textId="77777777">
        <w:tc>
          <w:tcPr>
            <w:tcW w:w="567" w:type="dxa"/>
            <w:shd w:val="clear" w:color="auto" w:fill="auto"/>
            <w:vAlign w:val="center"/>
          </w:tcPr>
          <w:p w14:paraId="6DA08295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1052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1BE7C6C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4217/1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3B8237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Krásného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A3532B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35E88ACD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21A3E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50B81503" w14:textId="77777777">
        <w:tc>
          <w:tcPr>
            <w:tcW w:w="567" w:type="dxa"/>
            <w:shd w:val="clear" w:color="auto" w:fill="auto"/>
            <w:vAlign w:val="center"/>
          </w:tcPr>
          <w:p w14:paraId="30DD99A2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1053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05BA4C2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8206/4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16CC7634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Pod Sídlištěm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CDF668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16E423B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EFB9CF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3604B03A" w14:textId="77777777">
        <w:tc>
          <w:tcPr>
            <w:tcW w:w="567" w:type="dxa"/>
            <w:shd w:val="clear" w:color="auto" w:fill="auto"/>
            <w:vAlign w:val="center"/>
          </w:tcPr>
          <w:p w14:paraId="410AF3A0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1054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C310B4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9403/5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08B826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Pod Sídlištěm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317A0A8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C7B400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54DF3B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649CE8A" w14:textId="77777777">
        <w:tc>
          <w:tcPr>
            <w:tcW w:w="567" w:type="dxa"/>
            <w:shd w:val="clear" w:color="auto" w:fill="auto"/>
            <w:vAlign w:val="center"/>
          </w:tcPr>
          <w:p w14:paraId="6CE97A15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1055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3FD6FBD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4560/1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CB4861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na rohu ul. Slatinská a ul. </w:t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Podlomní</w:t>
            </w:r>
            <w:proofErr w:type="spellEnd"/>
          </w:p>
        </w:tc>
        <w:tc>
          <w:tcPr>
            <w:tcW w:w="1587" w:type="dxa"/>
            <w:shd w:val="clear" w:color="auto" w:fill="auto"/>
            <w:vAlign w:val="center"/>
          </w:tcPr>
          <w:p w14:paraId="748917C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A628EC0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0B4B0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0E969A92" w14:textId="77777777">
        <w:tc>
          <w:tcPr>
            <w:tcW w:w="567" w:type="dxa"/>
            <w:shd w:val="clear" w:color="auto" w:fill="auto"/>
            <w:vAlign w:val="center"/>
          </w:tcPr>
          <w:p w14:paraId="1885682A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1056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0F9D98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4804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1C1B6B8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na rohu ul. Došlíkova a ul. Hromádkova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2F8350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717A02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685BCE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1C904DF7" w14:textId="77777777">
        <w:tc>
          <w:tcPr>
            <w:tcW w:w="567" w:type="dxa"/>
            <w:shd w:val="clear" w:color="auto" w:fill="auto"/>
            <w:vAlign w:val="center"/>
          </w:tcPr>
          <w:p w14:paraId="42B49760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1057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5200A8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4804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940AFE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Došlíkova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1A979CE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7DB2867C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DE3B28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BAFCA6E" w14:textId="77777777">
        <w:tc>
          <w:tcPr>
            <w:tcW w:w="567" w:type="dxa"/>
            <w:shd w:val="clear" w:color="auto" w:fill="auto"/>
            <w:vAlign w:val="center"/>
          </w:tcPr>
          <w:p w14:paraId="670BCDCD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1058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AE31FD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4774/15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06496A4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Došlíkova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97FD4BA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810CBB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643E1D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B67FABA" w14:textId="77777777">
        <w:tc>
          <w:tcPr>
            <w:tcW w:w="567" w:type="dxa"/>
            <w:shd w:val="clear" w:color="auto" w:fill="auto"/>
            <w:vAlign w:val="center"/>
          </w:tcPr>
          <w:p w14:paraId="51F5CD61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1059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DD4DFF9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4774/15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AA13636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Došlíkova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5A99EE5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77417288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D3C63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68476CB7" w14:textId="77777777">
        <w:tc>
          <w:tcPr>
            <w:tcW w:w="567" w:type="dxa"/>
            <w:shd w:val="clear" w:color="auto" w:fill="auto"/>
            <w:vAlign w:val="center"/>
          </w:tcPr>
          <w:p w14:paraId="0F0AAE1B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1060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7C5F117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4774/15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6FBECA6E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Došlíkova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568DE51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232582BF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15B180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7BCF86B4" w14:textId="77777777">
        <w:tc>
          <w:tcPr>
            <w:tcW w:w="567" w:type="dxa"/>
            <w:shd w:val="clear" w:color="auto" w:fill="auto"/>
            <w:vAlign w:val="center"/>
          </w:tcPr>
          <w:p w14:paraId="17229401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1061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494B6F1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4774/49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783B0773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Došlíkova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B99C70F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25763CBA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0480D7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  <w:tr w:rsidR="00000000" w14:paraId="4FD181CB" w14:textId="77777777">
        <w:tc>
          <w:tcPr>
            <w:tcW w:w="567" w:type="dxa"/>
            <w:shd w:val="clear" w:color="auto" w:fill="auto"/>
            <w:vAlign w:val="center"/>
          </w:tcPr>
          <w:p w14:paraId="636F95FC" w14:textId="77777777" w:rsidR="00344131" w:rsidRDefault="00344131">
            <w:pPr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</w:rPr>
              <w:t>1062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AD9C248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4706 Židenice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1EFF26EA" w14:textId="77777777" w:rsidR="00344131" w:rsidRDefault="00344131" w:rsidP="004F2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Slatinská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D84A1EB" w14:textId="77777777" w:rsidR="00344131" w:rsidRDefault="00344131" w:rsidP="004F20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motokoloběžka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24449614" w14:textId="77777777" w:rsidR="00344131" w:rsidRDefault="003441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3E51B5" w14:textId="77777777" w:rsidR="00344131" w:rsidRDefault="003441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36D1819" w14:textId="77777777" w:rsidR="00344131" w:rsidRPr="00344131" w:rsidRDefault="00344131" w:rsidP="00344131">
      <w:pPr>
        <w:pStyle w:val="Zkladntext2"/>
        <w:spacing w:before="240" w:line="240" w:lineRule="auto"/>
        <w:rPr>
          <w:rFonts w:ascii="Arial" w:hAnsi="Arial" w:cs="Arial"/>
          <w:bCs/>
        </w:rPr>
      </w:pPr>
    </w:p>
    <w:sectPr w:rsidR="00344131" w:rsidRPr="00344131" w:rsidSect="00613EE5">
      <w:type w:val="continuous"/>
      <w:pgSz w:w="11911" w:h="16832"/>
      <w:pgMar w:top="1418" w:right="1134" w:bottom="1418" w:left="1418" w:header="1797" w:footer="17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7E170" w14:textId="77777777" w:rsidR="00E75DA7" w:rsidRDefault="00E75DA7" w:rsidP="00635436">
      <w:pPr>
        <w:pStyle w:val="Styltabulky"/>
      </w:pPr>
      <w:r>
        <w:separator/>
      </w:r>
    </w:p>
  </w:endnote>
  <w:endnote w:type="continuationSeparator" w:id="0">
    <w:p w14:paraId="1D55CDE8" w14:textId="77777777" w:rsidR="00E75DA7" w:rsidRDefault="00E75DA7" w:rsidP="00635436">
      <w:pPr>
        <w:pStyle w:val="Styltabulky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8AD3C" w14:textId="77777777" w:rsidR="00E75DA7" w:rsidRDefault="00E75DA7" w:rsidP="00635436">
      <w:pPr>
        <w:pStyle w:val="Styltabulky"/>
      </w:pPr>
      <w:r>
        <w:separator/>
      </w:r>
    </w:p>
  </w:footnote>
  <w:footnote w:type="continuationSeparator" w:id="0">
    <w:p w14:paraId="1D801B1E" w14:textId="77777777" w:rsidR="00E75DA7" w:rsidRDefault="00E75DA7" w:rsidP="00635436">
      <w:pPr>
        <w:pStyle w:val="Styltabulky"/>
      </w:pPr>
      <w:r>
        <w:continuationSeparator/>
      </w:r>
    </w:p>
  </w:footnote>
  <w:footnote w:id="1">
    <w:p w14:paraId="7C0527B6" w14:textId="77777777" w:rsidR="00092ADE" w:rsidRPr="009346CC" w:rsidRDefault="00092ADE" w:rsidP="00092AD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346CC">
        <w:rPr>
          <w:rStyle w:val="Znakapoznpodarou"/>
          <w:rFonts w:ascii="Arial" w:hAnsi="Arial" w:cs="Arial"/>
        </w:rPr>
        <w:t>14</w:t>
      </w:r>
      <w:r w:rsidRPr="009346CC">
        <w:rPr>
          <w:rFonts w:ascii="Arial" w:hAnsi="Arial" w:cs="Arial"/>
        </w:rPr>
        <w:t xml:space="preserve"> </w:t>
      </w:r>
      <w:r w:rsidRPr="009346CC">
        <w:rPr>
          <w:rFonts w:ascii="Arial" w:hAnsi="Arial" w:cs="Arial"/>
          <w:sz w:val="18"/>
          <w:szCs w:val="18"/>
        </w:rPr>
        <w:t>Nařízení vlády ČSR č. 54/1989 Sb., o prohlášení území historických jader měst Kolína, Plzně, Brna, Lipníku nad Bečvou a Příboru za památkové rezervace,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5208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01A95855"/>
    <w:multiLevelType w:val="hybridMultilevel"/>
    <w:tmpl w:val="F3709F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BA47DB"/>
    <w:multiLevelType w:val="multilevel"/>
    <w:tmpl w:val="D95418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3173AC7"/>
    <w:multiLevelType w:val="hybridMultilevel"/>
    <w:tmpl w:val="61928CC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B9460E2"/>
    <w:multiLevelType w:val="hybridMultilevel"/>
    <w:tmpl w:val="8550BC92"/>
    <w:lvl w:ilvl="0" w:tplc="2CFE84F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FCC4A74"/>
    <w:multiLevelType w:val="hybridMultilevel"/>
    <w:tmpl w:val="FBC8EBBE"/>
    <w:lvl w:ilvl="0" w:tplc="CE845D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45D19"/>
    <w:multiLevelType w:val="hybridMultilevel"/>
    <w:tmpl w:val="C3D66FF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3654A58"/>
    <w:multiLevelType w:val="hybridMultilevel"/>
    <w:tmpl w:val="8F3087FC"/>
    <w:lvl w:ilvl="0" w:tplc="9A866EE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4EC5F17"/>
    <w:multiLevelType w:val="hybridMultilevel"/>
    <w:tmpl w:val="7AF0A72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5064BBB"/>
    <w:multiLevelType w:val="hybridMultilevel"/>
    <w:tmpl w:val="47E6A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B90F84"/>
    <w:multiLevelType w:val="hybridMultilevel"/>
    <w:tmpl w:val="3354AB08"/>
    <w:lvl w:ilvl="0" w:tplc="AED000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0E1877"/>
    <w:multiLevelType w:val="hybridMultilevel"/>
    <w:tmpl w:val="9B103EDA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91D2D29"/>
    <w:multiLevelType w:val="multilevel"/>
    <w:tmpl w:val="84F2C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1E7772B7"/>
    <w:multiLevelType w:val="hybridMultilevel"/>
    <w:tmpl w:val="B9183E02"/>
    <w:lvl w:ilvl="0" w:tplc="D87486E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F67735B"/>
    <w:multiLevelType w:val="hybridMultilevel"/>
    <w:tmpl w:val="6A304B60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0213728"/>
    <w:multiLevelType w:val="hybridMultilevel"/>
    <w:tmpl w:val="56624B6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03B3FF9"/>
    <w:multiLevelType w:val="hybridMultilevel"/>
    <w:tmpl w:val="893A0F2C"/>
    <w:lvl w:ilvl="0" w:tplc="1D5A824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37611E5"/>
    <w:multiLevelType w:val="hybridMultilevel"/>
    <w:tmpl w:val="75E2DBD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6B3567C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B3376E"/>
    <w:multiLevelType w:val="hybridMultilevel"/>
    <w:tmpl w:val="57B084C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E7C0F40"/>
    <w:multiLevelType w:val="multilevel"/>
    <w:tmpl w:val="5F70AA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2F823D30"/>
    <w:multiLevelType w:val="hybridMultilevel"/>
    <w:tmpl w:val="1B12CB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5D3A19"/>
    <w:multiLevelType w:val="hybridMultilevel"/>
    <w:tmpl w:val="696CB57E"/>
    <w:lvl w:ilvl="0" w:tplc="ECF2C6D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3D715CF3"/>
    <w:multiLevelType w:val="hybridMultilevel"/>
    <w:tmpl w:val="2E42E2F0"/>
    <w:lvl w:ilvl="0" w:tplc="8486799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D33A3D"/>
    <w:multiLevelType w:val="hybridMultilevel"/>
    <w:tmpl w:val="017C72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BF76C5"/>
    <w:multiLevelType w:val="hybridMultilevel"/>
    <w:tmpl w:val="90020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2763FE"/>
    <w:multiLevelType w:val="hybridMultilevel"/>
    <w:tmpl w:val="C964844C"/>
    <w:lvl w:ilvl="0" w:tplc="292036C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525921"/>
    <w:multiLevelType w:val="multilevel"/>
    <w:tmpl w:val="0840FC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4CC142A0"/>
    <w:multiLevelType w:val="hybridMultilevel"/>
    <w:tmpl w:val="E168F75C"/>
    <w:lvl w:ilvl="0" w:tplc="82CC45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3350A0"/>
    <w:multiLevelType w:val="hybridMultilevel"/>
    <w:tmpl w:val="7F962E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3E0DD4"/>
    <w:multiLevelType w:val="hybridMultilevel"/>
    <w:tmpl w:val="AE162E18"/>
    <w:lvl w:ilvl="0" w:tplc="F3464E14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427135C"/>
    <w:multiLevelType w:val="hybridMultilevel"/>
    <w:tmpl w:val="EAE0220C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A3266E2"/>
    <w:multiLevelType w:val="hybridMultilevel"/>
    <w:tmpl w:val="C1989292"/>
    <w:lvl w:ilvl="0" w:tplc="EE6C5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36384"/>
    <w:multiLevelType w:val="hybridMultilevel"/>
    <w:tmpl w:val="15C21B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C51427"/>
    <w:multiLevelType w:val="hybridMultilevel"/>
    <w:tmpl w:val="7A1630AA"/>
    <w:lvl w:ilvl="0" w:tplc="1C2046E6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AF76E6B"/>
    <w:multiLevelType w:val="hybridMultilevel"/>
    <w:tmpl w:val="18A03A70"/>
    <w:lvl w:ilvl="0" w:tplc="4B66191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5DE85EE6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C91165"/>
    <w:multiLevelType w:val="hybridMultilevel"/>
    <w:tmpl w:val="F7A29DBC"/>
    <w:lvl w:ilvl="0" w:tplc="A87E6A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AC565E"/>
    <w:multiLevelType w:val="hybridMultilevel"/>
    <w:tmpl w:val="A9E0A4FC"/>
    <w:lvl w:ilvl="0" w:tplc="040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461657"/>
    <w:multiLevelType w:val="hybridMultilevel"/>
    <w:tmpl w:val="66A40F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4573351"/>
    <w:multiLevelType w:val="hybridMultilevel"/>
    <w:tmpl w:val="F148168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66F9223C"/>
    <w:multiLevelType w:val="hybridMultilevel"/>
    <w:tmpl w:val="2DA6C702"/>
    <w:lvl w:ilvl="0" w:tplc="31F2A0A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8" w15:restartNumberingAfterBreak="0">
    <w:nsid w:val="6C8611E9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CA7D48"/>
    <w:multiLevelType w:val="hybridMultilevel"/>
    <w:tmpl w:val="B4D6286E"/>
    <w:lvl w:ilvl="0" w:tplc="7A626874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73570F34"/>
    <w:multiLevelType w:val="hybridMultilevel"/>
    <w:tmpl w:val="D996E8EE"/>
    <w:lvl w:ilvl="0" w:tplc="DFCC48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79271714"/>
    <w:multiLevelType w:val="hybridMultilevel"/>
    <w:tmpl w:val="F8CEBC8A"/>
    <w:lvl w:ilvl="0" w:tplc="281405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8F367F"/>
    <w:multiLevelType w:val="hybridMultilevel"/>
    <w:tmpl w:val="CD6AE65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79F91D6C"/>
    <w:multiLevelType w:val="hybridMultilevel"/>
    <w:tmpl w:val="CAC20A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4D742C"/>
    <w:multiLevelType w:val="hybridMultilevel"/>
    <w:tmpl w:val="E72ADD3A"/>
    <w:lvl w:ilvl="0" w:tplc="24D677A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0363853">
    <w:abstractNumId w:val="54"/>
  </w:num>
  <w:num w:numId="2" w16cid:durableId="2000838492">
    <w:abstractNumId w:val="40"/>
  </w:num>
  <w:num w:numId="3" w16cid:durableId="1127553904">
    <w:abstractNumId w:val="21"/>
  </w:num>
  <w:num w:numId="4" w16cid:durableId="85156667">
    <w:abstractNumId w:val="53"/>
  </w:num>
  <w:num w:numId="5" w16cid:durableId="1477800910">
    <w:abstractNumId w:val="39"/>
  </w:num>
  <w:num w:numId="6" w16cid:durableId="986395144">
    <w:abstractNumId w:val="29"/>
    <w:lvlOverride w:ilvl="0">
      <w:startOverride w:val="1"/>
    </w:lvlOverride>
  </w:num>
  <w:num w:numId="7" w16cid:durableId="792868672">
    <w:abstractNumId w:val="30"/>
  </w:num>
  <w:num w:numId="8" w16cid:durableId="884873692">
    <w:abstractNumId w:val="5"/>
  </w:num>
  <w:num w:numId="9" w16cid:durableId="1415975699">
    <w:abstractNumId w:val="49"/>
  </w:num>
  <w:num w:numId="10" w16cid:durableId="132798667">
    <w:abstractNumId w:val="36"/>
  </w:num>
  <w:num w:numId="11" w16cid:durableId="195696622">
    <w:abstractNumId w:val="44"/>
  </w:num>
  <w:num w:numId="12" w16cid:durableId="634062814">
    <w:abstractNumId w:val="17"/>
  </w:num>
  <w:num w:numId="13" w16cid:durableId="2066369059">
    <w:abstractNumId w:val="23"/>
  </w:num>
  <w:num w:numId="14" w16cid:durableId="1672414078">
    <w:abstractNumId w:val="25"/>
  </w:num>
  <w:num w:numId="15" w16cid:durableId="752967452">
    <w:abstractNumId w:val="42"/>
  </w:num>
  <w:num w:numId="16" w16cid:durableId="224607808">
    <w:abstractNumId w:val="33"/>
  </w:num>
  <w:num w:numId="17" w16cid:durableId="1631672419">
    <w:abstractNumId w:val="48"/>
  </w:num>
  <w:num w:numId="18" w16cid:durableId="274676327">
    <w:abstractNumId w:val="6"/>
  </w:num>
  <w:num w:numId="19" w16cid:durableId="1032608923">
    <w:abstractNumId w:val="46"/>
  </w:num>
  <w:num w:numId="20" w16cid:durableId="1610353547">
    <w:abstractNumId w:val="35"/>
  </w:num>
  <w:num w:numId="21" w16cid:durableId="300773117">
    <w:abstractNumId w:val="45"/>
  </w:num>
  <w:num w:numId="22" w16cid:durableId="852232685">
    <w:abstractNumId w:val="31"/>
  </w:num>
  <w:num w:numId="23" w16cid:durableId="1971090957">
    <w:abstractNumId w:val="43"/>
  </w:num>
  <w:num w:numId="24" w16cid:durableId="412514016">
    <w:abstractNumId w:val="7"/>
  </w:num>
  <w:num w:numId="25" w16cid:durableId="1066343075">
    <w:abstractNumId w:val="47"/>
  </w:num>
  <w:num w:numId="26" w16cid:durableId="483818314">
    <w:abstractNumId w:val="24"/>
  </w:num>
  <w:num w:numId="27" w16cid:durableId="204220436">
    <w:abstractNumId w:val="20"/>
  </w:num>
  <w:num w:numId="28" w16cid:durableId="780995935">
    <w:abstractNumId w:val="32"/>
  </w:num>
  <w:num w:numId="29" w16cid:durableId="407462326">
    <w:abstractNumId w:val="14"/>
  </w:num>
  <w:num w:numId="30" w16cid:durableId="1367829069">
    <w:abstractNumId w:val="26"/>
  </w:num>
  <w:num w:numId="31" w16cid:durableId="1676226274">
    <w:abstractNumId w:val="38"/>
  </w:num>
  <w:num w:numId="32" w16cid:durableId="1525243958">
    <w:abstractNumId w:val="10"/>
  </w:num>
  <w:num w:numId="33" w16cid:durableId="337080091">
    <w:abstractNumId w:val="22"/>
  </w:num>
  <w:num w:numId="34" w16cid:durableId="866791358">
    <w:abstractNumId w:val="16"/>
  </w:num>
  <w:num w:numId="35" w16cid:durableId="1500005115">
    <w:abstractNumId w:val="51"/>
  </w:num>
  <w:num w:numId="36" w16cid:durableId="1510170740">
    <w:abstractNumId w:val="34"/>
  </w:num>
  <w:num w:numId="37" w16cid:durableId="525291465">
    <w:abstractNumId w:val="15"/>
  </w:num>
  <w:num w:numId="38" w16cid:durableId="534929688">
    <w:abstractNumId w:val="37"/>
  </w:num>
  <w:num w:numId="39" w16cid:durableId="438648671">
    <w:abstractNumId w:val="19"/>
  </w:num>
  <w:num w:numId="40" w16cid:durableId="1462726868">
    <w:abstractNumId w:val="9"/>
  </w:num>
  <w:num w:numId="41" w16cid:durableId="1218081382">
    <w:abstractNumId w:val="41"/>
  </w:num>
  <w:num w:numId="42" w16cid:durableId="2066683748">
    <w:abstractNumId w:val="50"/>
  </w:num>
  <w:num w:numId="43" w16cid:durableId="2093357660">
    <w:abstractNumId w:val="28"/>
  </w:num>
  <w:num w:numId="44" w16cid:durableId="1790467712">
    <w:abstractNumId w:val="27"/>
  </w:num>
  <w:num w:numId="45" w16cid:durableId="484859676">
    <w:abstractNumId w:val="12"/>
  </w:num>
  <w:num w:numId="46" w16cid:durableId="48455997">
    <w:abstractNumId w:val="18"/>
  </w:num>
  <w:num w:numId="47" w16cid:durableId="648248835">
    <w:abstractNumId w:val="8"/>
  </w:num>
  <w:num w:numId="48" w16cid:durableId="312684775">
    <w:abstractNumId w:val="13"/>
  </w:num>
  <w:num w:numId="49" w16cid:durableId="1112671450">
    <w:abstractNumId w:val="11"/>
  </w:num>
  <w:num w:numId="50" w16cid:durableId="1358000094">
    <w:abstractNumId w:val="52"/>
  </w:num>
  <w:num w:numId="51" w16cid:durableId="1697850812">
    <w:abstractNumId w:val="3"/>
  </w:num>
  <w:num w:numId="52" w16cid:durableId="1543055161">
    <w:abstractNumId w:val="2"/>
  </w:num>
  <w:num w:numId="53" w16cid:durableId="1772356744">
    <w:abstractNumId w:val="4"/>
  </w:num>
  <w:num w:numId="54" w16cid:durableId="188107651">
    <w:abstractNumId w:val="1"/>
  </w:num>
  <w:num w:numId="55" w16cid:durableId="39867645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7B55"/>
    <w:rsid w:val="00000BC5"/>
    <w:rsid w:val="00000E5A"/>
    <w:rsid w:val="00000EF3"/>
    <w:rsid w:val="000018E3"/>
    <w:rsid w:val="00003896"/>
    <w:rsid w:val="00003F34"/>
    <w:rsid w:val="0000465A"/>
    <w:rsid w:val="000047F8"/>
    <w:rsid w:val="00006C83"/>
    <w:rsid w:val="0001228C"/>
    <w:rsid w:val="00013CDF"/>
    <w:rsid w:val="00014006"/>
    <w:rsid w:val="00014306"/>
    <w:rsid w:val="0001438D"/>
    <w:rsid w:val="00014574"/>
    <w:rsid w:val="000152C9"/>
    <w:rsid w:val="00017A52"/>
    <w:rsid w:val="00020087"/>
    <w:rsid w:val="00020236"/>
    <w:rsid w:val="000204D6"/>
    <w:rsid w:val="000204FA"/>
    <w:rsid w:val="00021588"/>
    <w:rsid w:val="00022379"/>
    <w:rsid w:val="00022D89"/>
    <w:rsid w:val="00023372"/>
    <w:rsid w:val="00023419"/>
    <w:rsid w:val="000247F8"/>
    <w:rsid w:val="00024A0E"/>
    <w:rsid w:val="00024E85"/>
    <w:rsid w:val="0002594A"/>
    <w:rsid w:val="00025FFB"/>
    <w:rsid w:val="000276A5"/>
    <w:rsid w:val="00030523"/>
    <w:rsid w:val="00031FA8"/>
    <w:rsid w:val="0003312D"/>
    <w:rsid w:val="00033C90"/>
    <w:rsid w:val="00034C0B"/>
    <w:rsid w:val="00037ABA"/>
    <w:rsid w:val="00037C2D"/>
    <w:rsid w:val="00037F66"/>
    <w:rsid w:val="00040151"/>
    <w:rsid w:val="00040A78"/>
    <w:rsid w:val="00040B70"/>
    <w:rsid w:val="00043AF1"/>
    <w:rsid w:val="0004457C"/>
    <w:rsid w:val="00045DD7"/>
    <w:rsid w:val="000466DE"/>
    <w:rsid w:val="00046C48"/>
    <w:rsid w:val="00046CB1"/>
    <w:rsid w:val="0004750E"/>
    <w:rsid w:val="0005087E"/>
    <w:rsid w:val="000513C4"/>
    <w:rsid w:val="000518C0"/>
    <w:rsid w:val="00051B43"/>
    <w:rsid w:val="0005308D"/>
    <w:rsid w:val="00053227"/>
    <w:rsid w:val="0005327D"/>
    <w:rsid w:val="00053E02"/>
    <w:rsid w:val="0005556D"/>
    <w:rsid w:val="00055A5D"/>
    <w:rsid w:val="00055F33"/>
    <w:rsid w:val="000568A6"/>
    <w:rsid w:val="000606E4"/>
    <w:rsid w:val="00060BF5"/>
    <w:rsid w:val="00060FCB"/>
    <w:rsid w:val="000622D7"/>
    <w:rsid w:val="00063B67"/>
    <w:rsid w:val="000642F0"/>
    <w:rsid w:val="0006516E"/>
    <w:rsid w:val="000657C7"/>
    <w:rsid w:val="00065C7E"/>
    <w:rsid w:val="00066313"/>
    <w:rsid w:val="00066C89"/>
    <w:rsid w:val="00067B52"/>
    <w:rsid w:val="0007000E"/>
    <w:rsid w:val="00071227"/>
    <w:rsid w:val="00071A30"/>
    <w:rsid w:val="00071AE5"/>
    <w:rsid w:val="00071EA1"/>
    <w:rsid w:val="00072AC5"/>
    <w:rsid w:val="00072CA5"/>
    <w:rsid w:val="00073BBE"/>
    <w:rsid w:val="00074C4B"/>
    <w:rsid w:val="000758C0"/>
    <w:rsid w:val="00076515"/>
    <w:rsid w:val="00076CB8"/>
    <w:rsid w:val="0007757E"/>
    <w:rsid w:val="0008106A"/>
    <w:rsid w:val="00081B2B"/>
    <w:rsid w:val="00081C16"/>
    <w:rsid w:val="000834E1"/>
    <w:rsid w:val="00083D66"/>
    <w:rsid w:val="00084DAF"/>
    <w:rsid w:val="00086163"/>
    <w:rsid w:val="00086D6C"/>
    <w:rsid w:val="00087352"/>
    <w:rsid w:val="00090380"/>
    <w:rsid w:val="00092ADE"/>
    <w:rsid w:val="00093894"/>
    <w:rsid w:val="000938BF"/>
    <w:rsid w:val="000960E2"/>
    <w:rsid w:val="00097C06"/>
    <w:rsid w:val="000A0125"/>
    <w:rsid w:val="000A5B47"/>
    <w:rsid w:val="000A66AC"/>
    <w:rsid w:val="000A704B"/>
    <w:rsid w:val="000A761C"/>
    <w:rsid w:val="000B1032"/>
    <w:rsid w:val="000B1931"/>
    <w:rsid w:val="000B1D19"/>
    <w:rsid w:val="000B30C6"/>
    <w:rsid w:val="000B392C"/>
    <w:rsid w:val="000B43DF"/>
    <w:rsid w:val="000B5B7A"/>
    <w:rsid w:val="000B5F3A"/>
    <w:rsid w:val="000B5F58"/>
    <w:rsid w:val="000B62F7"/>
    <w:rsid w:val="000B6ACD"/>
    <w:rsid w:val="000B7F89"/>
    <w:rsid w:val="000C0130"/>
    <w:rsid w:val="000C102C"/>
    <w:rsid w:val="000C10C6"/>
    <w:rsid w:val="000C3815"/>
    <w:rsid w:val="000C44EB"/>
    <w:rsid w:val="000C70AE"/>
    <w:rsid w:val="000C72EA"/>
    <w:rsid w:val="000D0162"/>
    <w:rsid w:val="000D066D"/>
    <w:rsid w:val="000D0D50"/>
    <w:rsid w:val="000D0E0C"/>
    <w:rsid w:val="000D1004"/>
    <w:rsid w:val="000D15F7"/>
    <w:rsid w:val="000D3762"/>
    <w:rsid w:val="000D41BA"/>
    <w:rsid w:val="000D436F"/>
    <w:rsid w:val="000D4C1B"/>
    <w:rsid w:val="000D4F80"/>
    <w:rsid w:val="000D51E4"/>
    <w:rsid w:val="000D5680"/>
    <w:rsid w:val="000D5D71"/>
    <w:rsid w:val="000D7E7D"/>
    <w:rsid w:val="000E0980"/>
    <w:rsid w:val="000E10FE"/>
    <w:rsid w:val="000E1B6A"/>
    <w:rsid w:val="000E1E89"/>
    <w:rsid w:val="000E229C"/>
    <w:rsid w:val="000E2419"/>
    <w:rsid w:val="000E2552"/>
    <w:rsid w:val="000E25FB"/>
    <w:rsid w:val="000E2C80"/>
    <w:rsid w:val="000E39A1"/>
    <w:rsid w:val="000E4B09"/>
    <w:rsid w:val="000E5E0E"/>
    <w:rsid w:val="000E5FA7"/>
    <w:rsid w:val="000E6C9D"/>
    <w:rsid w:val="000E6EC4"/>
    <w:rsid w:val="000E74FF"/>
    <w:rsid w:val="000F020D"/>
    <w:rsid w:val="000F076D"/>
    <w:rsid w:val="000F18FB"/>
    <w:rsid w:val="000F2786"/>
    <w:rsid w:val="000F2B09"/>
    <w:rsid w:val="000F2D3E"/>
    <w:rsid w:val="000F3FA8"/>
    <w:rsid w:val="000F457A"/>
    <w:rsid w:val="000F4964"/>
    <w:rsid w:val="000F7656"/>
    <w:rsid w:val="00100F5D"/>
    <w:rsid w:val="00102734"/>
    <w:rsid w:val="00103900"/>
    <w:rsid w:val="00103B9C"/>
    <w:rsid w:val="00104268"/>
    <w:rsid w:val="00104B0C"/>
    <w:rsid w:val="00105124"/>
    <w:rsid w:val="001055B6"/>
    <w:rsid w:val="00105759"/>
    <w:rsid w:val="00106F8B"/>
    <w:rsid w:val="0011037B"/>
    <w:rsid w:val="00110582"/>
    <w:rsid w:val="001106AF"/>
    <w:rsid w:val="001111DC"/>
    <w:rsid w:val="00111933"/>
    <w:rsid w:val="00112936"/>
    <w:rsid w:val="00112A2D"/>
    <w:rsid w:val="00114D97"/>
    <w:rsid w:val="00115812"/>
    <w:rsid w:val="00115EE5"/>
    <w:rsid w:val="001161DD"/>
    <w:rsid w:val="00116D45"/>
    <w:rsid w:val="00120357"/>
    <w:rsid w:val="00123B4F"/>
    <w:rsid w:val="00124FAA"/>
    <w:rsid w:val="001250C9"/>
    <w:rsid w:val="001261B4"/>
    <w:rsid w:val="00126C76"/>
    <w:rsid w:val="00126FE9"/>
    <w:rsid w:val="0013041D"/>
    <w:rsid w:val="001304F9"/>
    <w:rsid w:val="00130A3E"/>
    <w:rsid w:val="001319F4"/>
    <w:rsid w:val="001330D0"/>
    <w:rsid w:val="00133EC7"/>
    <w:rsid w:val="00134314"/>
    <w:rsid w:val="001347EA"/>
    <w:rsid w:val="00134A62"/>
    <w:rsid w:val="00137F52"/>
    <w:rsid w:val="00140F22"/>
    <w:rsid w:val="00141418"/>
    <w:rsid w:val="001416A7"/>
    <w:rsid w:val="0014301F"/>
    <w:rsid w:val="00143351"/>
    <w:rsid w:val="0014350A"/>
    <w:rsid w:val="001440B2"/>
    <w:rsid w:val="00144940"/>
    <w:rsid w:val="00144A2D"/>
    <w:rsid w:val="00144A61"/>
    <w:rsid w:val="00144B70"/>
    <w:rsid w:val="00147B31"/>
    <w:rsid w:val="00151180"/>
    <w:rsid w:val="00151D5D"/>
    <w:rsid w:val="001536FA"/>
    <w:rsid w:val="00154532"/>
    <w:rsid w:val="001549A0"/>
    <w:rsid w:val="00154C6A"/>
    <w:rsid w:val="0015515C"/>
    <w:rsid w:val="00155EA9"/>
    <w:rsid w:val="0015694C"/>
    <w:rsid w:val="001601FB"/>
    <w:rsid w:val="00160986"/>
    <w:rsid w:val="001627E1"/>
    <w:rsid w:val="00164F0C"/>
    <w:rsid w:val="00165D8D"/>
    <w:rsid w:val="00166AF0"/>
    <w:rsid w:val="00167C9B"/>
    <w:rsid w:val="001708A0"/>
    <w:rsid w:val="00170F9E"/>
    <w:rsid w:val="00171A3D"/>
    <w:rsid w:val="00173D4A"/>
    <w:rsid w:val="0017478F"/>
    <w:rsid w:val="0017532F"/>
    <w:rsid w:val="00175473"/>
    <w:rsid w:val="00175501"/>
    <w:rsid w:val="00175777"/>
    <w:rsid w:val="001774C4"/>
    <w:rsid w:val="00177CDE"/>
    <w:rsid w:val="0018105A"/>
    <w:rsid w:val="0018146C"/>
    <w:rsid w:val="001832FA"/>
    <w:rsid w:val="00183424"/>
    <w:rsid w:val="00184E5A"/>
    <w:rsid w:val="00186509"/>
    <w:rsid w:val="00187CBC"/>
    <w:rsid w:val="001909B7"/>
    <w:rsid w:val="00195809"/>
    <w:rsid w:val="0019597F"/>
    <w:rsid w:val="00195F99"/>
    <w:rsid w:val="001A0201"/>
    <w:rsid w:val="001A078D"/>
    <w:rsid w:val="001A0BAA"/>
    <w:rsid w:val="001A129F"/>
    <w:rsid w:val="001A1A70"/>
    <w:rsid w:val="001A1C5D"/>
    <w:rsid w:val="001A1CE2"/>
    <w:rsid w:val="001A2504"/>
    <w:rsid w:val="001A298C"/>
    <w:rsid w:val="001A42BB"/>
    <w:rsid w:val="001A4326"/>
    <w:rsid w:val="001A55E7"/>
    <w:rsid w:val="001A6C39"/>
    <w:rsid w:val="001A7AE1"/>
    <w:rsid w:val="001B13DB"/>
    <w:rsid w:val="001B152D"/>
    <w:rsid w:val="001B2308"/>
    <w:rsid w:val="001B234F"/>
    <w:rsid w:val="001B498C"/>
    <w:rsid w:val="001B63B8"/>
    <w:rsid w:val="001B668D"/>
    <w:rsid w:val="001B793C"/>
    <w:rsid w:val="001C1211"/>
    <w:rsid w:val="001C422C"/>
    <w:rsid w:val="001C50F1"/>
    <w:rsid w:val="001C6E49"/>
    <w:rsid w:val="001C7656"/>
    <w:rsid w:val="001D1F27"/>
    <w:rsid w:val="001D2C9C"/>
    <w:rsid w:val="001D2D34"/>
    <w:rsid w:val="001D3A0D"/>
    <w:rsid w:val="001D720E"/>
    <w:rsid w:val="001D7F21"/>
    <w:rsid w:val="001E0A62"/>
    <w:rsid w:val="001E0D4B"/>
    <w:rsid w:val="001E21A3"/>
    <w:rsid w:val="001E23ED"/>
    <w:rsid w:val="001E3504"/>
    <w:rsid w:val="001E62DF"/>
    <w:rsid w:val="001E6C3F"/>
    <w:rsid w:val="001F1829"/>
    <w:rsid w:val="001F2A1F"/>
    <w:rsid w:val="001F331E"/>
    <w:rsid w:val="001F4012"/>
    <w:rsid w:val="001F4E29"/>
    <w:rsid w:val="001F5080"/>
    <w:rsid w:val="001F58D3"/>
    <w:rsid w:val="001F5FA0"/>
    <w:rsid w:val="001F7056"/>
    <w:rsid w:val="001F758A"/>
    <w:rsid w:val="001F75B9"/>
    <w:rsid w:val="001F783C"/>
    <w:rsid w:val="0020018A"/>
    <w:rsid w:val="00203DB9"/>
    <w:rsid w:val="00204310"/>
    <w:rsid w:val="00204702"/>
    <w:rsid w:val="00204905"/>
    <w:rsid w:val="0020498C"/>
    <w:rsid w:val="00205112"/>
    <w:rsid w:val="00207A7C"/>
    <w:rsid w:val="0021184C"/>
    <w:rsid w:val="00211A97"/>
    <w:rsid w:val="0021206B"/>
    <w:rsid w:val="00212D55"/>
    <w:rsid w:val="0021689A"/>
    <w:rsid w:val="00216B02"/>
    <w:rsid w:val="00221233"/>
    <w:rsid w:val="00221B1E"/>
    <w:rsid w:val="00221D79"/>
    <w:rsid w:val="00222F23"/>
    <w:rsid w:val="00224ECF"/>
    <w:rsid w:val="002259F6"/>
    <w:rsid w:val="00225AA6"/>
    <w:rsid w:val="00226383"/>
    <w:rsid w:val="0022647A"/>
    <w:rsid w:val="002310D5"/>
    <w:rsid w:val="002335F2"/>
    <w:rsid w:val="002345A1"/>
    <w:rsid w:val="002350C4"/>
    <w:rsid w:val="0023600B"/>
    <w:rsid w:val="002363D7"/>
    <w:rsid w:val="00237DCB"/>
    <w:rsid w:val="0024129D"/>
    <w:rsid w:val="002433A4"/>
    <w:rsid w:val="00244606"/>
    <w:rsid w:val="00245020"/>
    <w:rsid w:val="002467BE"/>
    <w:rsid w:val="002472C3"/>
    <w:rsid w:val="00247AAC"/>
    <w:rsid w:val="00247CE2"/>
    <w:rsid w:val="00250AD3"/>
    <w:rsid w:val="00253359"/>
    <w:rsid w:val="002543A0"/>
    <w:rsid w:val="002548A2"/>
    <w:rsid w:val="002549EB"/>
    <w:rsid w:val="00254B84"/>
    <w:rsid w:val="00255D56"/>
    <w:rsid w:val="0025751A"/>
    <w:rsid w:val="002606CA"/>
    <w:rsid w:val="002607F2"/>
    <w:rsid w:val="00260908"/>
    <w:rsid w:val="00260C0E"/>
    <w:rsid w:val="00261727"/>
    <w:rsid w:val="00261951"/>
    <w:rsid w:val="00261A1A"/>
    <w:rsid w:val="00263FD4"/>
    <w:rsid w:val="00265E88"/>
    <w:rsid w:val="00265EF7"/>
    <w:rsid w:val="0026610B"/>
    <w:rsid w:val="0026626F"/>
    <w:rsid w:val="0026657F"/>
    <w:rsid w:val="00266ED9"/>
    <w:rsid w:val="002679B0"/>
    <w:rsid w:val="00271369"/>
    <w:rsid w:val="00272B42"/>
    <w:rsid w:val="00272F2B"/>
    <w:rsid w:val="00273635"/>
    <w:rsid w:val="002744C9"/>
    <w:rsid w:val="00275B44"/>
    <w:rsid w:val="002760AA"/>
    <w:rsid w:val="002761E1"/>
    <w:rsid w:val="002768F1"/>
    <w:rsid w:val="0028119C"/>
    <w:rsid w:val="0028213C"/>
    <w:rsid w:val="00282719"/>
    <w:rsid w:val="002829C4"/>
    <w:rsid w:val="00282B66"/>
    <w:rsid w:val="0028477A"/>
    <w:rsid w:val="00286C79"/>
    <w:rsid w:val="00286E8A"/>
    <w:rsid w:val="0028745C"/>
    <w:rsid w:val="0029007E"/>
    <w:rsid w:val="00293182"/>
    <w:rsid w:val="002946AF"/>
    <w:rsid w:val="00294ACF"/>
    <w:rsid w:val="00296248"/>
    <w:rsid w:val="00296CB9"/>
    <w:rsid w:val="002A08BB"/>
    <w:rsid w:val="002A22BC"/>
    <w:rsid w:val="002A2431"/>
    <w:rsid w:val="002A247B"/>
    <w:rsid w:val="002A2EFE"/>
    <w:rsid w:val="002A458F"/>
    <w:rsid w:val="002A53C5"/>
    <w:rsid w:val="002A7BE3"/>
    <w:rsid w:val="002B02A8"/>
    <w:rsid w:val="002B0382"/>
    <w:rsid w:val="002B042A"/>
    <w:rsid w:val="002B05C4"/>
    <w:rsid w:val="002B0A65"/>
    <w:rsid w:val="002B182E"/>
    <w:rsid w:val="002B2C34"/>
    <w:rsid w:val="002B2FDB"/>
    <w:rsid w:val="002B3422"/>
    <w:rsid w:val="002B3C02"/>
    <w:rsid w:val="002B58EB"/>
    <w:rsid w:val="002B687F"/>
    <w:rsid w:val="002B6ADE"/>
    <w:rsid w:val="002C0B21"/>
    <w:rsid w:val="002C1D2D"/>
    <w:rsid w:val="002C1E35"/>
    <w:rsid w:val="002C3A89"/>
    <w:rsid w:val="002C400F"/>
    <w:rsid w:val="002C4107"/>
    <w:rsid w:val="002C4A2E"/>
    <w:rsid w:val="002C5BA2"/>
    <w:rsid w:val="002C5FBF"/>
    <w:rsid w:val="002C735B"/>
    <w:rsid w:val="002D3DD8"/>
    <w:rsid w:val="002D3E02"/>
    <w:rsid w:val="002D566D"/>
    <w:rsid w:val="002D5D25"/>
    <w:rsid w:val="002D61BF"/>
    <w:rsid w:val="002D666F"/>
    <w:rsid w:val="002D6C4C"/>
    <w:rsid w:val="002D7263"/>
    <w:rsid w:val="002D7F61"/>
    <w:rsid w:val="002E0182"/>
    <w:rsid w:val="002E2DD0"/>
    <w:rsid w:val="002E50F5"/>
    <w:rsid w:val="002E5392"/>
    <w:rsid w:val="002E575F"/>
    <w:rsid w:val="002E5B92"/>
    <w:rsid w:val="002E6554"/>
    <w:rsid w:val="002F013F"/>
    <w:rsid w:val="002F1CE1"/>
    <w:rsid w:val="002F33BA"/>
    <w:rsid w:val="002F37C4"/>
    <w:rsid w:val="002F390A"/>
    <w:rsid w:val="002F6777"/>
    <w:rsid w:val="00301138"/>
    <w:rsid w:val="003043E1"/>
    <w:rsid w:val="0030524C"/>
    <w:rsid w:val="00305969"/>
    <w:rsid w:val="00305ED0"/>
    <w:rsid w:val="003066B1"/>
    <w:rsid w:val="00307939"/>
    <w:rsid w:val="00307BE9"/>
    <w:rsid w:val="0031113B"/>
    <w:rsid w:val="00315BCC"/>
    <w:rsid w:val="003169B2"/>
    <w:rsid w:val="00316DB4"/>
    <w:rsid w:val="00320089"/>
    <w:rsid w:val="0032060C"/>
    <w:rsid w:val="00320B89"/>
    <w:rsid w:val="00321ECE"/>
    <w:rsid w:val="003225BD"/>
    <w:rsid w:val="00322664"/>
    <w:rsid w:val="003227F0"/>
    <w:rsid w:val="00322A34"/>
    <w:rsid w:val="0032383D"/>
    <w:rsid w:val="00324BB6"/>
    <w:rsid w:val="003259A6"/>
    <w:rsid w:val="00326020"/>
    <w:rsid w:val="00326B53"/>
    <w:rsid w:val="00326E96"/>
    <w:rsid w:val="003270F7"/>
    <w:rsid w:val="00327521"/>
    <w:rsid w:val="003304B9"/>
    <w:rsid w:val="00330651"/>
    <w:rsid w:val="00330BEB"/>
    <w:rsid w:val="0033414C"/>
    <w:rsid w:val="0033504A"/>
    <w:rsid w:val="00342C7A"/>
    <w:rsid w:val="00344131"/>
    <w:rsid w:val="00344C97"/>
    <w:rsid w:val="00346923"/>
    <w:rsid w:val="00347ADE"/>
    <w:rsid w:val="00347EA7"/>
    <w:rsid w:val="00347F3F"/>
    <w:rsid w:val="003516B3"/>
    <w:rsid w:val="00351BC2"/>
    <w:rsid w:val="003533F5"/>
    <w:rsid w:val="00355F0D"/>
    <w:rsid w:val="00356B6C"/>
    <w:rsid w:val="00356EFB"/>
    <w:rsid w:val="00357AD7"/>
    <w:rsid w:val="0036118A"/>
    <w:rsid w:val="003617A0"/>
    <w:rsid w:val="0036261C"/>
    <w:rsid w:val="00362BDC"/>
    <w:rsid w:val="00362C38"/>
    <w:rsid w:val="00365A53"/>
    <w:rsid w:val="003666C8"/>
    <w:rsid w:val="00370EAD"/>
    <w:rsid w:val="003724C5"/>
    <w:rsid w:val="00372772"/>
    <w:rsid w:val="00372BEE"/>
    <w:rsid w:val="003736B8"/>
    <w:rsid w:val="00373761"/>
    <w:rsid w:val="00374D80"/>
    <w:rsid w:val="00375735"/>
    <w:rsid w:val="00376612"/>
    <w:rsid w:val="00382D71"/>
    <w:rsid w:val="003831B2"/>
    <w:rsid w:val="00383801"/>
    <w:rsid w:val="00385AAA"/>
    <w:rsid w:val="003878E4"/>
    <w:rsid w:val="0039195F"/>
    <w:rsid w:val="0039362B"/>
    <w:rsid w:val="00393914"/>
    <w:rsid w:val="003952A4"/>
    <w:rsid w:val="00395BEC"/>
    <w:rsid w:val="00396026"/>
    <w:rsid w:val="00396DA4"/>
    <w:rsid w:val="003A00AE"/>
    <w:rsid w:val="003A339E"/>
    <w:rsid w:val="003A371A"/>
    <w:rsid w:val="003A4088"/>
    <w:rsid w:val="003A5463"/>
    <w:rsid w:val="003A5877"/>
    <w:rsid w:val="003A7029"/>
    <w:rsid w:val="003A7303"/>
    <w:rsid w:val="003A77C2"/>
    <w:rsid w:val="003B1EF5"/>
    <w:rsid w:val="003B2223"/>
    <w:rsid w:val="003B243E"/>
    <w:rsid w:val="003B2FB0"/>
    <w:rsid w:val="003B3073"/>
    <w:rsid w:val="003B33AE"/>
    <w:rsid w:val="003B3571"/>
    <w:rsid w:val="003B3A93"/>
    <w:rsid w:val="003B3CB7"/>
    <w:rsid w:val="003B3E9E"/>
    <w:rsid w:val="003B53C3"/>
    <w:rsid w:val="003B688A"/>
    <w:rsid w:val="003B6D4A"/>
    <w:rsid w:val="003B797F"/>
    <w:rsid w:val="003B799B"/>
    <w:rsid w:val="003B7BC8"/>
    <w:rsid w:val="003C05A9"/>
    <w:rsid w:val="003C4C4D"/>
    <w:rsid w:val="003C671D"/>
    <w:rsid w:val="003C7B60"/>
    <w:rsid w:val="003D07A7"/>
    <w:rsid w:val="003D0DF0"/>
    <w:rsid w:val="003D0ECE"/>
    <w:rsid w:val="003D1580"/>
    <w:rsid w:val="003D15A7"/>
    <w:rsid w:val="003D1F98"/>
    <w:rsid w:val="003D2F8C"/>
    <w:rsid w:val="003D41FE"/>
    <w:rsid w:val="003D4D8D"/>
    <w:rsid w:val="003D7DA2"/>
    <w:rsid w:val="003E0053"/>
    <w:rsid w:val="003E0612"/>
    <w:rsid w:val="003E1251"/>
    <w:rsid w:val="003E1B7F"/>
    <w:rsid w:val="003E2620"/>
    <w:rsid w:val="003E2BC1"/>
    <w:rsid w:val="003F016D"/>
    <w:rsid w:val="003F19B2"/>
    <w:rsid w:val="003F1B80"/>
    <w:rsid w:val="003F32E4"/>
    <w:rsid w:val="003F4BC3"/>
    <w:rsid w:val="003F6239"/>
    <w:rsid w:val="003F747F"/>
    <w:rsid w:val="00400057"/>
    <w:rsid w:val="004004E3"/>
    <w:rsid w:val="004015FD"/>
    <w:rsid w:val="00401B62"/>
    <w:rsid w:val="00402559"/>
    <w:rsid w:val="00402A9E"/>
    <w:rsid w:val="004032C4"/>
    <w:rsid w:val="00404509"/>
    <w:rsid w:val="00405B0F"/>
    <w:rsid w:val="00405F27"/>
    <w:rsid w:val="00407333"/>
    <w:rsid w:val="00412E1F"/>
    <w:rsid w:val="004130D6"/>
    <w:rsid w:val="00413CD9"/>
    <w:rsid w:val="004147B0"/>
    <w:rsid w:val="004147D7"/>
    <w:rsid w:val="004161C0"/>
    <w:rsid w:val="00416D09"/>
    <w:rsid w:val="004171A3"/>
    <w:rsid w:val="00420846"/>
    <w:rsid w:val="004225F0"/>
    <w:rsid w:val="0042362C"/>
    <w:rsid w:val="00423DCC"/>
    <w:rsid w:val="00424747"/>
    <w:rsid w:val="00424760"/>
    <w:rsid w:val="00424E30"/>
    <w:rsid w:val="0042559F"/>
    <w:rsid w:val="00427545"/>
    <w:rsid w:val="00427CC9"/>
    <w:rsid w:val="00427D2E"/>
    <w:rsid w:val="00430529"/>
    <w:rsid w:val="0043095A"/>
    <w:rsid w:val="004321E4"/>
    <w:rsid w:val="004333E8"/>
    <w:rsid w:val="00433652"/>
    <w:rsid w:val="0043587B"/>
    <w:rsid w:val="00435C5B"/>
    <w:rsid w:val="0043692D"/>
    <w:rsid w:val="00436934"/>
    <w:rsid w:val="004373E2"/>
    <w:rsid w:val="0044301E"/>
    <w:rsid w:val="00443567"/>
    <w:rsid w:val="0044357A"/>
    <w:rsid w:val="00443D2F"/>
    <w:rsid w:val="0044569B"/>
    <w:rsid w:val="00445A08"/>
    <w:rsid w:val="00446960"/>
    <w:rsid w:val="004479A4"/>
    <w:rsid w:val="00447BD5"/>
    <w:rsid w:val="00447CC6"/>
    <w:rsid w:val="004508A7"/>
    <w:rsid w:val="004517D2"/>
    <w:rsid w:val="00452341"/>
    <w:rsid w:val="0045343C"/>
    <w:rsid w:val="00453E27"/>
    <w:rsid w:val="004544DD"/>
    <w:rsid w:val="0045497A"/>
    <w:rsid w:val="00454A39"/>
    <w:rsid w:val="00455107"/>
    <w:rsid w:val="00455110"/>
    <w:rsid w:val="004555EC"/>
    <w:rsid w:val="00456FCC"/>
    <w:rsid w:val="004574B9"/>
    <w:rsid w:val="0046056F"/>
    <w:rsid w:val="00461B4F"/>
    <w:rsid w:val="00462B69"/>
    <w:rsid w:val="00462F68"/>
    <w:rsid w:val="00465373"/>
    <w:rsid w:val="00465DC4"/>
    <w:rsid w:val="0046650B"/>
    <w:rsid w:val="00471032"/>
    <w:rsid w:val="004713C8"/>
    <w:rsid w:val="00472D2D"/>
    <w:rsid w:val="004731ED"/>
    <w:rsid w:val="0047326B"/>
    <w:rsid w:val="0047597E"/>
    <w:rsid w:val="00475E63"/>
    <w:rsid w:val="00475E98"/>
    <w:rsid w:val="00480FF8"/>
    <w:rsid w:val="004810BB"/>
    <w:rsid w:val="0048212F"/>
    <w:rsid w:val="00483A8F"/>
    <w:rsid w:val="0048421A"/>
    <w:rsid w:val="00484C0E"/>
    <w:rsid w:val="00484C17"/>
    <w:rsid w:val="0048535F"/>
    <w:rsid w:val="00487059"/>
    <w:rsid w:val="004906F9"/>
    <w:rsid w:val="00491FC8"/>
    <w:rsid w:val="004948A4"/>
    <w:rsid w:val="00495338"/>
    <w:rsid w:val="00495C15"/>
    <w:rsid w:val="00496178"/>
    <w:rsid w:val="0049708A"/>
    <w:rsid w:val="00497F75"/>
    <w:rsid w:val="004A29C2"/>
    <w:rsid w:val="004A3A75"/>
    <w:rsid w:val="004A3C8B"/>
    <w:rsid w:val="004A49AD"/>
    <w:rsid w:val="004A750D"/>
    <w:rsid w:val="004A7C7D"/>
    <w:rsid w:val="004A7CA1"/>
    <w:rsid w:val="004A7D45"/>
    <w:rsid w:val="004B0F9E"/>
    <w:rsid w:val="004B149C"/>
    <w:rsid w:val="004B273C"/>
    <w:rsid w:val="004B3653"/>
    <w:rsid w:val="004B4EED"/>
    <w:rsid w:val="004B5914"/>
    <w:rsid w:val="004B5D4B"/>
    <w:rsid w:val="004B60C4"/>
    <w:rsid w:val="004B72B0"/>
    <w:rsid w:val="004C0C45"/>
    <w:rsid w:val="004C1BAA"/>
    <w:rsid w:val="004C1C94"/>
    <w:rsid w:val="004C1D32"/>
    <w:rsid w:val="004C1EB2"/>
    <w:rsid w:val="004C256A"/>
    <w:rsid w:val="004C313B"/>
    <w:rsid w:val="004C48CF"/>
    <w:rsid w:val="004C51AA"/>
    <w:rsid w:val="004C614C"/>
    <w:rsid w:val="004C7160"/>
    <w:rsid w:val="004D0A79"/>
    <w:rsid w:val="004D11DD"/>
    <w:rsid w:val="004D2CD1"/>
    <w:rsid w:val="004D381C"/>
    <w:rsid w:val="004D3B99"/>
    <w:rsid w:val="004D4E49"/>
    <w:rsid w:val="004D59C7"/>
    <w:rsid w:val="004D6475"/>
    <w:rsid w:val="004D66ED"/>
    <w:rsid w:val="004E11FB"/>
    <w:rsid w:val="004E1B77"/>
    <w:rsid w:val="004E1BC5"/>
    <w:rsid w:val="004E229D"/>
    <w:rsid w:val="004E2905"/>
    <w:rsid w:val="004E3831"/>
    <w:rsid w:val="004E3BBA"/>
    <w:rsid w:val="004E3D70"/>
    <w:rsid w:val="004E4A5D"/>
    <w:rsid w:val="004E559B"/>
    <w:rsid w:val="004E5837"/>
    <w:rsid w:val="004E5BB0"/>
    <w:rsid w:val="004E5CAB"/>
    <w:rsid w:val="004E61F3"/>
    <w:rsid w:val="004E672E"/>
    <w:rsid w:val="004E6FAA"/>
    <w:rsid w:val="004E765D"/>
    <w:rsid w:val="004E78E5"/>
    <w:rsid w:val="004F1148"/>
    <w:rsid w:val="004F27D1"/>
    <w:rsid w:val="004F2B3A"/>
    <w:rsid w:val="004F2D6F"/>
    <w:rsid w:val="004F2EC4"/>
    <w:rsid w:val="004F4E6C"/>
    <w:rsid w:val="004F58A7"/>
    <w:rsid w:val="004F658B"/>
    <w:rsid w:val="004F6A77"/>
    <w:rsid w:val="004F6D97"/>
    <w:rsid w:val="004F7986"/>
    <w:rsid w:val="004F7A16"/>
    <w:rsid w:val="00500120"/>
    <w:rsid w:val="00500B0E"/>
    <w:rsid w:val="0050203A"/>
    <w:rsid w:val="00502A02"/>
    <w:rsid w:val="0050499A"/>
    <w:rsid w:val="00505A2D"/>
    <w:rsid w:val="00506027"/>
    <w:rsid w:val="00506D9D"/>
    <w:rsid w:val="00510829"/>
    <w:rsid w:val="00510A6E"/>
    <w:rsid w:val="005111E2"/>
    <w:rsid w:val="00511D95"/>
    <w:rsid w:val="00511E38"/>
    <w:rsid w:val="00513D37"/>
    <w:rsid w:val="005142CF"/>
    <w:rsid w:val="005146A4"/>
    <w:rsid w:val="00514BDA"/>
    <w:rsid w:val="0051509F"/>
    <w:rsid w:val="005173B3"/>
    <w:rsid w:val="00517F4C"/>
    <w:rsid w:val="00520648"/>
    <w:rsid w:val="0052161C"/>
    <w:rsid w:val="00521C4E"/>
    <w:rsid w:val="0052362A"/>
    <w:rsid w:val="00523A07"/>
    <w:rsid w:val="00524762"/>
    <w:rsid w:val="00524AFC"/>
    <w:rsid w:val="005253B5"/>
    <w:rsid w:val="0052564B"/>
    <w:rsid w:val="00525978"/>
    <w:rsid w:val="00527EEE"/>
    <w:rsid w:val="00531311"/>
    <w:rsid w:val="00531445"/>
    <w:rsid w:val="0053231F"/>
    <w:rsid w:val="005341F5"/>
    <w:rsid w:val="005350A1"/>
    <w:rsid w:val="0053610E"/>
    <w:rsid w:val="0053690A"/>
    <w:rsid w:val="00537D88"/>
    <w:rsid w:val="00540687"/>
    <w:rsid w:val="00540C4A"/>
    <w:rsid w:val="005427A4"/>
    <w:rsid w:val="00542CAA"/>
    <w:rsid w:val="00543E94"/>
    <w:rsid w:val="00544047"/>
    <w:rsid w:val="00545474"/>
    <w:rsid w:val="005471B0"/>
    <w:rsid w:val="005473B9"/>
    <w:rsid w:val="00547DEE"/>
    <w:rsid w:val="00551717"/>
    <w:rsid w:val="00553ED9"/>
    <w:rsid w:val="00554761"/>
    <w:rsid w:val="00556A3C"/>
    <w:rsid w:val="0056030C"/>
    <w:rsid w:val="00561638"/>
    <w:rsid w:val="00562050"/>
    <w:rsid w:val="005640A8"/>
    <w:rsid w:val="00564EB3"/>
    <w:rsid w:val="00564EF7"/>
    <w:rsid w:val="00567CF4"/>
    <w:rsid w:val="00567E33"/>
    <w:rsid w:val="00567F99"/>
    <w:rsid w:val="00571612"/>
    <w:rsid w:val="00571725"/>
    <w:rsid w:val="00573F89"/>
    <w:rsid w:val="00574BC6"/>
    <w:rsid w:val="00575669"/>
    <w:rsid w:val="00575D0C"/>
    <w:rsid w:val="00577387"/>
    <w:rsid w:val="00580CA1"/>
    <w:rsid w:val="00580E3E"/>
    <w:rsid w:val="0058122A"/>
    <w:rsid w:val="00585A8B"/>
    <w:rsid w:val="005863A8"/>
    <w:rsid w:val="00586C2A"/>
    <w:rsid w:val="00587708"/>
    <w:rsid w:val="00587C2D"/>
    <w:rsid w:val="00592040"/>
    <w:rsid w:val="005935DB"/>
    <w:rsid w:val="005939EC"/>
    <w:rsid w:val="00595488"/>
    <w:rsid w:val="00595B12"/>
    <w:rsid w:val="0059682A"/>
    <w:rsid w:val="00596D01"/>
    <w:rsid w:val="00596DB2"/>
    <w:rsid w:val="005A094D"/>
    <w:rsid w:val="005A0E7C"/>
    <w:rsid w:val="005A2E47"/>
    <w:rsid w:val="005A325D"/>
    <w:rsid w:val="005A3505"/>
    <w:rsid w:val="005A4AFF"/>
    <w:rsid w:val="005A4D3B"/>
    <w:rsid w:val="005A53CC"/>
    <w:rsid w:val="005A58CB"/>
    <w:rsid w:val="005A7F1E"/>
    <w:rsid w:val="005B17F8"/>
    <w:rsid w:val="005B24BA"/>
    <w:rsid w:val="005B2F96"/>
    <w:rsid w:val="005B339A"/>
    <w:rsid w:val="005B7CC1"/>
    <w:rsid w:val="005B7FB1"/>
    <w:rsid w:val="005C01A4"/>
    <w:rsid w:val="005C0A7D"/>
    <w:rsid w:val="005C0F58"/>
    <w:rsid w:val="005C1045"/>
    <w:rsid w:val="005C236A"/>
    <w:rsid w:val="005C3093"/>
    <w:rsid w:val="005C3334"/>
    <w:rsid w:val="005C55D4"/>
    <w:rsid w:val="005C5B5D"/>
    <w:rsid w:val="005C5CC8"/>
    <w:rsid w:val="005C5D46"/>
    <w:rsid w:val="005C6787"/>
    <w:rsid w:val="005C69DE"/>
    <w:rsid w:val="005C6B11"/>
    <w:rsid w:val="005C7DAB"/>
    <w:rsid w:val="005D005D"/>
    <w:rsid w:val="005D00D5"/>
    <w:rsid w:val="005D2649"/>
    <w:rsid w:val="005D33E4"/>
    <w:rsid w:val="005D3C02"/>
    <w:rsid w:val="005D4162"/>
    <w:rsid w:val="005D455C"/>
    <w:rsid w:val="005D470D"/>
    <w:rsid w:val="005D6686"/>
    <w:rsid w:val="005D737B"/>
    <w:rsid w:val="005D7632"/>
    <w:rsid w:val="005D7978"/>
    <w:rsid w:val="005D7BBE"/>
    <w:rsid w:val="005D7D28"/>
    <w:rsid w:val="005D7D4C"/>
    <w:rsid w:val="005E16AB"/>
    <w:rsid w:val="005E17A9"/>
    <w:rsid w:val="005E20FD"/>
    <w:rsid w:val="005E2C81"/>
    <w:rsid w:val="005E2D3E"/>
    <w:rsid w:val="005E3755"/>
    <w:rsid w:val="005E3CDD"/>
    <w:rsid w:val="005E3E13"/>
    <w:rsid w:val="005E51C1"/>
    <w:rsid w:val="005E54D5"/>
    <w:rsid w:val="005E6174"/>
    <w:rsid w:val="005F0DD2"/>
    <w:rsid w:val="005F4523"/>
    <w:rsid w:val="005F4EEB"/>
    <w:rsid w:val="005F621A"/>
    <w:rsid w:val="005F6D98"/>
    <w:rsid w:val="0060237E"/>
    <w:rsid w:val="00603C2A"/>
    <w:rsid w:val="00604169"/>
    <w:rsid w:val="00604C25"/>
    <w:rsid w:val="00605405"/>
    <w:rsid w:val="0060542F"/>
    <w:rsid w:val="00607250"/>
    <w:rsid w:val="006077F0"/>
    <w:rsid w:val="0061002D"/>
    <w:rsid w:val="00610C2D"/>
    <w:rsid w:val="006120AD"/>
    <w:rsid w:val="006120F1"/>
    <w:rsid w:val="00612568"/>
    <w:rsid w:val="00613721"/>
    <w:rsid w:val="006138D9"/>
    <w:rsid w:val="00613EE5"/>
    <w:rsid w:val="00615FB7"/>
    <w:rsid w:val="00621421"/>
    <w:rsid w:val="00621F92"/>
    <w:rsid w:val="0062202B"/>
    <w:rsid w:val="00622BC0"/>
    <w:rsid w:val="0062360A"/>
    <w:rsid w:val="00624597"/>
    <w:rsid w:val="00624B42"/>
    <w:rsid w:val="00630A56"/>
    <w:rsid w:val="00631859"/>
    <w:rsid w:val="00631CF3"/>
    <w:rsid w:val="006322D9"/>
    <w:rsid w:val="0063257D"/>
    <w:rsid w:val="00632964"/>
    <w:rsid w:val="00632D81"/>
    <w:rsid w:val="006339AA"/>
    <w:rsid w:val="00633D96"/>
    <w:rsid w:val="00635436"/>
    <w:rsid w:val="006357C9"/>
    <w:rsid w:val="00636604"/>
    <w:rsid w:val="00637540"/>
    <w:rsid w:val="00643E4A"/>
    <w:rsid w:val="00643F94"/>
    <w:rsid w:val="0064565F"/>
    <w:rsid w:val="006456A1"/>
    <w:rsid w:val="006460A7"/>
    <w:rsid w:val="0064669A"/>
    <w:rsid w:val="00646A06"/>
    <w:rsid w:val="006476E2"/>
    <w:rsid w:val="00652193"/>
    <w:rsid w:val="00653D23"/>
    <w:rsid w:val="006554F1"/>
    <w:rsid w:val="00656A61"/>
    <w:rsid w:val="00656ABB"/>
    <w:rsid w:val="00657A44"/>
    <w:rsid w:val="00657AB3"/>
    <w:rsid w:val="00660551"/>
    <w:rsid w:val="006606E4"/>
    <w:rsid w:val="00661121"/>
    <w:rsid w:val="00661773"/>
    <w:rsid w:val="00661BB6"/>
    <w:rsid w:val="0066224F"/>
    <w:rsid w:val="0066245D"/>
    <w:rsid w:val="006643D2"/>
    <w:rsid w:val="006656FB"/>
    <w:rsid w:val="00665CED"/>
    <w:rsid w:val="006663FD"/>
    <w:rsid w:val="00666C29"/>
    <w:rsid w:val="00667261"/>
    <w:rsid w:val="0066730C"/>
    <w:rsid w:val="00667F62"/>
    <w:rsid w:val="00670E8E"/>
    <w:rsid w:val="0067124B"/>
    <w:rsid w:val="00671332"/>
    <w:rsid w:val="00671543"/>
    <w:rsid w:val="0067178C"/>
    <w:rsid w:val="006724CA"/>
    <w:rsid w:val="0067307A"/>
    <w:rsid w:val="00674B6B"/>
    <w:rsid w:val="00675B63"/>
    <w:rsid w:val="00675E76"/>
    <w:rsid w:val="00676482"/>
    <w:rsid w:val="00681A4F"/>
    <w:rsid w:val="006837B3"/>
    <w:rsid w:val="006842E1"/>
    <w:rsid w:val="00685B09"/>
    <w:rsid w:val="0068643A"/>
    <w:rsid w:val="00686C96"/>
    <w:rsid w:val="00691FC8"/>
    <w:rsid w:val="0069332B"/>
    <w:rsid w:val="00693353"/>
    <w:rsid w:val="006949AF"/>
    <w:rsid w:val="006960DA"/>
    <w:rsid w:val="006A02B1"/>
    <w:rsid w:val="006A1822"/>
    <w:rsid w:val="006A1B56"/>
    <w:rsid w:val="006A2523"/>
    <w:rsid w:val="006A2922"/>
    <w:rsid w:val="006A2EC2"/>
    <w:rsid w:val="006A3B95"/>
    <w:rsid w:val="006A6806"/>
    <w:rsid w:val="006B001F"/>
    <w:rsid w:val="006B0444"/>
    <w:rsid w:val="006B0DA4"/>
    <w:rsid w:val="006B342E"/>
    <w:rsid w:val="006B3B73"/>
    <w:rsid w:val="006B4C40"/>
    <w:rsid w:val="006B52B6"/>
    <w:rsid w:val="006B645C"/>
    <w:rsid w:val="006B7F24"/>
    <w:rsid w:val="006C250B"/>
    <w:rsid w:val="006C3DA1"/>
    <w:rsid w:val="006C410B"/>
    <w:rsid w:val="006C4B8C"/>
    <w:rsid w:val="006C6998"/>
    <w:rsid w:val="006C7FB2"/>
    <w:rsid w:val="006D05FC"/>
    <w:rsid w:val="006D0AD2"/>
    <w:rsid w:val="006D1A08"/>
    <w:rsid w:val="006D2938"/>
    <w:rsid w:val="006D5BCC"/>
    <w:rsid w:val="006D6C5F"/>
    <w:rsid w:val="006D713A"/>
    <w:rsid w:val="006D7670"/>
    <w:rsid w:val="006D773B"/>
    <w:rsid w:val="006E206F"/>
    <w:rsid w:val="006E3021"/>
    <w:rsid w:val="006E3228"/>
    <w:rsid w:val="006E45F2"/>
    <w:rsid w:val="006E6E05"/>
    <w:rsid w:val="006F03CA"/>
    <w:rsid w:val="006F049E"/>
    <w:rsid w:val="006F15B9"/>
    <w:rsid w:val="006F2A3B"/>
    <w:rsid w:val="006F2A3F"/>
    <w:rsid w:val="006F2F4B"/>
    <w:rsid w:val="006F42F6"/>
    <w:rsid w:val="006F50C2"/>
    <w:rsid w:val="006F6782"/>
    <w:rsid w:val="006F6A35"/>
    <w:rsid w:val="006F7687"/>
    <w:rsid w:val="007010C2"/>
    <w:rsid w:val="007029C8"/>
    <w:rsid w:val="007029DE"/>
    <w:rsid w:val="00702B43"/>
    <w:rsid w:val="00710CA6"/>
    <w:rsid w:val="00712464"/>
    <w:rsid w:val="00712A68"/>
    <w:rsid w:val="007140F6"/>
    <w:rsid w:val="0071532A"/>
    <w:rsid w:val="00716B34"/>
    <w:rsid w:val="00716C68"/>
    <w:rsid w:val="00721D12"/>
    <w:rsid w:val="007243F1"/>
    <w:rsid w:val="00724FCC"/>
    <w:rsid w:val="00726746"/>
    <w:rsid w:val="00727AF1"/>
    <w:rsid w:val="007332DA"/>
    <w:rsid w:val="007335A4"/>
    <w:rsid w:val="00733CCF"/>
    <w:rsid w:val="0073528E"/>
    <w:rsid w:val="00736082"/>
    <w:rsid w:val="00736380"/>
    <w:rsid w:val="00737D7E"/>
    <w:rsid w:val="00740A7C"/>
    <w:rsid w:val="00741007"/>
    <w:rsid w:val="00741AA9"/>
    <w:rsid w:val="00741E7A"/>
    <w:rsid w:val="00742CCB"/>
    <w:rsid w:val="00742E3E"/>
    <w:rsid w:val="00743556"/>
    <w:rsid w:val="00744C23"/>
    <w:rsid w:val="0074532C"/>
    <w:rsid w:val="00745625"/>
    <w:rsid w:val="00746E96"/>
    <w:rsid w:val="007506E9"/>
    <w:rsid w:val="00750B8E"/>
    <w:rsid w:val="0075210B"/>
    <w:rsid w:val="00754197"/>
    <w:rsid w:val="007569E6"/>
    <w:rsid w:val="00756E3D"/>
    <w:rsid w:val="0076365C"/>
    <w:rsid w:val="007642F3"/>
    <w:rsid w:val="0076537B"/>
    <w:rsid w:val="00766221"/>
    <w:rsid w:val="007674B5"/>
    <w:rsid w:val="00767845"/>
    <w:rsid w:val="00770A8C"/>
    <w:rsid w:val="00771037"/>
    <w:rsid w:val="00771628"/>
    <w:rsid w:val="007718D5"/>
    <w:rsid w:val="00771F7C"/>
    <w:rsid w:val="007735F0"/>
    <w:rsid w:val="0077421A"/>
    <w:rsid w:val="007748A4"/>
    <w:rsid w:val="00776201"/>
    <w:rsid w:val="00776778"/>
    <w:rsid w:val="00776AF5"/>
    <w:rsid w:val="00781B00"/>
    <w:rsid w:val="00783064"/>
    <w:rsid w:val="00783D82"/>
    <w:rsid w:val="0078522A"/>
    <w:rsid w:val="007859E4"/>
    <w:rsid w:val="00785E06"/>
    <w:rsid w:val="00786219"/>
    <w:rsid w:val="00787481"/>
    <w:rsid w:val="00787AB1"/>
    <w:rsid w:val="007902D7"/>
    <w:rsid w:val="0079112F"/>
    <w:rsid w:val="00793E6F"/>
    <w:rsid w:val="007942F7"/>
    <w:rsid w:val="00794BE7"/>
    <w:rsid w:val="00794C79"/>
    <w:rsid w:val="00795200"/>
    <w:rsid w:val="00796579"/>
    <w:rsid w:val="00796EDC"/>
    <w:rsid w:val="00797441"/>
    <w:rsid w:val="00797B72"/>
    <w:rsid w:val="007A11AA"/>
    <w:rsid w:val="007A287A"/>
    <w:rsid w:val="007A4809"/>
    <w:rsid w:val="007A4874"/>
    <w:rsid w:val="007A4D46"/>
    <w:rsid w:val="007A52E2"/>
    <w:rsid w:val="007A5F82"/>
    <w:rsid w:val="007A5FA0"/>
    <w:rsid w:val="007A6622"/>
    <w:rsid w:val="007B1603"/>
    <w:rsid w:val="007B17AD"/>
    <w:rsid w:val="007B1C05"/>
    <w:rsid w:val="007B2B7D"/>
    <w:rsid w:val="007C07DD"/>
    <w:rsid w:val="007C1A58"/>
    <w:rsid w:val="007C2B96"/>
    <w:rsid w:val="007C3118"/>
    <w:rsid w:val="007C3325"/>
    <w:rsid w:val="007C3539"/>
    <w:rsid w:val="007C52D4"/>
    <w:rsid w:val="007C6237"/>
    <w:rsid w:val="007C65D8"/>
    <w:rsid w:val="007C6AD0"/>
    <w:rsid w:val="007C7D13"/>
    <w:rsid w:val="007D3326"/>
    <w:rsid w:val="007D6732"/>
    <w:rsid w:val="007D6D63"/>
    <w:rsid w:val="007E5343"/>
    <w:rsid w:val="007E608F"/>
    <w:rsid w:val="007E629A"/>
    <w:rsid w:val="007E69DE"/>
    <w:rsid w:val="007F02A3"/>
    <w:rsid w:val="007F0614"/>
    <w:rsid w:val="007F0E35"/>
    <w:rsid w:val="007F1341"/>
    <w:rsid w:val="007F4313"/>
    <w:rsid w:val="007F4797"/>
    <w:rsid w:val="007F5F63"/>
    <w:rsid w:val="007F671B"/>
    <w:rsid w:val="008006DE"/>
    <w:rsid w:val="00801474"/>
    <w:rsid w:val="00801D4A"/>
    <w:rsid w:val="00802DE5"/>
    <w:rsid w:val="00803DF2"/>
    <w:rsid w:val="0080517F"/>
    <w:rsid w:val="00805A50"/>
    <w:rsid w:val="0080627D"/>
    <w:rsid w:val="00807C7F"/>
    <w:rsid w:val="00807EF6"/>
    <w:rsid w:val="0081069E"/>
    <w:rsid w:val="00813E44"/>
    <w:rsid w:val="00815632"/>
    <w:rsid w:val="00816F22"/>
    <w:rsid w:val="00817E8A"/>
    <w:rsid w:val="008205AD"/>
    <w:rsid w:val="00821F45"/>
    <w:rsid w:val="00822F51"/>
    <w:rsid w:val="00824C97"/>
    <w:rsid w:val="00825B5A"/>
    <w:rsid w:val="0082699A"/>
    <w:rsid w:val="008269F6"/>
    <w:rsid w:val="00827FBC"/>
    <w:rsid w:val="008318B6"/>
    <w:rsid w:val="0083404B"/>
    <w:rsid w:val="008352C4"/>
    <w:rsid w:val="0083539B"/>
    <w:rsid w:val="00836DDE"/>
    <w:rsid w:val="00836E17"/>
    <w:rsid w:val="008406F8"/>
    <w:rsid w:val="008419CE"/>
    <w:rsid w:val="00842D27"/>
    <w:rsid w:val="00843E2A"/>
    <w:rsid w:val="00844A5F"/>
    <w:rsid w:val="008450F2"/>
    <w:rsid w:val="008477D1"/>
    <w:rsid w:val="00847961"/>
    <w:rsid w:val="00847C58"/>
    <w:rsid w:val="008516D9"/>
    <w:rsid w:val="008527CE"/>
    <w:rsid w:val="00852B76"/>
    <w:rsid w:val="008539F8"/>
    <w:rsid w:val="00855117"/>
    <w:rsid w:val="00857884"/>
    <w:rsid w:val="008606D2"/>
    <w:rsid w:val="00861507"/>
    <w:rsid w:val="00861830"/>
    <w:rsid w:val="008622C7"/>
    <w:rsid w:val="00862325"/>
    <w:rsid w:val="0086266B"/>
    <w:rsid w:val="00863005"/>
    <w:rsid w:val="008632F9"/>
    <w:rsid w:val="008662E8"/>
    <w:rsid w:val="00867427"/>
    <w:rsid w:val="00867D9B"/>
    <w:rsid w:val="00872CD0"/>
    <w:rsid w:val="00872D8B"/>
    <w:rsid w:val="0087326F"/>
    <w:rsid w:val="008743FC"/>
    <w:rsid w:val="00875537"/>
    <w:rsid w:val="0087679E"/>
    <w:rsid w:val="008775C5"/>
    <w:rsid w:val="008805E4"/>
    <w:rsid w:val="008822DC"/>
    <w:rsid w:val="00884593"/>
    <w:rsid w:val="00884D6A"/>
    <w:rsid w:val="00884F67"/>
    <w:rsid w:val="00885E81"/>
    <w:rsid w:val="008867C1"/>
    <w:rsid w:val="00887AAE"/>
    <w:rsid w:val="0089032C"/>
    <w:rsid w:val="008907F0"/>
    <w:rsid w:val="00890808"/>
    <w:rsid w:val="00890D4E"/>
    <w:rsid w:val="00891D63"/>
    <w:rsid w:val="008932A9"/>
    <w:rsid w:val="00893A2E"/>
    <w:rsid w:val="008948F8"/>
    <w:rsid w:val="008959BC"/>
    <w:rsid w:val="00895B03"/>
    <w:rsid w:val="00895EDC"/>
    <w:rsid w:val="008961AB"/>
    <w:rsid w:val="008964D7"/>
    <w:rsid w:val="00897B0A"/>
    <w:rsid w:val="008A0155"/>
    <w:rsid w:val="008A16EC"/>
    <w:rsid w:val="008A2B1E"/>
    <w:rsid w:val="008A4B0C"/>
    <w:rsid w:val="008A5AB9"/>
    <w:rsid w:val="008A6E45"/>
    <w:rsid w:val="008B0424"/>
    <w:rsid w:val="008B180B"/>
    <w:rsid w:val="008B2834"/>
    <w:rsid w:val="008B2ADB"/>
    <w:rsid w:val="008B4DA3"/>
    <w:rsid w:val="008B5B46"/>
    <w:rsid w:val="008B7428"/>
    <w:rsid w:val="008C0009"/>
    <w:rsid w:val="008C018F"/>
    <w:rsid w:val="008C0C51"/>
    <w:rsid w:val="008C0CE2"/>
    <w:rsid w:val="008C25B5"/>
    <w:rsid w:val="008C3855"/>
    <w:rsid w:val="008C4909"/>
    <w:rsid w:val="008C4E6C"/>
    <w:rsid w:val="008C6041"/>
    <w:rsid w:val="008C6289"/>
    <w:rsid w:val="008C754C"/>
    <w:rsid w:val="008C7956"/>
    <w:rsid w:val="008C7F62"/>
    <w:rsid w:val="008D07AB"/>
    <w:rsid w:val="008D1272"/>
    <w:rsid w:val="008D24EE"/>
    <w:rsid w:val="008D2500"/>
    <w:rsid w:val="008D3B59"/>
    <w:rsid w:val="008D42CE"/>
    <w:rsid w:val="008D455F"/>
    <w:rsid w:val="008D4610"/>
    <w:rsid w:val="008D57DB"/>
    <w:rsid w:val="008D59D2"/>
    <w:rsid w:val="008D7ABF"/>
    <w:rsid w:val="008E00DA"/>
    <w:rsid w:val="008E1FCE"/>
    <w:rsid w:val="008E27C3"/>
    <w:rsid w:val="008E2FB5"/>
    <w:rsid w:val="008E4389"/>
    <w:rsid w:val="008E46B9"/>
    <w:rsid w:val="008E4A5C"/>
    <w:rsid w:val="008E677B"/>
    <w:rsid w:val="008E71BF"/>
    <w:rsid w:val="008E77F2"/>
    <w:rsid w:val="008E7CA8"/>
    <w:rsid w:val="008F0CCF"/>
    <w:rsid w:val="008F2AA0"/>
    <w:rsid w:val="008F4DDB"/>
    <w:rsid w:val="008F5767"/>
    <w:rsid w:val="008F60F3"/>
    <w:rsid w:val="008F723E"/>
    <w:rsid w:val="008F76CC"/>
    <w:rsid w:val="00902003"/>
    <w:rsid w:val="009031ED"/>
    <w:rsid w:val="00903EB7"/>
    <w:rsid w:val="00904A3D"/>
    <w:rsid w:val="00904AA2"/>
    <w:rsid w:val="009056F4"/>
    <w:rsid w:val="00906F1D"/>
    <w:rsid w:val="009071B1"/>
    <w:rsid w:val="00911DD3"/>
    <w:rsid w:val="009121AB"/>
    <w:rsid w:val="0091707A"/>
    <w:rsid w:val="0091712B"/>
    <w:rsid w:val="00917A1C"/>
    <w:rsid w:val="00917E37"/>
    <w:rsid w:val="00921999"/>
    <w:rsid w:val="00923AD5"/>
    <w:rsid w:val="00923DC0"/>
    <w:rsid w:val="00923FF0"/>
    <w:rsid w:val="00925F57"/>
    <w:rsid w:val="00926A0E"/>
    <w:rsid w:val="00930AC2"/>
    <w:rsid w:val="00931185"/>
    <w:rsid w:val="00932994"/>
    <w:rsid w:val="00932D85"/>
    <w:rsid w:val="009346CC"/>
    <w:rsid w:val="00935FAB"/>
    <w:rsid w:val="009365BE"/>
    <w:rsid w:val="00936742"/>
    <w:rsid w:val="00936B5C"/>
    <w:rsid w:val="00936EBE"/>
    <w:rsid w:val="00936F68"/>
    <w:rsid w:val="00937677"/>
    <w:rsid w:val="009407DB"/>
    <w:rsid w:val="00940BC5"/>
    <w:rsid w:val="00940C8E"/>
    <w:rsid w:val="00940D09"/>
    <w:rsid w:val="00941257"/>
    <w:rsid w:val="0094143A"/>
    <w:rsid w:val="00941BCA"/>
    <w:rsid w:val="00943006"/>
    <w:rsid w:val="0094346B"/>
    <w:rsid w:val="00944743"/>
    <w:rsid w:val="00944ACF"/>
    <w:rsid w:val="009452A0"/>
    <w:rsid w:val="009454AE"/>
    <w:rsid w:val="0094584E"/>
    <w:rsid w:val="00946464"/>
    <w:rsid w:val="00946FC9"/>
    <w:rsid w:val="0094703B"/>
    <w:rsid w:val="00947558"/>
    <w:rsid w:val="009505F5"/>
    <w:rsid w:val="00950B7E"/>
    <w:rsid w:val="00951A33"/>
    <w:rsid w:val="00951C2B"/>
    <w:rsid w:val="00952BC1"/>
    <w:rsid w:val="0095316A"/>
    <w:rsid w:val="00953F2B"/>
    <w:rsid w:val="009545F0"/>
    <w:rsid w:val="0095471A"/>
    <w:rsid w:val="00955B24"/>
    <w:rsid w:val="00955B9E"/>
    <w:rsid w:val="00956624"/>
    <w:rsid w:val="00957865"/>
    <w:rsid w:val="009608DB"/>
    <w:rsid w:val="009616EB"/>
    <w:rsid w:val="009638C3"/>
    <w:rsid w:val="00965008"/>
    <w:rsid w:val="00965214"/>
    <w:rsid w:val="009662E0"/>
    <w:rsid w:val="0096675E"/>
    <w:rsid w:val="00967376"/>
    <w:rsid w:val="0096761E"/>
    <w:rsid w:val="009706D7"/>
    <w:rsid w:val="00970CC3"/>
    <w:rsid w:val="0097178E"/>
    <w:rsid w:val="0097317C"/>
    <w:rsid w:val="00973AB0"/>
    <w:rsid w:val="00976723"/>
    <w:rsid w:val="00977CF6"/>
    <w:rsid w:val="00980026"/>
    <w:rsid w:val="00980315"/>
    <w:rsid w:val="00980881"/>
    <w:rsid w:val="00981E07"/>
    <w:rsid w:val="0098278D"/>
    <w:rsid w:val="00983D46"/>
    <w:rsid w:val="0098559F"/>
    <w:rsid w:val="009855A2"/>
    <w:rsid w:val="00986E9B"/>
    <w:rsid w:val="00986FA5"/>
    <w:rsid w:val="00987E16"/>
    <w:rsid w:val="009901B7"/>
    <w:rsid w:val="00990EF4"/>
    <w:rsid w:val="00991507"/>
    <w:rsid w:val="009915DA"/>
    <w:rsid w:val="00992A15"/>
    <w:rsid w:val="00995242"/>
    <w:rsid w:val="00995FEA"/>
    <w:rsid w:val="009976EF"/>
    <w:rsid w:val="00997776"/>
    <w:rsid w:val="009A022C"/>
    <w:rsid w:val="009A04C8"/>
    <w:rsid w:val="009A2384"/>
    <w:rsid w:val="009A3C26"/>
    <w:rsid w:val="009A49B3"/>
    <w:rsid w:val="009A6EB9"/>
    <w:rsid w:val="009A71E4"/>
    <w:rsid w:val="009A774F"/>
    <w:rsid w:val="009B01BE"/>
    <w:rsid w:val="009B189A"/>
    <w:rsid w:val="009B1A59"/>
    <w:rsid w:val="009B1DB5"/>
    <w:rsid w:val="009B1FCA"/>
    <w:rsid w:val="009B2133"/>
    <w:rsid w:val="009B40FC"/>
    <w:rsid w:val="009B4BB6"/>
    <w:rsid w:val="009B70A8"/>
    <w:rsid w:val="009C1309"/>
    <w:rsid w:val="009C1E37"/>
    <w:rsid w:val="009C25F7"/>
    <w:rsid w:val="009C4747"/>
    <w:rsid w:val="009C5185"/>
    <w:rsid w:val="009C555C"/>
    <w:rsid w:val="009C5834"/>
    <w:rsid w:val="009C65EA"/>
    <w:rsid w:val="009C6FC4"/>
    <w:rsid w:val="009C78F4"/>
    <w:rsid w:val="009D0449"/>
    <w:rsid w:val="009D1161"/>
    <w:rsid w:val="009D11CF"/>
    <w:rsid w:val="009D15D3"/>
    <w:rsid w:val="009D306B"/>
    <w:rsid w:val="009D3C8E"/>
    <w:rsid w:val="009D4D17"/>
    <w:rsid w:val="009D70FC"/>
    <w:rsid w:val="009E1278"/>
    <w:rsid w:val="009E21E7"/>
    <w:rsid w:val="009E2848"/>
    <w:rsid w:val="009E3158"/>
    <w:rsid w:val="009E4238"/>
    <w:rsid w:val="009E42E0"/>
    <w:rsid w:val="009E477D"/>
    <w:rsid w:val="009E540E"/>
    <w:rsid w:val="009E5FD0"/>
    <w:rsid w:val="009F1231"/>
    <w:rsid w:val="009F1F92"/>
    <w:rsid w:val="009F40BA"/>
    <w:rsid w:val="009F51BA"/>
    <w:rsid w:val="009F56EF"/>
    <w:rsid w:val="009F5DB2"/>
    <w:rsid w:val="009F65B5"/>
    <w:rsid w:val="00A001B5"/>
    <w:rsid w:val="00A00907"/>
    <w:rsid w:val="00A015C2"/>
    <w:rsid w:val="00A023C3"/>
    <w:rsid w:val="00A02444"/>
    <w:rsid w:val="00A02FD7"/>
    <w:rsid w:val="00A046B7"/>
    <w:rsid w:val="00A04F1A"/>
    <w:rsid w:val="00A069DE"/>
    <w:rsid w:val="00A06A77"/>
    <w:rsid w:val="00A0765B"/>
    <w:rsid w:val="00A07EDC"/>
    <w:rsid w:val="00A1085C"/>
    <w:rsid w:val="00A10C8C"/>
    <w:rsid w:val="00A13999"/>
    <w:rsid w:val="00A142E1"/>
    <w:rsid w:val="00A14E14"/>
    <w:rsid w:val="00A154ED"/>
    <w:rsid w:val="00A16F16"/>
    <w:rsid w:val="00A20937"/>
    <w:rsid w:val="00A20A66"/>
    <w:rsid w:val="00A2136A"/>
    <w:rsid w:val="00A2140B"/>
    <w:rsid w:val="00A22725"/>
    <w:rsid w:val="00A238B6"/>
    <w:rsid w:val="00A242C3"/>
    <w:rsid w:val="00A24383"/>
    <w:rsid w:val="00A24842"/>
    <w:rsid w:val="00A268FC"/>
    <w:rsid w:val="00A2708D"/>
    <w:rsid w:val="00A27288"/>
    <w:rsid w:val="00A272CF"/>
    <w:rsid w:val="00A30603"/>
    <w:rsid w:val="00A31CC0"/>
    <w:rsid w:val="00A3328E"/>
    <w:rsid w:val="00A3412E"/>
    <w:rsid w:val="00A35391"/>
    <w:rsid w:val="00A357AF"/>
    <w:rsid w:val="00A35DB4"/>
    <w:rsid w:val="00A4211C"/>
    <w:rsid w:val="00A43512"/>
    <w:rsid w:val="00A4387B"/>
    <w:rsid w:val="00A4415C"/>
    <w:rsid w:val="00A44765"/>
    <w:rsid w:val="00A463AA"/>
    <w:rsid w:val="00A46596"/>
    <w:rsid w:val="00A46C76"/>
    <w:rsid w:val="00A50A9B"/>
    <w:rsid w:val="00A51BD8"/>
    <w:rsid w:val="00A5254A"/>
    <w:rsid w:val="00A52734"/>
    <w:rsid w:val="00A527EF"/>
    <w:rsid w:val="00A52B3A"/>
    <w:rsid w:val="00A53090"/>
    <w:rsid w:val="00A53EEB"/>
    <w:rsid w:val="00A553D3"/>
    <w:rsid w:val="00A554E2"/>
    <w:rsid w:val="00A60320"/>
    <w:rsid w:val="00A60690"/>
    <w:rsid w:val="00A60710"/>
    <w:rsid w:val="00A638CC"/>
    <w:rsid w:val="00A63A00"/>
    <w:rsid w:val="00A63B70"/>
    <w:rsid w:val="00A647BC"/>
    <w:rsid w:val="00A65ECF"/>
    <w:rsid w:val="00A67FE2"/>
    <w:rsid w:val="00A70345"/>
    <w:rsid w:val="00A70AFD"/>
    <w:rsid w:val="00A71266"/>
    <w:rsid w:val="00A71503"/>
    <w:rsid w:val="00A721D4"/>
    <w:rsid w:val="00A72610"/>
    <w:rsid w:val="00A72911"/>
    <w:rsid w:val="00A737CB"/>
    <w:rsid w:val="00A741C0"/>
    <w:rsid w:val="00A7498C"/>
    <w:rsid w:val="00A75BC0"/>
    <w:rsid w:val="00A76DE5"/>
    <w:rsid w:val="00A77335"/>
    <w:rsid w:val="00A806BC"/>
    <w:rsid w:val="00A8606B"/>
    <w:rsid w:val="00A860BE"/>
    <w:rsid w:val="00A86434"/>
    <w:rsid w:val="00A87049"/>
    <w:rsid w:val="00A87DFB"/>
    <w:rsid w:val="00A87F8A"/>
    <w:rsid w:val="00A908E9"/>
    <w:rsid w:val="00A91259"/>
    <w:rsid w:val="00A91337"/>
    <w:rsid w:val="00A919E5"/>
    <w:rsid w:val="00A92505"/>
    <w:rsid w:val="00A92FEC"/>
    <w:rsid w:val="00A97926"/>
    <w:rsid w:val="00AA0C68"/>
    <w:rsid w:val="00AA1086"/>
    <w:rsid w:val="00AA22C9"/>
    <w:rsid w:val="00AA2323"/>
    <w:rsid w:val="00AA288F"/>
    <w:rsid w:val="00AA2ACD"/>
    <w:rsid w:val="00AA2CEA"/>
    <w:rsid w:val="00AA2E7E"/>
    <w:rsid w:val="00AA2FCB"/>
    <w:rsid w:val="00AA5578"/>
    <w:rsid w:val="00AA5A2C"/>
    <w:rsid w:val="00AA6522"/>
    <w:rsid w:val="00AA6B1D"/>
    <w:rsid w:val="00AA6B74"/>
    <w:rsid w:val="00AB0E82"/>
    <w:rsid w:val="00AB1985"/>
    <w:rsid w:val="00AB31C7"/>
    <w:rsid w:val="00AB3ADD"/>
    <w:rsid w:val="00AB3CA4"/>
    <w:rsid w:val="00AB439E"/>
    <w:rsid w:val="00AB4F18"/>
    <w:rsid w:val="00AB580A"/>
    <w:rsid w:val="00AB5A6E"/>
    <w:rsid w:val="00AB7A6F"/>
    <w:rsid w:val="00AB7B32"/>
    <w:rsid w:val="00AC161E"/>
    <w:rsid w:val="00AC3052"/>
    <w:rsid w:val="00AC3D0C"/>
    <w:rsid w:val="00AC4629"/>
    <w:rsid w:val="00AC4803"/>
    <w:rsid w:val="00AC6326"/>
    <w:rsid w:val="00AD0254"/>
    <w:rsid w:val="00AD0E64"/>
    <w:rsid w:val="00AD2523"/>
    <w:rsid w:val="00AD253E"/>
    <w:rsid w:val="00AD2EBA"/>
    <w:rsid w:val="00AD3191"/>
    <w:rsid w:val="00AD377B"/>
    <w:rsid w:val="00AD3F83"/>
    <w:rsid w:val="00AD3FDF"/>
    <w:rsid w:val="00AD463B"/>
    <w:rsid w:val="00AD701F"/>
    <w:rsid w:val="00AD7B42"/>
    <w:rsid w:val="00AE088E"/>
    <w:rsid w:val="00AE10EA"/>
    <w:rsid w:val="00AE153A"/>
    <w:rsid w:val="00AE257E"/>
    <w:rsid w:val="00AE2E83"/>
    <w:rsid w:val="00AE405C"/>
    <w:rsid w:val="00AE4379"/>
    <w:rsid w:val="00AE4861"/>
    <w:rsid w:val="00AE7A80"/>
    <w:rsid w:val="00AF0817"/>
    <w:rsid w:val="00AF10E4"/>
    <w:rsid w:val="00AF1C5E"/>
    <w:rsid w:val="00AF3BC1"/>
    <w:rsid w:val="00AF4665"/>
    <w:rsid w:val="00AF4968"/>
    <w:rsid w:val="00AF4A0C"/>
    <w:rsid w:val="00AF508E"/>
    <w:rsid w:val="00AF51CA"/>
    <w:rsid w:val="00AF610B"/>
    <w:rsid w:val="00AF7DF9"/>
    <w:rsid w:val="00B02004"/>
    <w:rsid w:val="00B02C02"/>
    <w:rsid w:val="00B036C8"/>
    <w:rsid w:val="00B03816"/>
    <w:rsid w:val="00B0486A"/>
    <w:rsid w:val="00B05BC7"/>
    <w:rsid w:val="00B05C4A"/>
    <w:rsid w:val="00B103B8"/>
    <w:rsid w:val="00B1224A"/>
    <w:rsid w:val="00B12417"/>
    <w:rsid w:val="00B131C4"/>
    <w:rsid w:val="00B146D1"/>
    <w:rsid w:val="00B14F2E"/>
    <w:rsid w:val="00B1566D"/>
    <w:rsid w:val="00B1571B"/>
    <w:rsid w:val="00B15D4B"/>
    <w:rsid w:val="00B16680"/>
    <w:rsid w:val="00B167CA"/>
    <w:rsid w:val="00B20C9C"/>
    <w:rsid w:val="00B21894"/>
    <w:rsid w:val="00B2402B"/>
    <w:rsid w:val="00B24421"/>
    <w:rsid w:val="00B25785"/>
    <w:rsid w:val="00B26287"/>
    <w:rsid w:val="00B26300"/>
    <w:rsid w:val="00B26859"/>
    <w:rsid w:val="00B26C93"/>
    <w:rsid w:val="00B26FA3"/>
    <w:rsid w:val="00B27697"/>
    <w:rsid w:val="00B27D69"/>
    <w:rsid w:val="00B30FAE"/>
    <w:rsid w:val="00B315CD"/>
    <w:rsid w:val="00B3162F"/>
    <w:rsid w:val="00B316E9"/>
    <w:rsid w:val="00B32F11"/>
    <w:rsid w:val="00B34BFA"/>
    <w:rsid w:val="00B3560E"/>
    <w:rsid w:val="00B36052"/>
    <w:rsid w:val="00B367BF"/>
    <w:rsid w:val="00B36F05"/>
    <w:rsid w:val="00B36F4D"/>
    <w:rsid w:val="00B40012"/>
    <w:rsid w:val="00B402CD"/>
    <w:rsid w:val="00B4197C"/>
    <w:rsid w:val="00B419B5"/>
    <w:rsid w:val="00B42560"/>
    <w:rsid w:val="00B4304C"/>
    <w:rsid w:val="00B43621"/>
    <w:rsid w:val="00B44EA7"/>
    <w:rsid w:val="00B45D5B"/>
    <w:rsid w:val="00B474AE"/>
    <w:rsid w:val="00B476CC"/>
    <w:rsid w:val="00B5012A"/>
    <w:rsid w:val="00B502E2"/>
    <w:rsid w:val="00B505E3"/>
    <w:rsid w:val="00B50C9D"/>
    <w:rsid w:val="00B516E3"/>
    <w:rsid w:val="00B51DB3"/>
    <w:rsid w:val="00B51EB1"/>
    <w:rsid w:val="00B52CE6"/>
    <w:rsid w:val="00B53951"/>
    <w:rsid w:val="00B540A9"/>
    <w:rsid w:val="00B54D21"/>
    <w:rsid w:val="00B56028"/>
    <w:rsid w:val="00B57B74"/>
    <w:rsid w:val="00B60F29"/>
    <w:rsid w:val="00B61312"/>
    <w:rsid w:val="00B61603"/>
    <w:rsid w:val="00B62079"/>
    <w:rsid w:val="00B620E8"/>
    <w:rsid w:val="00B62CB7"/>
    <w:rsid w:val="00B63EE7"/>
    <w:rsid w:val="00B64F21"/>
    <w:rsid w:val="00B65EC0"/>
    <w:rsid w:val="00B66125"/>
    <w:rsid w:val="00B664AD"/>
    <w:rsid w:val="00B67E10"/>
    <w:rsid w:val="00B71437"/>
    <w:rsid w:val="00B739E6"/>
    <w:rsid w:val="00B73E22"/>
    <w:rsid w:val="00B73E6C"/>
    <w:rsid w:val="00B7425C"/>
    <w:rsid w:val="00B745B8"/>
    <w:rsid w:val="00B74876"/>
    <w:rsid w:val="00B74EAA"/>
    <w:rsid w:val="00B76797"/>
    <w:rsid w:val="00B76830"/>
    <w:rsid w:val="00B76DE8"/>
    <w:rsid w:val="00B77325"/>
    <w:rsid w:val="00B80C4C"/>
    <w:rsid w:val="00B80E33"/>
    <w:rsid w:val="00B80F31"/>
    <w:rsid w:val="00B82F4C"/>
    <w:rsid w:val="00B83757"/>
    <w:rsid w:val="00B84222"/>
    <w:rsid w:val="00B847C8"/>
    <w:rsid w:val="00B86177"/>
    <w:rsid w:val="00B86E91"/>
    <w:rsid w:val="00B87519"/>
    <w:rsid w:val="00B877DE"/>
    <w:rsid w:val="00B87CAF"/>
    <w:rsid w:val="00B87EC5"/>
    <w:rsid w:val="00B916E3"/>
    <w:rsid w:val="00B91A38"/>
    <w:rsid w:val="00B91C5B"/>
    <w:rsid w:val="00B926D0"/>
    <w:rsid w:val="00B92F00"/>
    <w:rsid w:val="00B942FF"/>
    <w:rsid w:val="00B94597"/>
    <w:rsid w:val="00B9517D"/>
    <w:rsid w:val="00B96578"/>
    <w:rsid w:val="00BA0CA0"/>
    <w:rsid w:val="00BA0E1C"/>
    <w:rsid w:val="00BA11EA"/>
    <w:rsid w:val="00BA289C"/>
    <w:rsid w:val="00BA2D8A"/>
    <w:rsid w:val="00BA34A0"/>
    <w:rsid w:val="00BA3CC7"/>
    <w:rsid w:val="00BA427A"/>
    <w:rsid w:val="00BA45C5"/>
    <w:rsid w:val="00BA5A66"/>
    <w:rsid w:val="00BA5B74"/>
    <w:rsid w:val="00BA68F6"/>
    <w:rsid w:val="00BA6D3C"/>
    <w:rsid w:val="00BA7DD6"/>
    <w:rsid w:val="00BB116B"/>
    <w:rsid w:val="00BB2AB9"/>
    <w:rsid w:val="00BB2DC7"/>
    <w:rsid w:val="00BB4278"/>
    <w:rsid w:val="00BB4B28"/>
    <w:rsid w:val="00BB5071"/>
    <w:rsid w:val="00BB528F"/>
    <w:rsid w:val="00BB63DB"/>
    <w:rsid w:val="00BB6EBA"/>
    <w:rsid w:val="00BC2EFC"/>
    <w:rsid w:val="00BC33C4"/>
    <w:rsid w:val="00BC3F5A"/>
    <w:rsid w:val="00BC65F4"/>
    <w:rsid w:val="00BC7597"/>
    <w:rsid w:val="00BC7A50"/>
    <w:rsid w:val="00BC7CE4"/>
    <w:rsid w:val="00BC7F4E"/>
    <w:rsid w:val="00BD1385"/>
    <w:rsid w:val="00BD1747"/>
    <w:rsid w:val="00BD1DA2"/>
    <w:rsid w:val="00BD20AA"/>
    <w:rsid w:val="00BD28DE"/>
    <w:rsid w:val="00BD2BB2"/>
    <w:rsid w:val="00BD3377"/>
    <w:rsid w:val="00BD36A6"/>
    <w:rsid w:val="00BD69FA"/>
    <w:rsid w:val="00BD73FE"/>
    <w:rsid w:val="00BD78F3"/>
    <w:rsid w:val="00BE034D"/>
    <w:rsid w:val="00BE08CF"/>
    <w:rsid w:val="00BE0CD5"/>
    <w:rsid w:val="00BE1179"/>
    <w:rsid w:val="00BE2CE7"/>
    <w:rsid w:val="00BE3130"/>
    <w:rsid w:val="00BE475D"/>
    <w:rsid w:val="00BE6B2D"/>
    <w:rsid w:val="00BE7B38"/>
    <w:rsid w:val="00BE7B94"/>
    <w:rsid w:val="00BE7BDE"/>
    <w:rsid w:val="00BF01CE"/>
    <w:rsid w:val="00BF10FE"/>
    <w:rsid w:val="00BF1C24"/>
    <w:rsid w:val="00BF1D42"/>
    <w:rsid w:val="00BF31F4"/>
    <w:rsid w:val="00BF408D"/>
    <w:rsid w:val="00BF4D5D"/>
    <w:rsid w:val="00BF5D1D"/>
    <w:rsid w:val="00BF61EA"/>
    <w:rsid w:val="00BF77C9"/>
    <w:rsid w:val="00C00891"/>
    <w:rsid w:val="00C011AA"/>
    <w:rsid w:val="00C01AA2"/>
    <w:rsid w:val="00C037FD"/>
    <w:rsid w:val="00C039A4"/>
    <w:rsid w:val="00C04969"/>
    <w:rsid w:val="00C05117"/>
    <w:rsid w:val="00C111CB"/>
    <w:rsid w:val="00C118E3"/>
    <w:rsid w:val="00C124A2"/>
    <w:rsid w:val="00C1344C"/>
    <w:rsid w:val="00C1356A"/>
    <w:rsid w:val="00C1364B"/>
    <w:rsid w:val="00C1418C"/>
    <w:rsid w:val="00C1523D"/>
    <w:rsid w:val="00C15361"/>
    <w:rsid w:val="00C15779"/>
    <w:rsid w:val="00C15B8B"/>
    <w:rsid w:val="00C15D3D"/>
    <w:rsid w:val="00C16602"/>
    <w:rsid w:val="00C167A2"/>
    <w:rsid w:val="00C169ED"/>
    <w:rsid w:val="00C173CD"/>
    <w:rsid w:val="00C200A2"/>
    <w:rsid w:val="00C21716"/>
    <w:rsid w:val="00C21C7E"/>
    <w:rsid w:val="00C22E77"/>
    <w:rsid w:val="00C231A5"/>
    <w:rsid w:val="00C23B40"/>
    <w:rsid w:val="00C23DB3"/>
    <w:rsid w:val="00C242D0"/>
    <w:rsid w:val="00C244E3"/>
    <w:rsid w:val="00C24C7E"/>
    <w:rsid w:val="00C25A2F"/>
    <w:rsid w:val="00C2694D"/>
    <w:rsid w:val="00C27276"/>
    <w:rsid w:val="00C300F5"/>
    <w:rsid w:val="00C338BE"/>
    <w:rsid w:val="00C33BE6"/>
    <w:rsid w:val="00C34224"/>
    <w:rsid w:val="00C41E17"/>
    <w:rsid w:val="00C421EB"/>
    <w:rsid w:val="00C42D59"/>
    <w:rsid w:val="00C43803"/>
    <w:rsid w:val="00C44CBF"/>
    <w:rsid w:val="00C44CED"/>
    <w:rsid w:val="00C45640"/>
    <w:rsid w:val="00C46173"/>
    <w:rsid w:val="00C463A9"/>
    <w:rsid w:val="00C46DE9"/>
    <w:rsid w:val="00C50431"/>
    <w:rsid w:val="00C5145C"/>
    <w:rsid w:val="00C5149E"/>
    <w:rsid w:val="00C518D4"/>
    <w:rsid w:val="00C52DD4"/>
    <w:rsid w:val="00C53AFB"/>
    <w:rsid w:val="00C53C08"/>
    <w:rsid w:val="00C5624F"/>
    <w:rsid w:val="00C573E4"/>
    <w:rsid w:val="00C613B9"/>
    <w:rsid w:val="00C61A0B"/>
    <w:rsid w:val="00C62211"/>
    <w:rsid w:val="00C624A7"/>
    <w:rsid w:val="00C62724"/>
    <w:rsid w:val="00C62771"/>
    <w:rsid w:val="00C636DC"/>
    <w:rsid w:val="00C63BBA"/>
    <w:rsid w:val="00C654F1"/>
    <w:rsid w:val="00C657A1"/>
    <w:rsid w:val="00C662F9"/>
    <w:rsid w:val="00C67342"/>
    <w:rsid w:val="00C67BF1"/>
    <w:rsid w:val="00C703F8"/>
    <w:rsid w:val="00C7426B"/>
    <w:rsid w:val="00C74E51"/>
    <w:rsid w:val="00C74E55"/>
    <w:rsid w:val="00C774FA"/>
    <w:rsid w:val="00C77688"/>
    <w:rsid w:val="00C8066E"/>
    <w:rsid w:val="00C809B6"/>
    <w:rsid w:val="00C8149D"/>
    <w:rsid w:val="00C8296B"/>
    <w:rsid w:val="00C83969"/>
    <w:rsid w:val="00C843D1"/>
    <w:rsid w:val="00C856D7"/>
    <w:rsid w:val="00C85732"/>
    <w:rsid w:val="00C86186"/>
    <w:rsid w:val="00C86AF7"/>
    <w:rsid w:val="00C870F6"/>
    <w:rsid w:val="00C9004B"/>
    <w:rsid w:val="00C9035B"/>
    <w:rsid w:val="00C90384"/>
    <w:rsid w:val="00C91018"/>
    <w:rsid w:val="00C916C4"/>
    <w:rsid w:val="00C92FB7"/>
    <w:rsid w:val="00C92FF8"/>
    <w:rsid w:val="00C97A45"/>
    <w:rsid w:val="00C97AC3"/>
    <w:rsid w:val="00CA010E"/>
    <w:rsid w:val="00CA0D6B"/>
    <w:rsid w:val="00CA1D58"/>
    <w:rsid w:val="00CA25CE"/>
    <w:rsid w:val="00CA2751"/>
    <w:rsid w:val="00CA39D3"/>
    <w:rsid w:val="00CA6D31"/>
    <w:rsid w:val="00CA6EBE"/>
    <w:rsid w:val="00CA740B"/>
    <w:rsid w:val="00CB015E"/>
    <w:rsid w:val="00CB0485"/>
    <w:rsid w:val="00CB063C"/>
    <w:rsid w:val="00CB0ECD"/>
    <w:rsid w:val="00CB1817"/>
    <w:rsid w:val="00CB1F6A"/>
    <w:rsid w:val="00CB24DD"/>
    <w:rsid w:val="00CB555A"/>
    <w:rsid w:val="00CB57B6"/>
    <w:rsid w:val="00CB6B46"/>
    <w:rsid w:val="00CB6FE4"/>
    <w:rsid w:val="00CB7110"/>
    <w:rsid w:val="00CB7877"/>
    <w:rsid w:val="00CC30A2"/>
    <w:rsid w:val="00CC37DB"/>
    <w:rsid w:val="00CC3CD9"/>
    <w:rsid w:val="00CC4C1D"/>
    <w:rsid w:val="00CC4C9F"/>
    <w:rsid w:val="00CC5556"/>
    <w:rsid w:val="00CC6E55"/>
    <w:rsid w:val="00CD06BC"/>
    <w:rsid w:val="00CD22AD"/>
    <w:rsid w:val="00CD386A"/>
    <w:rsid w:val="00CD4487"/>
    <w:rsid w:val="00CD5F14"/>
    <w:rsid w:val="00CD629D"/>
    <w:rsid w:val="00CD6B33"/>
    <w:rsid w:val="00CD6D16"/>
    <w:rsid w:val="00CD7256"/>
    <w:rsid w:val="00CD7309"/>
    <w:rsid w:val="00CE002E"/>
    <w:rsid w:val="00CE0735"/>
    <w:rsid w:val="00CE40F0"/>
    <w:rsid w:val="00CE6561"/>
    <w:rsid w:val="00CE682D"/>
    <w:rsid w:val="00CE7E81"/>
    <w:rsid w:val="00CF1B71"/>
    <w:rsid w:val="00CF2545"/>
    <w:rsid w:val="00CF3742"/>
    <w:rsid w:val="00CF5593"/>
    <w:rsid w:val="00CF5A0E"/>
    <w:rsid w:val="00CF5DFA"/>
    <w:rsid w:val="00CF6ABC"/>
    <w:rsid w:val="00CF792D"/>
    <w:rsid w:val="00CF7A8A"/>
    <w:rsid w:val="00CF7C60"/>
    <w:rsid w:val="00D01444"/>
    <w:rsid w:val="00D01978"/>
    <w:rsid w:val="00D02076"/>
    <w:rsid w:val="00D0224A"/>
    <w:rsid w:val="00D03CFD"/>
    <w:rsid w:val="00D04A70"/>
    <w:rsid w:val="00D05BA6"/>
    <w:rsid w:val="00D062C3"/>
    <w:rsid w:val="00D0699F"/>
    <w:rsid w:val="00D0791F"/>
    <w:rsid w:val="00D07F59"/>
    <w:rsid w:val="00D11084"/>
    <w:rsid w:val="00D114F5"/>
    <w:rsid w:val="00D11752"/>
    <w:rsid w:val="00D119BC"/>
    <w:rsid w:val="00D12D72"/>
    <w:rsid w:val="00D134CF"/>
    <w:rsid w:val="00D138A9"/>
    <w:rsid w:val="00D1411A"/>
    <w:rsid w:val="00D1448F"/>
    <w:rsid w:val="00D15E2E"/>
    <w:rsid w:val="00D16548"/>
    <w:rsid w:val="00D16F92"/>
    <w:rsid w:val="00D2037F"/>
    <w:rsid w:val="00D20A39"/>
    <w:rsid w:val="00D2242C"/>
    <w:rsid w:val="00D22C96"/>
    <w:rsid w:val="00D23599"/>
    <w:rsid w:val="00D23D1A"/>
    <w:rsid w:val="00D24B01"/>
    <w:rsid w:val="00D24B11"/>
    <w:rsid w:val="00D2586F"/>
    <w:rsid w:val="00D26A1D"/>
    <w:rsid w:val="00D2700D"/>
    <w:rsid w:val="00D27BE0"/>
    <w:rsid w:val="00D300FE"/>
    <w:rsid w:val="00D30AC1"/>
    <w:rsid w:val="00D3116B"/>
    <w:rsid w:val="00D323C6"/>
    <w:rsid w:val="00D32A6C"/>
    <w:rsid w:val="00D32F3A"/>
    <w:rsid w:val="00D34053"/>
    <w:rsid w:val="00D347DE"/>
    <w:rsid w:val="00D34BEF"/>
    <w:rsid w:val="00D34EF6"/>
    <w:rsid w:val="00D34F86"/>
    <w:rsid w:val="00D35724"/>
    <w:rsid w:val="00D36160"/>
    <w:rsid w:val="00D42A2D"/>
    <w:rsid w:val="00D435C4"/>
    <w:rsid w:val="00D4437D"/>
    <w:rsid w:val="00D4439B"/>
    <w:rsid w:val="00D4629D"/>
    <w:rsid w:val="00D4634A"/>
    <w:rsid w:val="00D50EEB"/>
    <w:rsid w:val="00D51B5E"/>
    <w:rsid w:val="00D52605"/>
    <w:rsid w:val="00D527F0"/>
    <w:rsid w:val="00D53B52"/>
    <w:rsid w:val="00D54E0E"/>
    <w:rsid w:val="00D55A36"/>
    <w:rsid w:val="00D55E60"/>
    <w:rsid w:val="00D57B00"/>
    <w:rsid w:val="00D60294"/>
    <w:rsid w:val="00D60353"/>
    <w:rsid w:val="00D60D10"/>
    <w:rsid w:val="00D61089"/>
    <w:rsid w:val="00D62242"/>
    <w:rsid w:val="00D63090"/>
    <w:rsid w:val="00D631BE"/>
    <w:rsid w:val="00D63355"/>
    <w:rsid w:val="00D63CD1"/>
    <w:rsid w:val="00D63E42"/>
    <w:rsid w:val="00D64B33"/>
    <w:rsid w:val="00D64BE3"/>
    <w:rsid w:val="00D65F2A"/>
    <w:rsid w:val="00D6672D"/>
    <w:rsid w:val="00D6680A"/>
    <w:rsid w:val="00D67629"/>
    <w:rsid w:val="00D67B55"/>
    <w:rsid w:val="00D67EF5"/>
    <w:rsid w:val="00D67FF2"/>
    <w:rsid w:val="00D72C8A"/>
    <w:rsid w:val="00D76304"/>
    <w:rsid w:val="00D7639C"/>
    <w:rsid w:val="00D76930"/>
    <w:rsid w:val="00D77F6E"/>
    <w:rsid w:val="00D802B7"/>
    <w:rsid w:val="00D80C6D"/>
    <w:rsid w:val="00D80DC1"/>
    <w:rsid w:val="00D82F60"/>
    <w:rsid w:val="00D83FBD"/>
    <w:rsid w:val="00D8406E"/>
    <w:rsid w:val="00D84D13"/>
    <w:rsid w:val="00D85227"/>
    <w:rsid w:val="00D855CF"/>
    <w:rsid w:val="00D85EDA"/>
    <w:rsid w:val="00D86684"/>
    <w:rsid w:val="00D87ACD"/>
    <w:rsid w:val="00D87E99"/>
    <w:rsid w:val="00D91EA1"/>
    <w:rsid w:val="00D94C15"/>
    <w:rsid w:val="00D95B70"/>
    <w:rsid w:val="00D967C5"/>
    <w:rsid w:val="00D97240"/>
    <w:rsid w:val="00D97284"/>
    <w:rsid w:val="00DA1CE9"/>
    <w:rsid w:val="00DA23FB"/>
    <w:rsid w:val="00DA2691"/>
    <w:rsid w:val="00DA362D"/>
    <w:rsid w:val="00DA37B3"/>
    <w:rsid w:val="00DA37BA"/>
    <w:rsid w:val="00DA41C1"/>
    <w:rsid w:val="00DA5686"/>
    <w:rsid w:val="00DA5C74"/>
    <w:rsid w:val="00DA60D3"/>
    <w:rsid w:val="00DB0513"/>
    <w:rsid w:val="00DB059C"/>
    <w:rsid w:val="00DB05C8"/>
    <w:rsid w:val="00DB0F38"/>
    <w:rsid w:val="00DB1A9D"/>
    <w:rsid w:val="00DB25D1"/>
    <w:rsid w:val="00DB2C73"/>
    <w:rsid w:val="00DB4372"/>
    <w:rsid w:val="00DB618E"/>
    <w:rsid w:val="00DB65AE"/>
    <w:rsid w:val="00DB6829"/>
    <w:rsid w:val="00DB6EB6"/>
    <w:rsid w:val="00DB72FE"/>
    <w:rsid w:val="00DC0776"/>
    <w:rsid w:val="00DC0A11"/>
    <w:rsid w:val="00DC0CE2"/>
    <w:rsid w:val="00DC234B"/>
    <w:rsid w:val="00DC23DA"/>
    <w:rsid w:val="00DC3BA4"/>
    <w:rsid w:val="00DC4C0A"/>
    <w:rsid w:val="00DC5068"/>
    <w:rsid w:val="00DC54DC"/>
    <w:rsid w:val="00DC5B3E"/>
    <w:rsid w:val="00DC67E6"/>
    <w:rsid w:val="00DD011C"/>
    <w:rsid w:val="00DD0228"/>
    <w:rsid w:val="00DD0AF9"/>
    <w:rsid w:val="00DD2AC3"/>
    <w:rsid w:val="00DD2FD1"/>
    <w:rsid w:val="00DD3D13"/>
    <w:rsid w:val="00DD4D62"/>
    <w:rsid w:val="00DD4F21"/>
    <w:rsid w:val="00DD641A"/>
    <w:rsid w:val="00DD72AE"/>
    <w:rsid w:val="00DD7989"/>
    <w:rsid w:val="00DE072C"/>
    <w:rsid w:val="00DE0778"/>
    <w:rsid w:val="00DE0E39"/>
    <w:rsid w:val="00DE11BE"/>
    <w:rsid w:val="00DE2295"/>
    <w:rsid w:val="00DE276E"/>
    <w:rsid w:val="00DE329C"/>
    <w:rsid w:val="00DE40ED"/>
    <w:rsid w:val="00DE630D"/>
    <w:rsid w:val="00DE6971"/>
    <w:rsid w:val="00DE6A3E"/>
    <w:rsid w:val="00DE6F0A"/>
    <w:rsid w:val="00DE7AAB"/>
    <w:rsid w:val="00DE7B5F"/>
    <w:rsid w:val="00DF08F9"/>
    <w:rsid w:val="00DF2716"/>
    <w:rsid w:val="00DF2858"/>
    <w:rsid w:val="00DF3A2E"/>
    <w:rsid w:val="00DF4D85"/>
    <w:rsid w:val="00DF7455"/>
    <w:rsid w:val="00DF7772"/>
    <w:rsid w:val="00DF7CD9"/>
    <w:rsid w:val="00E007E3"/>
    <w:rsid w:val="00E02B14"/>
    <w:rsid w:val="00E050AE"/>
    <w:rsid w:val="00E05FAE"/>
    <w:rsid w:val="00E0668A"/>
    <w:rsid w:val="00E06ACE"/>
    <w:rsid w:val="00E074DF"/>
    <w:rsid w:val="00E07F39"/>
    <w:rsid w:val="00E101E4"/>
    <w:rsid w:val="00E106A9"/>
    <w:rsid w:val="00E1131F"/>
    <w:rsid w:val="00E1160D"/>
    <w:rsid w:val="00E11ECF"/>
    <w:rsid w:val="00E13841"/>
    <w:rsid w:val="00E13B22"/>
    <w:rsid w:val="00E15B1E"/>
    <w:rsid w:val="00E200EC"/>
    <w:rsid w:val="00E204CB"/>
    <w:rsid w:val="00E20A41"/>
    <w:rsid w:val="00E22C5B"/>
    <w:rsid w:val="00E23416"/>
    <w:rsid w:val="00E23AFF"/>
    <w:rsid w:val="00E24583"/>
    <w:rsid w:val="00E25122"/>
    <w:rsid w:val="00E268CF"/>
    <w:rsid w:val="00E27DD2"/>
    <w:rsid w:val="00E30080"/>
    <w:rsid w:val="00E30321"/>
    <w:rsid w:val="00E315DE"/>
    <w:rsid w:val="00E3280D"/>
    <w:rsid w:val="00E342FE"/>
    <w:rsid w:val="00E35ECA"/>
    <w:rsid w:val="00E37749"/>
    <w:rsid w:val="00E379C3"/>
    <w:rsid w:val="00E41337"/>
    <w:rsid w:val="00E41AE2"/>
    <w:rsid w:val="00E424C8"/>
    <w:rsid w:val="00E42A16"/>
    <w:rsid w:val="00E43736"/>
    <w:rsid w:val="00E44301"/>
    <w:rsid w:val="00E446AE"/>
    <w:rsid w:val="00E448E3"/>
    <w:rsid w:val="00E44DBE"/>
    <w:rsid w:val="00E456D8"/>
    <w:rsid w:val="00E458E0"/>
    <w:rsid w:val="00E4658E"/>
    <w:rsid w:val="00E46EA0"/>
    <w:rsid w:val="00E47677"/>
    <w:rsid w:val="00E47F22"/>
    <w:rsid w:val="00E507E4"/>
    <w:rsid w:val="00E5144A"/>
    <w:rsid w:val="00E528DD"/>
    <w:rsid w:val="00E53FA3"/>
    <w:rsid w:val="00E5405F"/>
    <w:rsid w:val="00E54F18"/>
    <w:rsid w:val="00E56031"/>
    <w:rsid w:val="00E56222"/>
    <w:rsid w:val="00E574B7"/>
    <w:rsid w:val="00E61586"/>
    <w:rsid w:val="00E64398"/>
    <w:rsid w:val="00E64465"/>
    <w:rsid w:val="00E64FAB"/>
    <w:rsid w:val="00E66282"/>
    <w:rsid w:val="00E70F58"/>
    <w:rsid w:val="00E7159B"/>
    <w:rsid w:val="00E72101"/>
    <w:rsid w:val="00E7252E"/>
    <w:rsid w:val="00E74543"/>
    <w:rsid w:val="00E74A6F"/>
    <w:rsid w:val="00E74C0A"/>
    <w:rsid w:val="00E75887"/>
    <w:rsid w:val="00E75DA7"/>
    <w:rsid w:val="00E75F79"/>
    <w:rsid w:val="00E763FF"/>
    <w:rsid w:val="00E809C5"/>
    <w:rsid w:val="00E8181D"/>
    <w:rsid w:val="00E8181F"/>
    <w:rsid w:val="00E81FE4"/>
    <w:rsid w:val="00E830A1"/>
    <w:rsid w:val="00E83479"/>
    <w:rsid w:val="00E83869"/>
    <w:rsid w:val="00E83FEB"/>
    <w:rsid w:val="00E8416D"/>
    <w:rsid w:val="00E846BE"/>
    <w:rsid w:val="00E84C4A"/>
    <w:rsid w:val="00E84E91"/>
    <w:rsid w:val="00E86080"/>
    <w:rsid w:val="00E86D61"/>
    <w:rsid w:val="00E86D6C"/>
    <w:rsid w:val="00E86E89"/>
    <w:rsid w:val="00E87D8F"/>
    <w:rsid w:val="00E90451"/>
    <w:rsid w:val="00E905FB"/>
    <w:rsid w:val="00E9098C"/>
    <w:rsid w:val="00E90AF8"/>
    <w:rsid w:val="00E912B1"/>
    <w:rsid w:val="00E92E12"/>
    <w:rsid w:val="00E9410F"/>
    <w:rsid w:val="00E96486"/>
    <w:rsid w:val="00E97607"/>
    <w:rsid w:val="00EA145E"/>
    <w:rsid w:val="00EA1C80"/>
    <w:rsid w:val="00EA24D2"/>
    <w:rsid w:val="00EA4C87"/>
    <w:rsid w:val="00EA6411"/>
    <w:rsid w:val="00EA6E7F"/>
    <w:rsid w:val="00EB061F"/>
    <w:rsid w:val="00EB20D2"/>
    <w:rsid w:val="00EB2A43"/>
    <w:rsid w:val="00EB2A5E"/>
    <w:rsid w:val="00EB2B0B"/>
    <w:rsid w:val="00EB2CE9"/>
    <w:rsid w:val="00EB2E6E"/>
    <w:rsid w:val="00EB32C0"/>
    <w:rsid w:val="00EB3ECC"/>
    <w:rsid w:val="00EB680C"/>
    <w:rsid w:val="00EC0F4B"/>
    <w:rsid w:val="00EC102E"/>
    <w:rsid w:val="00EC2DC8"/>
    <w:rsid w:val="00EC3031"/>
    <w:rsid w:val="00EC30DE"/>
    <w:rsid w:val="00EC50A2"/>
    <w:rsid w:val="00EC521C"/>
    <w:rsid w:val="00EC75D9"/>
    <w:rsid w:val="00EC76B2"/>
    <w:rsid w:val="00ED04B2"/>
    <w:rsid w:val="00ED153D"/>
    <w:rsid w:val="00ED19C3"/>
    <w:rsid w:val="00ED292D"/>
    <w:rsid w:val="00ED4F36"/>
    <w:rsid w:val="00ED54A6"/>
    <w:rsid w:val="00ED6C7E"/>
    <w:rsid w:val="00ED7087"/>
    <w:rsid w:val="00EE013A"/>
    <w:rsid w:val="00EE1B28"/>
    <w:rsid w:val="00EE1DF8"/>
    <w:rsid w:val="00EE218A"/>
    <w:rsid w:val="00EE23EC"/>
    <w:rsid w:val="00EE2A0F"/>
    <w:rsid w:val="00EE3692"/>
    <w:rsid w:val="00EE3CA6"/>
    <w:rsid w:val="00EE4C7D"/>
    <w:rsid w:val="00EE5283"/>
    <w:rsid w:val="00EE5622"/>
    <w:rsid w:val="00EE5FBD"/>
    <w:rsid w:val="00EE66DE"/>
    <w:rsid w:val="00EE6937"/>
    <w:rsid w:val="00EF131E"/>
    <w:rsid w:val="00EF1D64"/>
    <w:rsid w:val="00EF1DFF"/>
    <w:rsid w:val="00EF2056"/>
    <w:rsid w:val="00EF2906"/>
    <w:rsid w:val="00EF41D7"/>
    <w:rsid w:val="00EF7D30"/>
    <w:rsid w:val="00F02456"/>
    <w:rsid w:val="00F025D2"/>
    <w:rsid w:val="00F028D3"/>
    <w:rsid w:val="00F02E13"/>
    <w:rsid w:val="00F02F10"/>
    <w:rsid w:val="00F03D1F"/>
    <w:rsid w:val="00F03EBB"/>
    <w:rsid w:val="00F0479E"/>
    <w:rsid w:val="00F047E0"/>
    <w:rsid w:val="00F04F36"/>
    <w:rsid w:val="00F06CC1"/>
    <w:rsid w:val="00F0773E"/>
    <w:rsid w:val="00F11047"/>
    <w:rsid w:val="00F128EB"/>
    <w:rsid w:val="00F137BA"/>
    <w:rsid w:val="00F13E42"/>
    <w:rsid w:val="00F16CB5"/>
    <w:rsid w:val="00F17601"/>
    <w:rsid w:val="00F2039A"/>
    <w:rsid w:val="00F20E9F"/>
    <w:rsid w:val="00F22E07"/>
    <w:rsid w:val="00F23D32"/>
    <w:rsid w:val="00F2419E"/>
    <w:rsid w:val="00F2460F"/>
    <w:rsid w:val="00F24B18"/>
    <w:rsid w:val="00F26DC2"/>
    <w:rsid w:val="00F26EC5"/>
    <w:rsid w:val="00F271E9"/>
    <w:rsid w:val="00F303AB"/>
    <w:rsid w:val="00F30EB8"/>
    <w:rsid w:val="00F314C4"/>
    <w:rsid w:val="00F31544"/>
    <w:rsid w:val="00F32B03"/>
    <w:rsid w:val="00F32FA3"/>
    <w:rsid w:val="00F3349D"/>
    <w:rsid w:val="00F34D3C"/>
    <w:rsid w:val="00F3514F"/>
    <w:rsid w:val="00F360BD"/>
    <w:rsid w:val="00F368AB"/>
    <w:rsid w:val="00F374F9"/>
    <w:rsid w:val="00F40A41"/>
    <w:rsid w:val="00F42996"/>
    <w:rsid w:val="00F42B5F"/>
    <w:rsid w:val="00F44671"/>
    <w:rsid w:val="00F44D39"/>
    <w:rsid w:val="00F47355"/>
    <w:rsid w:val="00F47D72"/>
    <w:rsid w:val="00F51F8C"/>
    <w:rsid w:val="00F54238"/>
    <w:rsid w:val="00F55571"/>
    <w:rsid w:val="00F55B01"/>
    <w:rsid w:val="00F55E4C"/>
    <w:rsid w:val="00F563DC"/>
    <w:rsid w:val="00F604E2"/>
    <w:rsid w:val="00F60B23"/>
    <w:rsid w:val="00F61416"/>
    <w:rsid w:val="00F61D78"/>
    <w:rsid w:val="00F62000"/>
    <w:rsid w:val="00F63141"/>
    <w:rsid w:val="00F66597"/>
    <w:rsid w:val="00F671C7"/>
    <w:rsid w:val="00F71441"/>
    <w:rsid w:val="00F71497"/>
    <w:rsid w:val="00F71A85"/>
    <w:rsid w:val="00F71FCB"/>
    <w:rsid w:val="00F73781"/>
    <w:rsid w:val="00F74F17"/>
    <w:rsid w:val="00F755DB"/>
    <w:rsid w:val="00F75CBC"/>
    <w:rsid w:val="00F7642D"/>
    <w:rsid w:val="00F77345"/>
    <w:rsid w:val="00F77F6E"/>
    <w:rsid w:val="00F80512"/>
    <w:rsid w:val="00F80C8F"/>
    <w:rsid w:val="00F80ED2"/>
    <w:rsid w:val="00F8222C"/>
    <w:rsid w:val="00F82282"/>
    <w:rsid w:val="00F83421"/>
    <w:rsid w:val="00F836D0"/>
    <w:rsid w:val="00F8462D"/>
    <w:rsid w:val="00F8493B"/>
    <w:rsid w:val="00F84F8E"/>
    <w:rsid w:val="00F870FF"/>
    <w:rsid w:val="00F87BB3"/>
    <w:rsid w:val="00F90400"/>
    <w:rsid w:val="00F911F0"/>
    <w:rsid w:val="00F912D1"/>
    <w:rsid w:val="00F9284B"/>
    <w:rsid w:val="00F935E5"/>
    <w:rsid w:val="00F959F2"/>
    <w:rsid w:val="00F95E43"/>
    <w:rsid w:val="00F95F41"/>
    <w:rsid w:val="00F970EF"/>
    <w:rsid w:val="00FA002A"/>
    <w:rsid w:val="00FA0F2C"/>
    <w:rsid w:val="00FA16D3"/>
    <w:rsid w:val="00FA3343"/>
    <w:rsid w:val="00FA338C"/>
    <w:rsid w:val="00FA40C6"/>
    <w:rsid w:val="00FA498C"/>
    <w:rsid w:val="00FA54B9"/>
    <w:rsid w:val="00FA6F49"/>
    <w:rsid w:val="00FA71A1"/>
    <w:rsid w:val="00FB05DC"/>
    <w:rsid w:val="00FB06C8"/>
    <w:rsid w:val="00FB087C"/>
    <w:rsid w:val="00FB20CA"/>
    <w:rsid w:val="00FB48CD"/>
    <w:rsid w:val="00FB55F7"/>
    <w:rsid w:val="00FB5DBE"/>
    <w:rsid w:val="00FB6D11"/>
    <w:rsid w:val="00FB7B56"/>
    <w:rsid w:val="00FB7F85"/>
    <w:rsid w:val="00FC01A9"/>
    <w:rsid w:val="00FC0ED7"/>
    <w:rsid w:val="00FC35C6"/>
    <w:rsid w:val="00FC4BFF"/>
    <w:rsid w:val="00FC5296"/>
    <w:rsid w:val="00FC5A84"/>
    <w:rsid w:val="00FC5E97"/>
    <w:rsid w:val="00FC636D"/>
    <w:rsid w:val="00FC6960"/>
    <w:rsid w:val="00FD17DD"/>
    <w:rsid w:val="00FD2CFA"/>
    <w:rsid w:val="00FD3872"/>
    <w:rsid w:val="00FD4580"/>
    <w:rsid w:val="00FD57A6"/>
    <w:rsid w:val="00FD627F"/>
    <w:rsid w:val="00FD6563"/>
    <w:rsid w:val="00FD68FC"/>
    <w:rsid w:val="00FD6F57"/>
    <w:rsid w:val="00FE0452"/>
    <w:rsid w:val="00FE04BB"/>
    <w:rsid w:val="00FE0DD0"/>
    <w:rsid w:val="00FE1565"/>
    <w:rsid w:val="00FE17DE"/>
    <w:rsid w:val="00FE2219"/>
    <w:rsid w:val="00FE253F"/>
    <w:rsid w:val="00FE37FD"/>
    <w:rsid w:val="00FE3FD0"/>
    <w:rsid w:val="00FE44CA"/>
    <w:rsid w:val="00FE4E2B"/>
    <w:rsid w:val="00FE59F0"/>
    <w:rsid w:val="00FE5DC2"/>
    <w:rsid w:val="00FE5F86"/>
    <w:rsid w:val="00FE68EA"/>
    <w:rsid w:val="00FE6FEC"/>
    <w:rsid w:val="00FE7432"/>
    <w:rsid w:val="00FE7699"/>
    <w:rsid w:val="00FF1233"/>
    <w:rsid w:val="00FF17BB"/>
    <w:rsid w:val="00FF2196"/>
    <w:rsid w:val="00FF2DD0"/>
    <w:rsid w:val="00FF32AF"/>
    <w:rsid w:val="00FF34B8"/>
    <w:rsid w:val="00FF41E0"/>
    <w:rsid w:val="00FF4435"/>
    <w:rsid w:val="00FF467E"/>
    <w:rsid w:val="00FF4E19"/>
    <w:rsid w:val="00FF4E2B"/>
    <w:rsid w:val="00FF5FEE"/>
    <w:rsid w:val="00FF626A"/>
    <w:rsid w:val="00FF6357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DC13D3"/>
  <w15:chartTrackingRefBased/>
  <w15:docId w15:val="{0374D4CF-D1AF-46FF-8B3E-E3855C16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macro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Bullet 2" w:uiPriority="99"/>
    <w:lsdException w:name="List Bullet 3" w:uiPriority="99"/>
    <w:lsdException w:name="List Number 2" w:uiPriority="99"/>
    <w:lsdException w:name="List Number 3" w:uiPriority="99"/>
    <w:lsdException w:name="Title" w:uiPriority="10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Subtitle" w:uiPriority="11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75F7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F671B"/>
    <w:pPr>
      <w:keepNext/>
      <w:keepLines/>
      <w:spacing w:before="240" w:line="300" w:lineRule="auto"/>
      <w:jc w:val="both"/>
      <w:outlineLvl w:val="0"/>
    </w:pPr>
    <w:rPr>
      <w:rFonts w:ascii="Arial" w:hAnsi="Arial"/>
      <w:color w:val="B70E14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004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142E1"/>
    <w:pPr>
      <w:keepNext/>
      <w:keepLines/>
      <w:spacing w:before="200" w:line="276" w:lineRule="auto"/>
      <w:outlineLvl w:val="2"/>
    </w:pPr>
    <w:rPr>
      <w:rFonts w:ascii="Arial" w:hAnsi="Arial"/>
      <w:b/>
      <w:bCs/>
      <w:color w:val="ED1C24"/>
      <w:sz w:val="22"/>
      <w:szCs w:val="22"/>
      <w:lang w:val="en-US"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F671B"/>
    <w:pPr>
      <w:keepNext/>
      <w:keepLines/>
      <w:spacing w:before="40" w:line="300" w:lineRule="auto"/>
      <w:jc w:val="both"/>
      <w:outlineLvl w:val="3"/>
    </w:pPr>
    <w:rPr>
      <w:rFonts w:ascii="Arial" w:hAnsi="Arial"/>
      <w:i/>
      <w:iCs/>
      <w:color w:val="B70E14"/>
      <w:sz w:val="20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42E1"/>
    <w:pPr>
      <w:keepNext/>
      <w:keepLines/>
      <w:spacing w:before="200" w:line="276" w:lineRule="auto"/>
      <w:outlineLvl w:val="4"/>
    </w:pPr>
    <w:rPr>
      <w:rFonts w:ascii="Arial" w:hAnsi="Arial"/>
      <w:color w:val="79090D"/>
      <w:sz w:val="22"/>
      <w:szCs w:val="22"/>
      <w:lang w:val="en-US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42E1"/>
    <w:pPr>
      <w:keepNext/>
      <w:keepLines/>
      <w:spacing w:before="200" w:line="276" w:lineRule="auto"/>
      <w:outlineLvl w:val="5"/>
    </w:pPr>
    <w:rPr>
      <w:rFonts w:ascii="Arial" w:hAnsi="Arial"/>
      <w:i/>
      <w:iCs/>
      <w:color w:val="79090D"/>
      <w:sz w:val="22"/>
      <w:szCs w:val="22"/>
      <w:lang w:val="en-US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42E1"/>
    <w:pPr>
      <w:keepNext/>
      <w:keepLines/>
      <w:spacing w:before="200" w:line="276" w:lineRule="auto"/>
      <w:outlineLvl w:val="6"/>
    </w:pPr>
    <w:rPr>
      <w:rFonts w:ascii="Arial" w:hAnsi="Arial"/>
      <w:i/>
      <w:iCs/>
      <w:color w:val="404040"/>
      <w:sz w:val="22"/>
      <w:szCs w:val="22"/>
      <w:lang w:val="en-US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42E1"/>
    <w:pPr>
      <w:keepNext/>
      <w:keepLines/>
      <w:spacing w:before="200" w:line="276" w:lineRule="auto"/>
      <w:outlineLvl w:val="7"/>
    </w:pPr>
    <w:rPr>
      <w:rFonts w:ascii="Arial" w:hAnsi="Arial"/>
      <w:color w:val="ED1C24"/>
      <w:sz w:val="20"/>
      <w:szCs w:val="20"/>
      <w:lang w:val="en-US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42E1"/>
    <w:pPr>
      <w:keepNext/>
      <w:keepLines/>
      <w:spacing w:before="200" w:line="276" w:lineRule="auto"/>
      <w:outlineLvl w:val="8"/>
    </w:pPr>
    <w:rPr>
      <w:rFonts w:ascii="Arial" w:hAnsi="Arial"/>
      <w:i/>
      <w:iCs/>
      <w:color w:val="404040"/>
      <w:sz w:val="20"/>
      <w:szCs w:val="20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pPr>
      <w:widowControl w:val="0"/>
      <w:spacing w:line="288" w:lineRule="auto"/>
    </w:pPr>
    <w:rPr>
      <w:noProof/>
    </w:rPr>
  </w:style>
  <w:style w:type="paragraph" w:customStyle="1" w:styleId="Odstavec">
    <w:name w:val="Odstavec"/>
    <w:basedOn w:val="Zkladntext"/>
    <w:pPr>
      <w:spacing w:after="115"/>
      <w:ind w:firstLine="480"/>
    </w:pPr>
  </w:style>
  <w:style w:type="paragraph" w:customStyle="1" w:styleId="Poznmka">
    <w:name w:val="Poznámka"/>
    <w:basedOn w:val="Zkladntext"/>
    <w:pPr>
      <w:spacing w:line="218" w:lineRule="auto"/>
    </w:pPr>
    <w:rPr>
      <w:i/>
      <w:iCs/>
      <w:sz w:val="20"/>
      <w:szCs w:val="20"/>
    </w:rPr>
  </w:style>
  <w:style w:type="paragraph" w:customStyle="1" w:styleId="Nadpis">
    <w:name w:val="Nadpis"/>
    <w:basedOn w:val="Zkladntext"/>
    <w:next w:val="Odstavec"/>
    <w:pPr>
      <w:spacing w:before="360" w:after="180"/>
    </w:pPr>
    <w:rPr>
      <w:sz w:val="40"/>
      <w:szCs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bCs/>
      <w:color w:val="FFFFFF"/>
      <w:sz w:val="36"/>
      <w:szCs w:val="36"/>
    </w:rPr>
  </w:style>
  <w:style w:type="paragraph" w:styleId="Seznamsodrkami">
    <w:name w:val="List Bullet"/>
    <w:basedOn w:val="Zkladntext"/>
    <w:autoRedefine/>
    <w:uiPriority w:val="99"/>
    <w:pPr>
      <w:spacing w:line="218" w:lineRule="auto"/>
      <w:ind w:left="480" w:hanging="480"/>
    </w:pPr>
  </w:style>
  <w:style w:type="paragraph" w:customStyle="1" w:styleId="Seznamoslovan">
    <w:name w:val="Seznam očíslovaný"/>
    <w:basedOn w:val="Zkladntext"/>
    <w:pPr>
      <w:spacing w:line="218" w:lineRule="auto"/>
      <w:ind w:left="480" w:hanging="480"/>
    </w:pPr>
  </w:style>
  <w:style w:type="paragraph" w:customStyle="1" w:styleId="Styltabulky">
    <w:name w:val="Styl tabulky"/>
    <w:basedOn w:val="Zkladntext"/>
    <w:pPr>
      <w:spacing w:line="218" w:lineRule="auto"/>
    </w:pPr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spacing w:after="120" w:line="480" w:lineRule="auto"/>
    </w:pPr>
  </w:style>
  <w:style w:type="table" w:styleId="Mkatabulky">
    <w:name w:val="Table Grid"/>
    <w:basedOn w:val="Normlntabulka"/>
    <w:uiPriority w:val="59"/>
    <w:rsid w:val="001B63B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0C72EA"/>
    <w:rPr>
      <w:sz w:val="20"/>
      <w:szCs w:val="20"/>
    </w:rPr>
  </w:style>
  <w:style w:type="character" w:styleId="Znakapoznpodarou">
    <w:name w:val="footnote reference"/>
    <w:uiPriority w:val="99"/>
    <w:semiHidden/>
    <w:rsid w:val="00144A61"/>
    <w:rPr>
      <w:vertAlign w:val="superscript"/>
    </w:rPr>
  </w:style>
  <w:style w:type="paragraph" w:styleId="Normlnweb">
    <w:name w:val="Normal (Web)"/>
    <w:basedOn w:val="Normln"/>
    <w:rsid w:val="00BA68F6"/>
    <w:pPr>
      <w:spacing w:before="100" w:beforeAutospacing="1" w:after="100" w:afterAutospacing="1"/>
    </w:pPr>
  </w:style>
  <w:style w:type="paragraph" w:customStyle="1" w:styleId="adresa">
    <w:name w:val="adresa"/>
    <w:basedOn w:val="Normln"/>
    <w:rsid w:val="00261727"/>
    <w:pPr>
      <w:jc w:val="both"/>
    </w:pPr>
    <w:rPr>
      <w:sz w:val="20"/>
      <w:szCs w:val="20"/>
    </w:rPr>
  </w:style>
  <w:style w:type="paragraph" w:customStyle="1" w:styleId="Vc">
    <w:name w:val="Věc"/>
    <w:basedOn w:val="Zhlav"/>
    <w:rsid w:val="00BF1D42"/>
    <w:pPr>
      <w:tabs>
        <w:tab w:val="clear" w:pos="4536"/>
        <w:tab w:val="clear" w:pos="9072"/>
      </w:tabs>
      <w:jc w:val="both"/>
    </w:pPr>
    <w:rPr>
      <w:u w:val="single"/>
    </w:rPr>
  </w:style>
  <w:style w:type="paragraph" w:styleId="Zhlav">
    <w:name w:val="header"/>
    <w:basedOn w:val="Normln"/>
    <w:link w:val="ZhlavChar"/>
    <w:uiPriority w:val="99"/>
    <w:rsid w:val="00BF1D4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rsid w:val="009B4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B4BB6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uiPriority w:val="99"/>
    <w:rsid w:val="00AE257E"/>
    <w:rPr>
      <w:noProof/>
      <w:sz w:val="24"/>
      <w:szCs w:val="24"/>
    </w:rPr>
  </w:style>
  <w:style w:type="paragraph" w:styleId="Zpat">
    <w:name w:val="footer"/>
    <w:basedOn w:val="Normln"/>
    <w:link w:val="ZpatChar"/>
    <w:uiPriority w:val="99"/>
    <w:rsid w:val="00B02C0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02C02"/>
    <w:rPr>
      <w:sz w:val="24"/>
      <w:szCs w:val="24"/>
    </w:rPr>
  </w:style>
  <w:style w:type="paragraph" w:customStyle="1" w:styleId="Nadpis2o">
    <w:name w:val="Nadpis2o"/>
    <w:basedOn w:val="Nadpis2"/>
    <w:autoRedefine/>
    <w:rsid w:val="00C9004B"/>
    <w:pPr>
      <w:spacing w:before="0" w:after="0"/>
      <w:jc w:val="center"/>
    </w:pPr>
    <w:rPr>
      <w:rFonts w:ascii="Times New Roman" w:hAnsi="Times New Roman"/>
      <w:i w:val="0"/>
      <w:iCs w:val="0"/>
      <w:caps/>
      <w:sz w:val="24"/>
      <w:szCs w:val="24"/>
    </w:rPr>
  </w:style>
  <w:style w:type="character" w:customStyle="1" w:styleId="Nadpis2Char">
    <w:name w:val="Nadpis 2 Char"/>
    <w:link w:val="Nadpis2"/>
    <w:uiPriority w:val="9"/>
    <w:rsid w:val="00C900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Zkladntext2Char">
    <w:name w:val="Základní text 2 Char"/>
    <w:link w:val="Zkladntext2"/>
    <w:uiPriority w:val="99"/>
    <w:rsid w:val="00F0773E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773E"/>
  </w:style>
  <w:style w:type="character" w:customStyle="1" w:styleId="ZhlavChar">
    <w:name w:val="Záhlaví Char"/>
    <w:link w:val="Zhlav"/>
    <w:uiPriority w:val="99"/>
    <w:rsid w:val="00F0773E"/>
    <w:rPr>
      <w:sz w:val="24"/>
      <w:szCs w:val="24"/>
    </w:rPr>
  </w:style>
  <w:style w:type="paragraph" w:customStyle="1" w:styleId="Default">
    <w:name w:val="Default"/>
    <w:rsid w:val="00FF5F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7F671B"/>
    <w:rPr>
      <w:rFonts w:ascii="Arial" w:hAnsi="Arial"/>
      <w:color w:val="B70E14"/>
      <w:sz w:val="32"/>
      <w:szCs w:val="32"/>
      <w:lang w:eastAsia="en-US"/>
    </w:rPr>
  </w:style>
  <w:style w:type="character" w:customStyle="1" w:styleId="Nadpis4Char">
    <w:name w:val="Nadpis 4 Char"/>
    <w:link w:val="Nadpis4"/>
    <w:uiPriority w:val="9"/>
    <w:rsid w:val="007F671B"/>
    <w:rPr>
      <w:rFonts w:ascii="Arial" w:hAnsi="Arial"/>
      <w:i/>
      <w:iCs/>
      <w:color w:val="B70E14"/>
      <w:szCs w:val="22"/>
      <w:lang w:eastAsia="en-US"/>
    </w:rPr>
  </w:style>
  <w:style w:type="character" w:styleId="Hypertextovodkaz">
    <w:name w:val="Hyperlink"/>
    <w:uiPriority w:val="99"/>
    <w:unhideWhenUsed/>
    <w:rsid w:val="007F671B"/>
    <w:rPr>
      <w:color w:val="F0DDD5"/>
      <w:u w:val="single"/>
    </w:rPr>
  </w:style>
  <w:style w:type="character" w:styleId="Nevyeenzmnka">
    <w:name w:val="Unresolved Mention"/>
    <w:uiPriority w:val="99"/>
    <w:semiHidden/>
    <w:unhideWhenUsed/>
    <w:rsid w:val="007F671B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7F671B"/>
    <w:pPr>
      <w:tabs>
        <w:tab w:val="clear" w:pos="4536"/>
        <w:tab w:val="clear" w:pos="9072"/>
        <w:tab w:val="center" w:pos="4820"/>
        <w:tab w:val="right" w:pos="9639"/>
      </w:tabs>
      <w:jc w:val="both"/>
    </w:pPr>
    <w:rPr>
      <w:rFonts w:ascii="Arial" w:eastAsia="Arial" w:hAnsi="Arial"/>
      <w:color w:val="000000"/>
      <w:sz w:val="16"/>
      <w:szCs w:val="22"/>
      <w:lang w:eastAsia="en-US"/>
    </w:rPr>
  </w:style>
  <w:style w:type="paragraph" w:customStyle="1" w:styleId="ZhlavBrno">
    <w:name w:val="Záhlaví Brno"/>
    <w:basedOn w:val="Zhlav"/>
    <w:qFormat/>
    <w:rsid w:val="007F671B"/>
    <w:pPr>
      <w:spacing w:line="288" w:lineRule="auto"/>
      <w:ind w:left="1219"/>
    </w:pPr>
    <w:rPr>
      <w:rFonts w:ascii="Arial" w:eastAsia="Arial" w:hAnsi="Arial"/>
      <w:b/>
      <w:noProof/>
      <w:color w:val="ED1C24"/>
      <w:szCs w:val="22"/>
      <w:lang w:eastAsia="en-US"/>
    </w:rPr>
  </w:style>
  <w:style w:type="paragraph" w:customStyle="1" w:styleId="Brnopopis">
    <w:name w:val="Brno_popis"/>
    <w:basedOn w:val="Normln"/>
    <w:qFormat/>
    <w:rsid w:val="007F671B"/>
    <w:pPr>
      <w:spacing w:line="300" w:lineRule="auto"/>
    </w:pPr>
    <w:rPr>
      <w:rFonts w:ascii="Arial" w:eastAsia="Arial" w:hAnsi="Arial"/>
      <w:b/>
      <w:caps/>
      <w:color w:val="ED1C24"/>
      <w:sz w:val="18"/>
      <w:szCs w:val="22"/>
      <w:lang w:eastAsia="en-US"/>
    </w:rPr>
  </w:style>
  <w:style w:type="paragraph" w:customStyle="1" w:styleId="Brnopopistext">
    <w:name w:val="Brno_popis_text"/>
    <w:basedOn w:val="Normln"/>
    <w:qFormat/>
    <w:rsid w:val="007F671B"/>
    <w:pPr>
      <w:spacing w:line="300" w:lineRule="auto"/>
    </w:pPr>
    <w:rPr>
      <w:rFonts w:ascii="Arial" w:eastAsia="Arial" w:hAnsi="Arial"/>
      <w:color w:val="000000"/>
      <w:sz w:val="18"/>
      <w:szCs w:val="22"/>
      <w:lang w:eastAsia="en-US"/>
    </w:rPr>
  </w:style>
  <w:style w:type="paragraph" w:customStyle="1" w:styleId="Brnonadpisohraniceni">
    <w:name w:val="Brno_nadpis_ohraniceni"/>
    <w:basedOn w:val="Normln"/>
    <w:next w:val="Normln"/>
    <w:qFormat/>
    <w:rsid w:val="007F671B"/>
    <w:pPr>
      <w:pBdr>
        <w:top w:val="single" w:sz="4" w:space="6" w:color="ED1C24"/>
        <w:bottom w:val="single" w:sz="4" w:space="6" w:color="ED1C24"/>
      </w:pBdr>
      <w:spacing w:before="200" w:after="200" w:line="300" w:lineRule="auto"/>
    </w:pPr>
    <w:rPr>
      <w:rFonts w:ascii="Arial" w:eastAsia="Arial" w:hAnsi="Arial"/>
      <w:b/>
      <w:color w:val="ED1C24"/>
      <w:sz w:val="20"/>
      <w:szCs w:val="22"/>
      <w:lang w:eastAsia="en-US"/>
    </w:rPr>
  </w:style>
  <w:style w:type="paragraph" w:customStyle="1" w:styleId="Brnojmenofunkce">
    <w:name w:val="Brno_jmeno_funkce"/>
    <w:basedOn w:val="Normln"/>
    <w:next w:val="Normln"/>
    <w:qFormat/>
    <w:rsid w:val="007F671B"/>
    <w:pPr>
      <w:spacing w:before="800" w:after="800" w:line="300" w:lineRule="auto"/>
      <w:contextualSpacing/>
    </w:pPr>
    <w:rPr>
      <w:rFonts w:ascii="Arial" w:eastAsia="Arial" w:hAnsi="Arial"/>
      <w:color w:val="000000"/>
      <w:sz w:val="20"/>
      <w:szCs w:val="22"/>
      <w:lang w:eastAsia="en-US"/>
    </w:rPr>
  </w:style>
  <w:style w:type="paragraph" w:customStyle="1" w:styleId="Normlntun">
    <w:name w:val="Normální tučně"/>
    <w:basedOn w:val="Normln"/>
    <w:next w:val="Normln"/>
    <w:qFormat/>
    <w:rsid w:val="007F671B"/>
    <w:pPr>
      <w:spacing w:line="300" w:lineRule="auto"/>
      <w:jc w:val="both"/>
    </w:pPr>
    <w:rPr>
      <w:rFonts w:ascii="Arial" w:eastAsia="Arial" w:hAnsi="Arial"/>
      <w:b/>
      <w:color w:val="000000"/>
      <w:sz w:val="20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7F671B"/>
    <w:pPr>
      <w:contextualSpacing/>
    </w:pPr>
    <w:rPr>
      <w:rFonts w:ascii="Arial" w:hAnsi="Arial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link w:val="Nzev"/>
    <w:uiPriority w:val="10"/>
    <w:rsid w:val="007F671B"/>
    <w:rPr>
      <w:rFonts w:ascii="Arial" w:hAnsi="Arial"/>
      <w:spacing w:val="-10"/>
      <w:kern w:val="28"/>
      <w:sz w:val="56"/>
      <w:szCs w:val="56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671B"/>
    <w:pPr>
      <w:numPr>
        <w:ilvl w:val="1"/>
      </w:numPr>
      <w:spacing w:after="160" w:line="300" w:lineRule="auto"/>
    </w:pPr>
    <w:rPr>
      <w:rFonts w:ascii="Arial" w:hAnsi="Arial"/>
      <w:color w:val="5A5A5A"/>
      <w:spacing w:val="15"/>
      <w:sz w:val="22"/>
      <w:szCs w:val="22"/>
      <w:lang w:eastAsia="en-US"/>
    </w:rPr>
  </w:style>
  <w:style w:type="character" w:customStyle="1" w:styleId="PodnadpisChar">
    <w:name w:val="Podnadpis Char"/>
    <w:link w:val="Podnadpis"/>
    <w:uiPriority w:val="11"/>
    <w:rsid w:val="007F671B"/>
    <w:rPr>
      <w:rFonts w:ascii="Arial" w:hAnsi="Arial"/>
      <w:color w:val="5A5A5A"/>
      <w:spacing w:val="15"/>
      <w:sz w:val="22"/>
      <w:szCs w:val="22"/>
      <w:lang w:eastAsia="en-US"/>
    </w:rPr>
  </w:style>
  <w:style w:type="paragraph" w:customStyle="1" w:styleId="zhlav-odbor">
    <w:name w:val="záhlaví-odbor"/>
    <w:basedOn w:val="Zhlav"/>
    <w:rsid w:val="007F671B"/>
    <w:pPr>
      <w:spacing w:before="300"/>
      <w:jc w:val="both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kladntextIMP">
    <w:name w:val="Základní text_IMP"/>
    <w:basedOn w:val="Normln"/>
    <w:rsid w:val="007F671B"/>
    <w:pPr>
      <w:suppressAutoHyphens/>
      <w:spacing w:line="276" w:lineRule="auto"/>
    </w:pPr>
  </w:style>
  <w:style w:type="paragraph" w:styleId="Zkladntextodsazen3">
    <w:name w:val="Body Text Indent 3"/>
    <w:basedOn w:val="Normln"/>
    <w:link w:val="Zkladntextodsazen3Char"/>
    <w:rsid w:val="007F671B"/>
    <w:pPr>
      <w:spacing w:after="120"/>
      <w:ind w:left="283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7F671B"/>
    <w:rPr>
      <w:sz w:val="16"/>
      <w:szCs w:val="16"/>
    </w:rPr>
  </w:style>
  <w:style w:type="paragraph" w:customStyle="1" w:styleId="ed">
    <w:name w:val="šedá"/>
    <w:basedOn w:val="Normln"/>
    <w:rsid w:val="007F671B"/>
    <w:pPr>
      <w:jc w:val="both"/>
    </w:pPr>
    <w:rPr>
      <w:color w:val="999999"/>
    </w:rPr>
  </w:style>
  <w:style w:type="character" w:styleId="slostrnky">
    <w:name w:val="page number"/>
    <w:rsid w:val="007F671B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7F671B"/>
    <w:pPr>
      <w:suppressAutoHyphens/>
      <w:spacing w:after="120" w:line="276" w:lineRule="auto"/>
    </w:pPr>
    <w:rPr>
      <w:rFonts w:ascii="Courier New" w:hAnsi="Courier New"/>
      <w:sz w:val="21"/>
      <w:szCs w:val="20"/>
    </w:rPr>
  </w:style>
  <w:style w:type="paragraph" w:customStyle="1" w:styleId="Import3">
    <w:name w:val="Import 3"/>
    <w:basedOn w:val="Import0"/>
    <w:rsid w:val="007F671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7F671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7F671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7F671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7F671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7F671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7F671B"/>
    <w:pPr>
      <w:jc w:val="both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7F671B"/>
  </w:style>
  <w:style w:type="character" w:styleId="Odkaznavysvtlivky">
    <w:name w:val="endnote reference"/>
    <w:rsid w:val="007F671B"/>
    <w:rPr>
      <w:vertAlign w:val="superscript"/>
    </w:rPr>
  </w:style>
  <w:style w:type="paragraph" w:customStyle="1" w:styleId="Nadpis1IMP">
    <w:name w:val="Nadpis 1_IMP"/>
    <w:basedOn w:val="Normln"/>
    <w:rsid w:val="007F671B"/>
    <w:pPr>
      <w:widowControl w:val="0"/>
      <w:spacing w:before="120" w:line="218" w:lineRule="auto"/>
      <w:jc w:val="center"/>
    </w:pPr>
    <w:rPr>
      <w:b/>
      <w:color w:val="000000"/>
      <w:sz w:val="36"/>
      <w:szCs w:val="20"/>
    </w:rPr>
  </w:style>
  <w:style w:type="paragraph" w:styleId="Odstavecseseznamem">
    <w:name w:val="List Paragraph"/>
    <w:basedOn w:val="Normln"/>
    <w:uiPriority w:val="34"/>
    <w:qFormat/>
    <w:rsid w:val="007F671B"/>
    <w:pPr>
      <w:spacing w:line="300" w:lineRule="auto"/>
      <w:ind w:left="720"/>
      <w:contextualSpacing/>
      <w:jc w:val="both"/>
    </w:pPr>
    <w:rPr>
      <w:rFonts w:ascii="Arial" w:eastAsia="Arial" w:hAnsi="Arial"/>
      <w:color w:val="000000"/>
      <w:sz w:val="20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671B"/>
    <w:pPr>
      <w:spacing w:after="120" w:line="300" w:lineRule="auto"/>
      <w:ind w:left="283"/>
      <w:jc w:val="both"/>
    </w:pPr>
    <w:rPr>
      <w:rFonts w:ascii="Arial" w:eastAsia="Arial" w:hAnsi="Arial"/>
      <w:color w:val="000000"/>
      <w:sz w:val="20"/>
      <w:szCs w:val="22"/>
      <w:lang w:eastAsia="en-US"/>
    </w:rPr>
  </w:style>
  <w:style w:type="character" w:customStyle="1" w:styleId="ZkladntextodsazenChar">
    <w:name w:val="Základní text odsazený Char"/>
    <w:link w:val="Zkladntextodsazen"/>
    <w:uiPriority w:val="99"/>
    <w:rsid w:val="007F671B"/>
    <w:rPr>
      <w:rFonts w:ascii="Arial" w:eastAsia="Arial" w:hAnsi="Arial"/>
      <w:color w:val="000000"/>
      <w:szCs w:val="22"/>
      <w:lang w:eastAsia="en-US"/>
    </w:rPr>
  </w:style>
  <w:style w:type="paragraph" w:customStyle="1" w:styleId="1Odstavec-slovan">
    <w:name w:val="(1) Odstavec - číslovaný"/>
    <w:basedOn w:val="Normln"/>
    <w:link w:val="1Odstavec-slovanChar"/>
    <w:qFormat/>
    <w:rsid w:val="007F671B"/>
    <w:pPr>
      <w:numPr>
        <w:numId w:val="6"/>
      </w:numPr>
      <w:spacing w:after="240" w:line="276" w:lineRule="auto"/>
      <w:jc w:val="both"/>
    </w:pPr>
  </w:style>
  <w:style w:type="character" w:customStyle="1" w:styleId="1Odstavec-slovanChar">
    <w:name w:val="(1) Odstavec - číslovaný Char"/>
    <w:link w:val="1Odstavec-slovan"/>
    <w:rsid w:val="007F671B"/>
    <w:rPr>
      <w:sz w:val="24"/>
      <w:szCs w:val="24"/>
    </w:rPr>
  </w:style>
  <w:style w:type="paragraph" w:customStyle="1" w:styleId="lnek-Podnadpis">
    <w:name w:val="Článek - Podnadpis"/>
    <w:basedOn w:val="Normln"/>
    <w:qFormat/>
    <w:rsid w:val="007F671B"/>
    <w:pPr>
      <w:keepNext/>
      <w:keepLines/>
      <w:tabs>
        <w:tab w:val="left" w:pos="567"/>
      </w:tabs>
      <w:spacing w:after="240"/>
      <w:ind w:left="1701" w:right="1701"/>
      <w:jc w:val="center"/>
    </w:pPr>
    <w:rPr>
      <w:b/>
    </w:rPr>
  </w:style>
  <w:style w:type="character" w:styleId="Odkaznakoment">
    <w:name w:val="annotation reference"/>
    <w:unhideWhenUsed/>
    <w:rsid w:val="007F671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F671B"/>
    <w:pPr>
      <w:jc w:val="both"/>
    </w:pPr>
    <w:rPr>
      <w:rFonts w:ascii="Arial" w:eastAsia="Arial" w:hAnsi="Arial"/>
      <w:color w:val="000000"/>
      <w:sz w:val="20"/>
      <w:szCs w:val="20"/>
      <w:lang w:eastAsia="en-US"/>
    </w:rPr>
  </w:style>
  <w:style w:type="character" w:customStyle="1" w:styleId="TextkomenteChar">
    <w:name w:val="Text komentáře Char"/>
    <w:link w:val="Textkomente"/>
    <w:rsid w:val="007F671B"/>
    <w:rPr>
      <w:rFonts w:ascii="Arial" w:eastAsia="Arial" w:hAnsi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7F671B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7F671B"/>
    <w:rPr>
      <w:rFonts w:ascii="Arial" w:eastAsia="Arial" w:hAnsi="Arial"/>
      <w:b/>
      <w:bCs/>
      <w:color w:val="000000"/>
      <w:lang w:eastAsia="en-US"/>
    </w:rPr>
  </w:style>
  <w:style w:type="paragraph" w:styleId="Revize">
    <w:name w:val="Revision"/>
    <w:hidden/>
    <w:uiPriority w:val="99"/>
    <w:semiHidden/>
    <w:rsid w:val="007F671B"/>
    <w:rPr>
      <w:rFonts w:ascii="Arial" w:eastAsia="Arial" w:hAnsi="Arial"/>
      <w:color w:val="000000"/>
      <w:szCs w:val="22"/>
      <w:lang w:eastAsia="en-US"/>
    </w:rPr>
  </w:style>
  <w:style w:type="character" w:styleId="Sledovanodkaz">
    <w:name w:val="FollowedHyperlink"/>
    <w:uiPriority w:val="99"/>
    <w:unhideWhenUsed/>
    <w:rsid w:val="007F671B"/>
    <w:rPr>
      <w:color w:val="954F72"/>
      <w:u w:val="single"/>
    </w:rPr>
  </w:style>
  <w:style w:type="paragraph" w:customStyle="1" w:styleId="msonormal0">
    <w:name w:val="msonormal"/>
    <w:basedOn w:val="Normln"/>
    <w:rsid w:val="007F671B"/>
    <w:pPr>
      <w:spacing w:before="100" w:beforeAutospacing="1" w:after="100" w:afterAutospacing="1"/>
    </w:pPr>
  </w:style>
  <w:style w:type="paragraph" w:customStyle="1" w:styleId="font5">
    <w:name w:val="font5"/>
    <w:basedOn w:val="Normln"/>
    <w:rsid w:val="007F671B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font6">
    <w:name w:val="font6"/>
    <w:basedOn w:val="Normln"/>
    <w:rsid w:val="007F671B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65">
    <w:name w:val="xl65"/>
    <w:basedOn w:val="Normln"/>
    <w:rsid w:val="007F671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ln"/>
    <w:rsid w:val="007F6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7">
    <w:name w:val="xl67"/>
    <w:basedOn w:val="Normln"/>
    <w:rsid w:val="007F6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8">
    <w:name w:val="xl68"/>
    <w:basedOn w:val="Normln"/>
    <w:rsid w:val="007F6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ln"/>
    <w:rsid w:val="007F6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Normln"/>
    <w:rsid w:val="007F671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Normln"/>
    <w:rsid w:val="007F6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Normln"/>
    <w:rsid w:val="007F6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ln"/>
    <w:rsid w:val="007F671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styleId="Bezmezer">
    <w:name w:val="No Spacing"/>
    <w:uiPriority w:val="1"/>
    <w:qFormat/>
    <w:rsid w:val="00301138"/>
    <w:rPr>
      <w:rFonts w:ascii="Arial" w:eastAsia="Arial" w:hAnsi="Arial"/>
      <w:kern w:val="2"/>
      <w:sz w:val="22"/>
      <w:szCs w:val="22"/>
      <w:lang w:eastAsia="en-US"/>
    </w:rPr>
  </w:style>
  <w:style w:type="paragraph" w:customStyle="1" w:styleId="xl63">
    <w:name w:val="xl63"/>
    <w:basedOn w:val="Normln"/>
    <w:rsid w:val="0030113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Normln"/>
    <w:rsid w:val="0030113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ln"/>
    <w:rsid w:val="00301138"/>
    <w:pP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numbering" w:customStyle="1" w:styleId="Bezseznamu1">
    <w:name w:val="Bez seznamu1"/>
    <w:next w:val="Bezseznamu"/>
    <w:uiPriority w:val="99"/>
    <w:semiHidden/>
    <w:unhideWhenUsed/>
    <w:rsid w:val="00EE23EC"/>
  </w:style>
  <w:style w:type="table" w:customStyle="1" w:styleId="Mkatabulky1">
    <w:name w:val="Mřížka tabulky1"/>
    <w:basedOn w:val="Normlntabulka"/>
    <w:next w:val="Mkatabulky"/>
    <w:uiPriority w:val="39"/>
    <w:rsid w:val="00EE23EC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uiPriority w:val="9"/>
    <w:rsid w:val="00A142E1"/>
    <w:rPr>
      <w:rFonts w:ascii="Arial" w:hAnsi="Arial"/>
      <w:b/>
      <w:bCs/>
      <w:color w:val="ED1C24"/>
      <w:sz w:val="22"/>
      <w:szCs w:val="22"/>
      <w:lang w:val="en-US" w:eastAsia="en-US"/>
    </w:rPr>
  </w:style>
  <w:style w:type="character" w:customStyle="1" w:styleId="Nadpis5Char">
    <w:name w:val="Nadpis 5 Char"/>
    <w:link w:val="Nadpis5"/>
    <w:uiPriority w:val="9"/>
    <w:semiHidden/>
    <w:rsid w:val="00A142E1"/>
    <w:rPr>
      <w:rFonts w:ascii="Arial" w:hAnsi="Arial"/>
      <w:color w:val="79090D"/>
      <w:sz w:val="22"/>
      <w:szCs w:val="22"/>
      <w:lang w:val="en-US" w:eastAsia="en-US"/>
    </w:rPr>
  </w:style>
  <w:style w:type="character" w:customStyle="1" w:styleId="Nadpis6Char">
    <w:name w:val="Nadpis 6 Char"/>
    <w:link w:val="Nadpis6"/>
    <w:uiPriority w:val="9"/>
    <w:semiHidden/>
    <w:rsid w:val="00A142E1"/>
    <w:rPr>
      <w:rFonts w:ascii="Arial" w:hAnsi="Arial"/>
      <w:i/>
      <w:iCs/>
      <w:color w:val="79090D"/>
      <w:sz w:val="22"/>
      <w:szCs w:val="22"/>
      <w:lang w:val="en-US" w:eastAsia="en-US"/>
    </w:rPr>
  </w:style>
  <w:style w:type="character" w:customStyle="1" w:styleId="Nadpis7Char">
    <w:name w:val="Nadpis 7 Char"/>
    <w:link w:val="Nadpis7"/>
    <w:uiPriority w:val="9"/>
    <w:semiHidden/>
    <w:rsid w:val="00A142E1"/>
    <w:rPr>
      <w:rFonts w:ascii="Arial" w:hAnsi="Arial"/>
      <w:i/>
      <w:iCs/>
      <w:color w:val="404040"/>
      <w:sz w:val="22"/>
      <w:szCs w:val="22"/>
      <w:lang w:val="en-US" w:eastAsia="en-US"/>
    </w:rPr>
  </w:style>
  <w:style w:type="character" w:customStyle="1" w:styleId="Nadpis8Char">
    <w:name w:val="Nadpis 8 Char"/>
    <w:link w:val="Nadpis8"/>
    <w:uiPriority w:val="9"/>
    <w:semiHidden/>
    <w:rsid w:val="00A142E1"/>
    <w:rPr>
      <w:rFonts w:ascii="Arial" w:hAnsi="Arial"/>
      <w:color w:val="ED1C24"/>
      <w:lang w:val="en-US" w:eastAsia="en-US"/>
    </w:rPr>
  </w:style>
  <w:style w:type="character" w:customStyle="1" w:styleId="Nadpis9Char">
    <w:name w:val="Nadpis 9 Char"/>
    <w:link w:val="Nadpis9"/>
    <w:uiPriority w:val="9"/>
    <w:semiHidden/>
    <w:rsid w:val="00A142E1"/>
    <w:rPr>
      <w:rFonts w:ascii="Arial" w:hAnsi="Arial"/>
      <w:i/>
      <w:iCs/>
      <w:color w:val="404040"/>
      <w:lang w:val="en-US" w:eastAsia="en-US"/>
    </w:rPr>
  </w:style>
  <w:style w:type="paragraph" w:styleId="Zkladntext3">
    <w:name w:val="Body Text 3"/>
    <w:basedOn w:val="Normln"/>
    <w:link w:val="Zkladntext3Char"/>
    <w:uiPriority w:val="99"/>
    <w:unhideWhenUsed/>
    <w:rsid w:val="00A142E1"/>
    <w:pPr>
      <w:spacing w:after="120" w:line="276" w:lineRule="auto"/>
    </w:pPr>
    <w:rPr>
      <w:rFonts w:ascii="Arial" w:hAnsi="Arial"/>
      <w:sz w:val="16"/>
      <w:szCs w:val="16"/>
      <w:lang w:val="en-US" w:eastAsia="en-US"/>
    </w:rPr>
  </w:style>
  <w:style w:type="character" w:customStyle="1" w:styleId="Zkladntext3Char">
    <w:name w:val="Základní text 3 Char"/>
    <w:link w:val="Zkladntext3"/>
    <w:uiPriority w:val="99"/>
    <w:rsid w:val="00A142E1"/>
    <w:rPr>
      <w:rFonts w:ascii="Arial" w:hAnsi="Arial"/>
      <w:sz w:val="16"/>
      <w:szCs w:val="16"/>
      <w:lang w:val="en-US" w:eastAsia="en-US"/>
    </w:rPr>
  </w:style>
  <w:style w:type="paragraph" w:styleId="Seznam">
    <w:name w:val="List"/>
    <w:basedOn w:val="Normln"/>
    <w:uiPriority w:val="99"/>
    <w:unhideWhenUsed/>
    <w:rsid w:val="00A142E1"/>
    <w:pPr>
      <w:spacing w:after="200" w:line="276" w:lineRule="auto"/>
      <w:ind w:left="360" w:hanging="360"/>
      <w:contextualSpacing/>
    </w:pPr>
    <w:rPr>
      <w:rFonts w:ascii="Arial" w:hAnsi="Arial"/>
      <w:sz w:val="22"/>
      <w:szCs w:val="22"/>
      <w:lang w:val="en-US" w:eastAsia="en-US"/>
    </w:rPr>
  </w:style>
  <w:style w:type="paragraph" w:styleId="Seznam2">
    <w:name w:val="List 2"/>
    <w:basedOn w:val="Normln"/>
    <w:uiPriority w:val="99"/>
    <w:unhideWhenUsed/>
    <w:rsid w:val="00A142E1"/>
    <w:pPr>
      <w:spacing w:after="200" w:line="276" w:lineRule="auto"/>
      <w:ind w:left="720" w:hanging="360"/>
      <w:contextualSpacing/>
    </w:pPr>
    <w:rPr>
      <w:rFonts w:ascii="Arial" w:hAnsi="Arial"/>
      <w:sz w:val="22"/>
      <w:szCs w:val="22"/>
      <w:lang w:val="en-US" w:eastAsia="en-US"/>
    </w:rPr>
  </w:style>
  <w:style w:type="paragraph" w:styleId="Seznam3">
    <w:name w:val="List 3"/>
    <w:basedOn w:val="Normln"/>
    <w:uiPriority w:val="99"/>
    <w:unhideWhenUsed/>
    <w:rsid w:val="00A142E1"/>
    <w:pPr>
      <w:spacing w:after="200" w:line="276" w:lineRule="auto"/>
      <w:ind w:left="1080" w:hanging="360"/>
      <w:contextualSpacing/>
    </w:pPr>
    <w:rPr>
      <w:rFonts w:ascii="Arial" w:hAnsi="Arial"/>
      <w:sz w:val="22"/>
      <w:szCs w:val="22"/>
      <w:lang w:val="en-US" w:eastAsia="en-US"/>
    </w:rPr>
  </w:style>
  <w:style w:type="paragraph" w:styleId="Seznamsodrkami2">
    <w:name w:val="List Bullet 2"/>
    <w:basedOn w:val="Normln"/>
    <w:uiPriority w:val="99"/>
    <w:unhideWhenUsed/>
    <w:rsid w:val="00A142E1"/>
    <w:pPr>
      <w:numPr>
        <w:numId w:val="51"/>
      </w:numPr>
      <w:tabs>
        <w:tab w:val="clear" w:pos="720"/>
      </w:tabs>
      <w:spacing w:after="200" w:line="276" w:lineRule="auto"/>
      <w:ind w:left="0" w:firstLine="0"/>
      <w:contextualSpacing/>
    </w:pPr>
    <w:rPr>
      <w:rFonts w:ascii="Arial" w:hAnsi="Arial"/>
      <w:sz w:val="22"/>
      <w:szCs w:val="22"/>
      <w:lang w:val="en-US" w:eastAsia="en-US"/>
    </w:rPr>
  </w:style>
  <w:style w:type="paragraph" w:styleId="Seznamsodrkami3">
    <w:name w:val="List Bullet 3"/>
    <w:basedOn w:val="Normln"/>
    <w:uiPriority w:val="99"/>
    <w:unhideWhenUsed/>
    <w:rsid w:val="00A142E1"/>
    <w:pPr>
      <w:numPr>
        <w:numId w:val="52"/>
      </w:numPr>
      <w:tabs>
        <w:tab w:val="clear" w:pos="1080"/>
      </w:tabs>
      <w:spacing w:after="200" w:line="276" w:lineRule="auto"/>
      <w:ind w:left="0" w:firstLine="0"/>
      <w:contextualSpacing/>
    </w:pPr>
    <w:rPr>
      <w:rFonts w:ascii="Arial" w:hAnsi="Arial"/>
      <w:sz w:val="22"/>
      <w:szCs w:val="22"/>
      <w:lang w:val="en-US" w:eastAsia="en-US"/>
    </w:rPr>
  </w:style>
  <w:style w:type="paragraph" w:styleId="slovanseznam">
    <w:name w:val="List Number"/>
    <w:basedOn w:val="Normln"/>
    <w:uiPriority w:val="99"/>
    <w:unhideWhenUsed/>
    <w:rsid w:val="00A142E1"/>
    <w:pPr>
      <w:numPr>
        <w:numId w:val="53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hAnsi="Arial"/>
      <w:sz w:val="22"/>
      <w:szCs w:val="22"/>
      <w:lang w:val="en-US" w:eastAsia="en-US"/>
    </w:rPr>
  </w:style>
  <w:style w:type="paragraph" w:styleId="slovanseznam2">
    <w:name w:val="List Number 2"/>
    <w:basedOn w:val="Normln"/>
    <w:uiPriority w:val="99"/>
    <w:unhideWhenUsed/>
    <w:rsid w:val="00A142E1"/>
    <w:pPr>
      <w:numPr>
        <w:numId w:val="54"/>
      </w:numPr>
      <w:tabs>
        <w:tab w:val="clear" w:pos="720"/>
      </w:tabs>
      <w:spacing w:after="200" w:line="276" w:lineRule="auto"/>
      <w:ind w:left="0" w:firstLine="0"/>
      <w:contextualSpacing/>
    </w:pPr>
    <w:rPr>
      <w:rFonts w:ascii="Arial" w:hAnsi="Arial"/>
      <w:sz w:val="22"/>
      <w:szCs w:val="22"/>
      <w:lang w:val="en-US" w:eastAsia="en-US"/>
    </w:rPr>
  </w:style>
  <w:style w:type="paragraph" w:styleId="slovanseznam3">
    <w:name w:val="List Number 3"/>
    <w:basedOn w:val="Normln"/>
    <w:uiPriority w:val="99"/>
    <w:unhideWhenUsed/>
    <w:rsid w:val="00A142E1"/>
    <w:pPr>
      <w:numPr>
        <w:numId w:val="55"/>
      </w:numPr>
      <w:tabs>
        <w:tab w:val="clear" w:pos="1080"/>
      </w:tabs>
      <w:spacing w:after="200" w:line="276" w:lineRule="auto"/>
      <w:ind w:left="0" w:firstLine="0"/>
      <w:contextualSpacing/>
    </w:pPr>
    <w:rPr>
      <w:rFonts w:ascii="Arial" w:hAnsi="Arial"/>
      <w:sz w:val="22"/>
      <w:szCs w:val="22"/>
      <w:lang w:val="en-US" w:eastAsia="en-US"/>
    </w:rPr>
  </w:style>
  <w:style w:type="paragraph" w:styleId="Pokraovnseznamu">
    <w:name w:val="List Continue"/>
    <w:basedOn w:val="Normln"/>
    <w:uiPriority w:val="99"/>
    <w:unhideWhenUsed/>
    <w:rsid w:val="00A142E1"/>
    <w:pPr>
      <w:spacing w:after="120" w:line="276" w:lineRule="auto"/>
      <w:ind w:left="360"/>
      <w:contextualSpacing/>
    </w:pPr>
    <w:rPr>
      <w:rFonts w:ascii="Arial" w:hAnsi="Arial"/>
      <w:sz w:val="22"/>
      <w:szCs w:val="22"/>
      <w:lang w:val="en-US" w:eastAsia="en-US"/>
    </w:rPr>
  </w:style>
  <w:style w:type="paragraph" w:styleId="Pokraovnseznamu2">
    <w:name w:val="List Continue 2"/>
    <w:basedOn w:val="Normln"/>
    <w:uiPriority w:val="99"/>
    <w:unhideWhenUsed/>
    <w:rsid w:val="00A142E1"/>
    <w:pPr>
      <w:spacing w:after="120" w:line="276" w:lineRule="auto"/>
      <w:ind w:left="720"/>
      <w:contextualSpacing/>
    </w:pPr>
    <w:rPr>
      <w:rFonts w:ascii="Arial" w:hAnsi="Arial"/>
      <w:sz w:val="22"/>
      <w:szCs w:val="22"/>
      <w:lang w:val="en-US" w:eastAsia="en-US"/>
    </w:rPr>
  </w:style>
  <w:style w:type="paragraph" w:styleId="Pokraovnseznamu3">
    <w:name w:val="List Continue 3"/>
    <w:basedOn w:val="Normln"/>
    <w:uiPriority w:val="99"/>
    <w:unhideWhenUsed/>
    <w:rsid w:val="00A142E1"/>
    <w:pPr>
      <w:spacing w:after="120" w:line="276" w:lineRule="auto"/>
      <w:ind w:left="1080"/>
      <w:contextualSpacing/>
    </w:pPr>
    <w:rPr>
      <w:rFonts w:ascii="Arial" w:hAnsi="Arial"/>
      <w:sz w:val="22"/>
      <w:szCs w:val="22"/>
      <w:lang w:val="en-US" w:eastAsia="en-US"/>
    </w:rPr>
  </w:style>
  <w:style w:type="paragraph" w:styleId="Textmakra">
    <w:name w:val="macro"/>
    <w:link w:val="TextmakraChar"/>
    <w:uiPriority w:val="99"/>
    <w:unhideWhenUsed/>
    <w:rsid w:val="00A142E1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customStyle="1" w:styleId="TextmakraChar">
    <w:name w:val="Text makra Char"/>
    <w:link w:val="Textmakra"/>
    <w:uiPriority w:val="99"/>
    <w:rsid w:val="00A142E1"/>
    <w:rPr>
      <w:rFonts w:ascii="Courier" w:hAnsi="Courier"/>
      <w:lang w:val="en-US"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A142E1"/>
    <w:pPr>
      <w:spacing w:after="200" w:line="276" w:lineRule="auto"/>
    </w:pPr>
    <w:rPr>
      <w:rFonts w:ascii="Arial" w:hAnsi="Arial"/>
      <w:i/>
      <w:iCs/>
      <w:color w:val="000000"/>
      <w:sz w:val="22"/>
      <w:szCs w:val="22"/>
      <w:lang w:val="en-US" w:eastAsia="en-US"/>
    </w:rPr>
  </w:style>
  <w:style w:type="character" w:customStyle="1" w:styleId="CittChar">
    <w:name w:val="Citát Char"/>
    <w:link w:val="Citt"/>
    <w:uiPriority w:val="29"/>
    <w:rsid w:val="00A142E1"/>
    <w:rPr>
      <w:rFonts w:ascii="Arial" w:hAnsi="Arial"/>
      <w:i/>
      <w:iCs/>
      <w:color w:val="000000"/>
      <w:sz w:val="22"/>
      <w:szCs w:val="22"/>
      <w:lang w:val="en-US" w:eastAsia="en-U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142E1"/>
    <w:pPr>
      <w:spacing w:after="200"/>
    </w:pPr>
    <w:rPr>
      <w:rFonts w:ascii="Arial" w:hAnsi="Arial"/>
      <w:b/>
      <w:bCs/>
      <w:color w:val="ED1C24"/>
      <w:sz w:val="18"/>
      <w:szCs w:val="18"/>
      <w:lang w:val="en-US" w:eastAsia="en-US"/>
    </w:rPr>
  </w:style>
  <w:style w:type="character" w:styleId="Siln">
    <w:name w:val="Strong"/>
    <w:uiPriority w:val="22"/>
    <w:qFormat/>
    <w:rsid w:val="00A142E1"/>
    <w:rPr>
      <w:b/>
      <w:bCs/>
    </w:rPr>
  </w:style>
  <w:style w:type="character" w:styleId="Zdraznn">
    <w:name w:val="Emphasis"/>
    <w:uiPriority w:val="20"/>
    <w:qFormat/>
    <w:rsid w:val="00A142E1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42E1"/>
    <w:pPr>
      <w:pBdr>
        <w:bottom w:val="single" w:sz="4" w:space="4" w:color="ED1C24"/>
      </w:pBdr>
      <w:spacing w:before="200" w:after="280" w:line="276" w:lineRule="auto"/>
      <w:ind w:left="936" w:right="936"/>
    </w:pPr>
    <w:rPr>
      <w:rFonts w:ascii="Arial" w:hAnsi="Arial"/>
      <w:b/>
      <w:bCs/>
      <w:i/>
      <w:iCs/>
      <w:color w:val="ED1C24"/>
      <w:sz w:val="22"/>
      <w:szCs w:val="22"/>
      <w:lang w:val="en-US" w:eastAsia="en-US"/>
    </w:rPr>
  </w:style>
  <w:style w:type="character" w:customStyle="1" w:styleId="VrazncittChar">
    <w:name w:val="Výrazný citát Char"/>
    <w:link w:val="Vrazncitt"/>
    <w:uiPriority w:val="30"/>
    <w:rsid w:val="00A142E1"/>
    <w:rPr>
      <w:rFonts w:ascii="Arial" w:hAnsi="Arial"/>
      <w:b/>
      <w:bCs/>
      <w:i/>
      <w:iCs/>
      <w:color w:val="ED1C24"/>
      <w:sz w:val="22"/>
      <w:szCs w:val="22"/>
      <w:lang w:val="en-US" w:eastAsia="en-US"/>
    </w:rPr>
  </w:style>
  <w:style w:type="character" w:styleId="Zdraznnjemn">
    <w:name w:val="Subtle Emphasis"/>
    <w:uiPriority w:val="19"/>
    <w:qFormat/>
    <w:rsid w:val="00A142E1"/>
    <w:rPr>
      <w:i/>
      <w:iCs/>
      <w:color w:val="808080"/>
    </w:rPr>
  </w:style>
  <w:style w:type="character" w:styleId="Zdraznnintenzivn">
    <w:name w:val="Intense Emphasis"/>
    <w:uiPriority w:val="21"/>
    <w:qFormat/>
    <w:rsid w:val="00A142E1"/>
    <w:rPr>
      <w:b/>
      <w:bCs/>
      <w:i/>
      <w:iCs/>
      <w:color w:val="ED1C24"/>
    </w:rPr>
  </w:style>
  <w:style w:type="character" w:styleId="Odkazjemn">
    <w:name w:val="Subtle Reference"/>
    <w:uiPriority w:val="31"/>
    <w:qFormat/>
    <w:rsid w:val="00A142E1"/>
    <w:rPr>
      <w:smallCaps/>
      <w:color w:val="F58466"/>
      <w:u w:val="single"/>
    </w:rPr>
  </w:style>
  <w:style w:type="character" w:styleId="Odkazintenzivn">
    <w:name w:val="Intense Reference"/>
    <w:uiPriority w:val="32"/>
    <w:qFormat/>
    <w:rsid w:val="00A142E1"/>
    <w:rPr>
      <w:b/>
      <w:bCs/>
      <w:smallCaps/>
      <w:color w:val="F58466"/>
      <w:spacing w:val="5"/>
      <w:u w:val="single"/>
    </w:rPr>
  </w:style>
  <w:style w:type="character" w:styleId="Nzevknihy">
    <w:name w:val="Book Title"/>
    <w:uiPriority w:val="33"/>
    <w:qFormat/>
    <w:rsid w:val="00A142E1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142E1"/>
    <w:pPr>
      <w:spacing w:before="480" w:line="276" w:lineRule="auto"/>
      <w:jc w:val="left"/>
      <w:outlineLvl w:val="9"/>
    </w:pPr>
    <w:rPr>
      <w:b/>
      <w:bCs/>
      <w:sz w:val="28"/>
      <w:szCs w:val="28"/>
      <w:lang w:val="en-US"/>
    </w:rPr>
  </w:style>
  <w:style w:type="table" w:styleId="Svtlstnovn">
    <w:name w:val="Light Shading"/>
    <w:basedOn w:val="Normlntabulka"/>
    <w:uiPriority w:val="60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vtlstnovnzvraznn1">
    <w:name w:val="Light Shading Accent 1"/>
    <w:basedOn w:val="Normlntabulka"/>
    <w:uiPriority w:val="60"/>
    <w:rsid w:val="00A142E1"/>
    <w:rPr>
      <w:rFonts w:ascii="Arial" w:hAnsi="Arial"/>
      <w:color w:val="B70E14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1C24"/>
        <w:bottom w:val="single" w:sz="8" w:space="0" w:color="ED1C2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/>
          <w:left w:val="nil"/>
          <w:bottom w:val="single" w:sz="8" w:space="0" w:color="ED1C2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/>
          <w:left w:val="nil"/>
          <w:bottom w:val="single" w:sz="8" w:space="0" w:color="ED1C2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6C8"/>
      </w:tcPr>
    </w:tblStylePr>
  </w:style>
  <w:style w:type="table" w:styleId="Svtlstnovnzvraznn2">
    <w:name w:val="Light Shading Accent 2"/>
    <w:basedOn w:val="Normlntabulka"/>
    <w:uiPriority w:val="60"/>
    <w:rsid w:val="00A142E1"/>
    <w:rPr>
      <w:rFonts w:ascii="Arial" w:hAnsi="Arial"/>
      <w:color w:val="EF4114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58466"/>
        <w:bottom w:val="single" w:sz="8" w:space="0" w:color="F5846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/>
          <w:left w:val="nil"/>
          <w:bottom w:val="single" w:sz="8" w:space="0" w:color="F5846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/>
          <w:left w:val="nil"/>
          <w:bottom w:val="single" w:sz="8" w:space="0" w:color="F5846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0D9"/>
      </w:tcPr>
    </w:tblStylePr>
  </w:style>
  <w:style w:type="table" w:styleId="Svtlstnovnzvraznn3">
    <w:name w:val="Light Shading Accent 3"/>
    <w:basedOn w:val="Normlntabulka"/>
    <w:uiPriority w:val="60"/>
    <w:rsid w:val="00A142E1"/>
    <w:rPr>
      <w:rFonts w:ascii="Arial" w:hAnsi="Arial"/>
      <w:color w:val="F67243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BBEA8"/>
        <w:bottom w:val="single" w:sz="8" w:space="0" w:color="FBBEA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A8"/>
          <w:left w:val="nil"/>
          <w:bottom w:val="single" w:sz="8" w:space="0" w:color="FBBEA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A8"/>
          <w:left w:val="nil"/>
          <w:bottom w:val="single" w:sz="8" w:space="0" w:color="FBBEA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E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EE9"/>
      </w:tcPr>
    </w:tblStylePr>
  </w:style>
  <w:style w:type="table" w:styleId="Svtlstnovnzvraznn4">
    <w:name w:val="Light Shading Accent 4"/>
    <w:basedOn w:val="Normlntabulka"/>
    <w:uiPriority w:val="60"/>
    <w:rsid w:val="00A142E1"/>
    <w:rPr>
      <w:rFonts w:ascii="Arial" w:hAnsi="Arial"/>
      <w:color w:val="30303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14142"/>
        <w:bottom w:val="single" w:sz="8" w:space="0" w:color="41414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142"/>
          <w:left w:val="nil"/>
          <w:bottom w:val="single" w:sz="8" w:space="0" w:color="41414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142"/>
          <w:left w:val="nil"/>
          <w:bottom w:val="single" w:sz="8" w:space="0" w:color="41414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D0"/>
      </w:tcPr>
    </w:tblStylePr>
  </w:style>
  <w:style w:type="table" w:styleId="Svtlstnovnzvraznn5">
    <w:name w:val="Light Shading Accent 5"/>
    <w:basedOn w:val="Normlntabulka"/>
    <w:uiPriority w:val="60"/>
    <w:rsid w:val="00A142E1"/>
    <w:rPr>
      <w:rFonts w:ascii="Arial" w:hAnsi="Arial"/>
      <w:color w:val="5F6163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8285"/>
        <w:bottom w:val="single" w:sz="8" w:space="0" w:color="80828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285"/>
          <w:left w:val="nil"/>
          <w:bottom w:val="single" w:sz="8" w:space="0" w:color="80828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285"/>
          <w:left w:val="nil"/>
          <w:bottom w:val="single" w:sz="8" w:space="0" w:color="80828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0E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0E0"/>
      </w:tcPr>
    </w:tblStylePr>
  </w:style>
  <w:style w:type="table" w:styleId="Svtlstnovnzvraznn6">
    <w:name w:val="Light Shading Accent 6"/>
    <w:basedOn w:val="Normlntabulka"/>
    <w:uiPriority w:val="60"/>
    <w:rsid w:val="00A142E1"/>
    <w:rPr>
      <w:rFonts w:ascii="Arial" w:hAnsi="Arial"/>
      <w:color w:val="8A8E9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CBEC0"/>
        <w:bottom w:val="single" w:sz="8" w:space="0" w:color="BCBEC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BEC0"/>
          <w:left w:val="nil"/>
          <w:bottom w:val="single" w:sz="8" w:space="0" w:color="BCBEC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BEC0"/>
          <w:left w:val="nil"/>
          <w:bottom w:val="single" w:sz="8" w:space="0" w:color="BCBEC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EE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EEF"/>
      </w:tcPr>
    </w:tblStylePr>
  </w:style>
  <w:style w:type="table" w:styleId="Svtlseznam">
    <w:name w:val="Light List"/>
    <w:basedOn w:val="Normlntabulka"/>
    <w:uiPriority w:val="61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Svtlseznamzvraznn1">
    <w:name w:val="Light List Accent 1"/>
    <w:basedOn w:val="Normlntabulka"/>
    <w:uiPriority w:val="61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1C24"/>
        <w:left w:val="single" w:sz="8" w:space="0" w:color="ED1C24"/>
        <w:bottom w:val="single" w:sz="8" w:space="0" w:color="ED1C24"/>
        <w:right w:val="single" w:sz="8" w:space="0" w:color="ED1C2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1C2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1C24"/>
          <w:left w:val="single" w:sz="8" w:space="0" w:color="ED1C24"/>
          <w:bottom w:val="single" w:sz="8" w:space="0" w:color="ED1C24"/>
          <w:right w:val="single" w:sz="8" w:space="0" w:color="ED1C2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1C24"/>
          <w:left w:val="single" w:sz="8" w:space="0" w:color="ED1C24"/>
          <w:bottom w:val="single" w:sz="8" w:space="0" w:color="ED1C24"/>
          <w:right w:val="single" w:sz="8" w:space="0" w:color="ED1C24"/>
        </w:tcBorders>
      </w:tcPr>
    </w:tblStylePr>
    <w:tblStylePr w:type="band1Horz">
      <w:tblPr/>
      <w:tcPr>
        <w:tcBorders>
          <w:top w:val="single" w:sz="8" w:space="0" w:color="ED1C24"/>
          <w:left w:val="single" w:sz="8" w:space="0" w:color="ED1C24"/>
          <w:bottom w:val="single" w:sz="8" w:space="0" w:color="ED1C24"/>
          <w:right w:val="single" w:sz="8" w:space="0" w:color="ED1C24"/>
        </w:tcBorders>
      </w:tcPr>
    </w:tblStylePr>
  </w:style>
  <w:style w:type="table" w:styleId="Svtlseznamzvraznn2">
    <w:name w:val="Light List Accent 2"/>
    <w:basedOn w:val="Normlntabulka"/>
    <w:uiPriority w:val="61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58466"/>
        <w:left w:val="single" w:sz="8" w:space="0" w:color="F58466"/>
        <w:bottom w:val="single" w:sz="8" w:space="0" w:color="F58466"/>
        <w:right w:val="single" w:sz="8" w:space="0" w:color="F5846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5846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8466"/>
          <w:left w:val="single" w:sz="8" w:space="0" w:color="F58466"/>
          <w:bottom w:val="single" w:sz="8" w:space="0" w:color="F58466"/>
          <w:right w:val="single" w:sz="8" w:space="0" w:color="F584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8466"/>
          <w:left w:val="single" w:sz="8" w:space="0" w:color="F58466"/>
          <w:bottom w:val="single" w:sz="8" w:space="0" w:color="F58466"/>
          <w:right w:val="single" w:sz="8" w:space="0" w:color="F58466"/>
        </w:tcBorders>
      </w:tcPr>
    </w:tblStylePr>
    <w:tblStylePr w:type="band1Horz">
      <w:tblPr/>
      <w:tcPr>
        <w:tcBorders>
          <w:top w:val="single" w:sz="8" w:space="0" w:color="F58466"/>
          <w:left w:val="single" w:sz="8" w:space="0" w:color="F58466"/>
          <w:bottom w:val="single" w:sz="8" w:space="0" w:color="F58466"/>
          <w:right w:val="single" w:sz="8" w:space="0" w:color="F58466"/>
        </w:tcBorders>
      </w:tcPr>
    </w:tblStylePr>
  </w:style>
  <w:style w:type="table" w:styleId="Svtlseznamzvraznn3">
    <w:name w:val="Light List Accent 3"/>
    <w:basedOn w:val="Normlntabulka"/>
    <w:uiPriority w:val="61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BBEA8"/>
        <w:left w:val="single" w:sz="8" w:space="0" w:color="FBBEA8"/>
        <w:bottom w:val="single" w:sz="8" w:space="0" w:color="FBBEA8"/>
        <w:right w:val="single" w:sz="8" w:space="0" w:color="FBBEA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BBEA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BEA8"/>
          <w:left w:val="single" w:sz="8" w:space="0" w:color="FBBEA8"/>
          <w:bottom w:val="single" w:sz="8" w:space="0" w:color="FBBEA8"/>
          <w:right w:val="single" w:sz="8" w:space="0" w:color="FBBEA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BEA8"/>
          <w:left w:val="single" w:sz="8" w:space="0" w:color="FBBEA8"/>
          <w:bottom w:val="single" w:sz="8" w:space="0" w:color="FBBEA8"/>
          <w:right w:val="single" w:sz="8" w:space="0" w:color="FBBEA8"/>
        </w:tcBorders>
      </w:tcPr>
    </w:tblStylePr>
    <w:tblStylePr w:type="band1Horz">
      <w:tblPr/>
      <w:tcPr>
        <w:tcBorders>
          <w:top w:val="single" w:sz="8" w:space="0" w:color="FBBEA8"/>
          <w:left w:val="single" w:sz="8" w:space="0" w:color="FBBEA8"/>
          <w:bottom w:val="single" w:sz="8" w:space="0" w:color="FBBEA8"/>
          <w:right w:val="single" w:sz="8" w:space="0" w:color="FBBEA8"/>
        </w:tcBorders>
      </w:tcPr>
    </w:tblStylePr>
  </w:style>
  <w:style w:type="table" w:styleId="Svtlseznamzvraznn4">
    <w:name w:val="Light List Accent 4"/>
    <w:basedOn w:val="Normlntabulka"/>
    <w:uiPriority w:val="61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14142"/>
        <w:left w:val="single" w:sz="8" w:space="0" w:color="414142"/>
        <w:bottom w:val="single" w:sz="8" w:space="0" w:color="414142"/>
        <w:right w:val="single" w:sz="8" w:space="0" w:color="41414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1414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4142"/>
          <w:left w:val="single" w:sz="8" w:space="0" w:color="414142"/>
          <w:bottom w:val="single" w:sz="8" w:space="0" w:color="414142"/>
          <w:right w:val="single" w:sz="8" w:space="0" w:color="41414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4142"/>
          <w:left w:val="single" w:sz="8" w:space="0" w:color="414142"/>
          <w:bottom w:val="single" w:sz="8" w:space="0" w:color="414142"/>
          <w:right w:val="single" w:sz="8" w:space="0" w:color="414142"/>
        </w:tcBorders>
      </w:tcPr>
    </w:tblStylePr>
    <w:tblStylePr w:type="band1Horz">
      <w:tblPr/>
      <w:tcPr>
        <w:tcBorders>
          <w:top w:val="single" w:sz="8" w:space="0" w:color="414142"/>
          <w:left w:val="single" w:sz="8" w:space="0" w:color="414142"/>
          <w:bottom w:val="single" w:sz="8" w:space="0" w:color="414142"/>
          <w:right w:val="single" w:sz="8" w:space="0" w:color="414142"/>
        </w:tcBorders>
      </w:tcPr>
    </w:tblStylePr>
  </w:style>
  <w:style w:type="table" w:styleId="Svtlseznamzvraznn5">
    <w:name w:val="Light List Accent 5"/>
    <w:basedOn w:val="Normlntabulka"/>
    <w:uiPriority w:val="61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8285"/>
        <w:left w:val="single" w:sz="8" w:space="0" w:color="808285"/>
        <w:bottom w:val="single" w:sz="8" w:space="0" w:color="808285"/>
        <w:right w:val="single" w:sz="8" w:space="0" w:color="80828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828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285"/>
          <w:left w:val="single" w:sz="8" w:space="0" w:color="808285"/>
          <w:bottom w:val="single" w:sz="8" w:space="0" w:color="808285"/>
          <w:right w:val="single" w:sz="8" w:space="0" w:color="80828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285"/>
          <w:left w:val="single" w:sz="8" w:space="0" w:color="808285"/>
          <w:bottom w:val="single" w:sz="8" w:space="0" w:color="808285"/>
          <w:right w:val="single" w:sz="8" w:space="0" w:color="808285"/>
        </w:tcBorders>
      </w:tcPr>
    </w:tblStylePr>
    <w:tblStylePr w:type="band1Horz">
      <w:tblPr/>
      <w:tcPr>
        <w:tcBorders>
          <w:top w:val="single" w:sz="8" w:space="0" w:color="808285"/>
          <w:left w:val="single" w:sz="8" w:space="0" w:color="808285"/>
          <w:bottom w:val="single" w:sz="8" w:space="0" w:color="808285"/>
          <w:right w:val="single" w:sz="8" w:space="0" w:color="808285"/>
        </w:tcBorders>
      </w:tcPr>
    </w:tblStylePr>
  </w:style>
  <w:style w:type="table" w:styleId="Svtlseznamzvraznn6">
    <w:name w:val="Light List Accent 6"/>
    <w:basedOn w:val="Normlntabulka"/>
    <w:uiPriority w:val="61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CBEC0"/>
        <w:left w:val="single" w:sz="8" w:space="0" w:color="BCBEC0"/>
        <w:bottom w:val="single" w:sz="8" w:space="0" w:color="BCBEC0"/>
        <w:right w:val="single" w:sz="8" w:space="0" w:color="BCBEC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BCBEC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BEC0"/>
          <w:left w:val="single" w:sz="8" w:space="0" w:color="BCBEC0"/>
          <w:bottom w:val="single" w:sz="8" w:space="0" w:color="BCBEC0"/>
          <w:right w:val="single" w:sz="8" w:space="0" w:color="BCBEC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CBEC0"/>
          <w:left w:val="single" w:sz="8" w:space="0" w:color="BCBEC0"/>
          <w:bottom w:val="single" w:sz="8" w:space="0" w:color="BCBEC0"/>
          <w:right w:val="single" w:sz="8" w:space="0" w:color="BCBEC0"/>
        </w:tcBorders>
      </w:tcPr>
    </w:tblStylePr>
    <w:tblStylePr w:type="band1Horz">
      <w:tblPr/>
      <w:tcPr>
        <w:tcBorders>
          <w:top w:val="single" w:sz="8" w:space="0" w:color="BCBEC0"/>
          <w:left w:val="single" w:sz="8" w:space="0" w:color="BCBEC0"/>
          <w:bottom w:val="single" w:sz="8" w:space="0" w:color="BCBEC0"/>
          <w:right w:val="single" w:sz="8" w:space="0" w:color="BCBEC0"/>
        </w:tcBorders>
      </w:tcPr>
    </w:tblStylePr>
  </w:style>
  <w:style w:type="table" w:styleId="Svtlmka">
    <w:name w:val="Light Grid"/>
    <w:basedOn w:val="Normlntabulka"/>
    <w:uiPriority w:val="62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Svtlmkazvraznn1">
    <w:name w:val="Light Grid Accent 1"/>
    <w:basedOn w:val="Normlntabulka"/>
    <w:uiPriority w:val="62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1C24"/>
        <w:left w:val="single" w:sz="8" w:space="0" w:color="ED1C24"/>
        <w:bottom w:val="single" w:sz="8" w:space="0" w:color="ED1C24"/>
        <w:right w:val="single" w:sz="8" w:space="0" w:color="ED1C24"/>
        <w:insideH w:val="single" w:sz="8" w:space="0" w:color="ED1C24"/>
        <w:insideV w:val="single" w:sz="8" w:space="0" w:color="ED1C24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D1C24"/>
          <w:left w:val="single" w:sz="8" w:space="0" w:color="ED1C24"/>
          <w:bottom w:val="single" w:sz="18" w:space="0" w:color="ED1C24"/>
          <w:right w:val="single" w:sz="8" w:space="0" w:color="ED1C24"/>
          <w:insideH w:val="nil"/>
          <w:insideV w:val="single" w:sz="8" w:space="0" w:color="ED1C24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ED1C24"/>
          <w:left w:val="single" w:sz="8" w:space="0" w:color="ED1C24"/>
          <w:bottom w:val="single" w:sz="8" w:space="0" w:color="ED1C24"/>
          <w:right w:val="single" w:sz="8" w:space="0" w:color="ED1C24"/>
          <w:insideH w:val="nil"/>
          <w:insideV w:val="single" w:sz="8" w:space="0" w:color="ED1C24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D1C24"/>
          <w:left w:val="single" w:sz="8" w:space="0" w:color="ED1C24"/>
          <w:bottom w:val="single" w:sz="8" w:space="0" w:color="ED1C24"/>
          <w:right w:val="single" w:sz="8" w:space="0" w:color="ED1C24"/>
        </w:tcBorders>
      </w:tcPr>
    </w:tblStylePr>
    <w:tblStylePr w:type="band1Vert">
      <w:tblPr/>
      <w:tcPr>
        <w:tcBorders>
          <w:top w:val="single" w:sz="8" w:space="0" w:color="ED1C24"/>
          <w:left w:val="single" w:sz="8" w:space="0" w:color="ED1C24"/>
          <w:bottom w:val="single" w:sz="8" w:space="0" w:color="ED1C24"/>
          <w:right w:val="single" w:sz="8" w:space="0" w:color="ED1C24"/>
        </w:tcBorders>
        <w:shd w:val="clear" w:color="auto" w:fill="FAC6C8"/>
      </w:tcPr>
    </w:tblStylePr>
    <w:tblStylePr w:type="band1Horz">
      <w:tblPr/>
      <w:tcPr>
        <w:tcBorders>
          <w:top w:val="single" w:sz="8" w:space="0" w:color="ED1C24"/>
          <w:left w:val="single" w:sz="8" w:space="0" w:color="ED1C24"/>
          <w:bottom w:val="single" w:sz="8" w:space="0" w:color="ED1C24"/>
          <w:right w:val="single" w:sz="8" w:space="0" w:color="ED1C24"/>
          <w:insideV w:val="single" w:sz="8" w:space="0" w:color="ED1C24"/>
        </w:tcBorders>
        <w:shd w:val="clear" w:color="auto" w:fill="FAC6C8"/>
      </w:tcPr>
    </w:tblStylePr>
    <w:tblStylePr w:type="band2Horz">
      <w:tblPr/>
      <w:tcPr>
        <w:tcBorders>
          <w:top w:val="single" w:sz="8" w:space="0" w:color="ED1C24"/>
          <w:left w:val="single" w:sz="8" w:space="0" w:color="ED1C24"/>
          <w:bottom w:val="single" w:sz="8" w:space="0" w:color="ED1C24"/>
          <w:right w:val="single" w:sz="8" w:space="0" w:color="ED1C24"/>
          <w:insideV w:val="single" w:sz="8" w:space="0" w:color="ED1C24"/>
        </w:tcBorders>
      </w:tcPr>
    </w:tblStylePr>
  </w:style>
  <w:style w:type="table" w:styleId="Svtlmkazvraznn2">
    <w:name w:val="Light Grid Accent 2"/>
    <w:basedOn w:val="Normlntabulka"/>
    <w:uiPriority w:val="62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58466"/>
        <w:left w:val="single" w:sz="8" w:space="0" w:color="F58466"/>
        <w:bottom w:val="single" w:sz="8" w:space="0" w:color="F58466"/>
        <w:right w:val="single" w:sz="8" w:space="0" w:color="F58466"/>
        <w:insideH w:val="single" w:sz="8" w:space="0" w:color="F58466"/>
        <w:insideV w:val="single" w:sz="8" w:space="0" w:color="F58466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8466"/>
          <w:left w:val="single" w:sz="8" w:space="0" w:color="F58466"/>
          <w:bottom w:val="single" w:sz="18" w:space="0" w:color="F58466"/>
          <w:right w:val="single" w:sz="8" w:space="0" w:color="F58466"/>
          <w:insideH w:val="nil"/>
          <w:insideV w:val="single" w:sz="8" w:space="0" w:color="F58466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8466"/>
          <w:left w:val="single" w:sz="8" w:space="0" w:color="F58466"/>
          <w:bottom w:val="single" w:sz="8" w:space="0" w:color="F58466"/>
          <w:right w:val="single" w:sz="8" w:space="0" w:color="F58466"/>
          <w:insideH w:val="nil"/>
          <w:insideV w:val="single" w:sz="8" w:space="0" w:color="F58466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8466"/>
          <w:left w:val="single" w:sz="8" w:space="0" w:color="F58466"/>
          <w:bottom w:val="single" w:sz="8" w:space="0" w:color="F58466"/>
          <w:right w:val="single" w:sz="8" w:space="0" w:color="F58466"/>
        </w:tcBorders>
      </w:tcPr>
    </w:tblStylePr>
    <w:tblStylePr w:type="band1Vert">
      <w:tblPr/>
      <w:tcPr>
        <w:tcBorders>
          <w:top w:val="single" w:sz="8" w:space="0" w:color="F58466"/>
          <w:left w:val="single" w:sz="8" w:space="0" w:color="F58466"/>
          <w:bottom w:val="single" w:sz="8" w:space="0" w:color="F58466"/>
          <w:right w:val="single" w:sz="8" w:space="0" w:color="F58466"/>
        </w:tcBorders>
        <w:shd w:val="clear" w:color="auto" w:fill="FCE0D9"/>
      </w:tcPr>
    </w:tblStylePr>
    <w:tblStylePr w:type="band1Horz">
      <w:tblPr/>
      <w:tcPr>
        <w:tcBorders>
          <w:top w:val="single" w:sz="8" w:space="0" w:color="F58466"/>
          <w:left w:val="single" w:sz="8" w:space="0" w:color="F58466"/>
          <w:bottom w:val="single" w:sz="8" w:space="0" w:color="F58466"/>
          <w:right w:val="single" w:sz="8" w:space="0" w:color="F58466"/>
          <w:insideV w:val="single" w:sz="8" w:space="0" w:color="F58466"/>
        </w:tcBorders>
        <w:shd w:val="clear" w:color="auto" w:fill="FCE0D9"/>
      </w:tcPr>
    </w:tblStylePr>
    <w:tblStylePr w:type="band2Horz">
      <w:tblPr/>
      <w:tcPr>
        <w:tcBorders>
          <w:top w:val="single" w:sz="8" w:space="0" w:color="F58466"/>
          <w:left w:val="single" w:sz="8" w:space="0" w:color="F58466"/>
          <w:bottom w:val="single" w:sz="8" w:space="0" w:color="F58466"/>
          <w:right w:val="single" w:sz="8" w:space="0" w:color="F58466"/>
          <w:insideV w:val="single" w:sz="8" w:space="0" w:color="F58466"/>
        </w:tcBorders>
      </w:tcPr>
    </w:tblStylePr>
  </w:style>
  <w:style w:type="table" w:styleId="Svtlmkazvraznn3">
    <w:name w:val="Light Grid Accent 3"/>
    <w:basedOn w:val="Normlntabulka"/>
    <w:uiPriority w:val="62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BBEA8"/>
        <w:left w:val="single" w:sz="8" w:space="0" w:color="FBBEA8"/>
        <w:bottom w:val="single" w:sz="8" w:space="0" w:color="FBBEA8"/>
        <w:right w:val="single" w:sz="8" w:space="0" w:color="FBBEA8"/>
        <w:insideH w:val="single" w:sz="8" w:space="0" w:color="FBBEA8"/>
        <w:insideV w:val="single" w:sz="8" w:space="0" w:color="FBBEA8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BBEA8"/>
          <w:left w:val="single" w:sz="8" w:space="0" w:color="FBBEA8"/>
          <w:bottom w:val="single" w:sz="18" w:space="0" w:color="FBBEA8"/>
          <w:right w:val="single" w:sz="8" w:space="0" w:color="FBBEA8"/>
          <w:insideH w:val="nil"/>
          <w:insideV w:val="single" w:sz="8" w:space="0" w:color="FBBEA8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BBEA8"/>
          <w:left w:val="single" w:sz="8" w:space="0" w:color="FBBEA8"/>
          <w:bottom w:val="single" w:sz="8" w:space="0" w:color="FBBEA8"/>
          <w:right w:val="single" w:sz="8" w:space="0" w:color="FBBEA8"/>
          <w:insideH w:val="nil"/>
          <w:insideV w:val="single" w:sz="8" w:space="0" w:color="FBBEA8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BBEA8"/>
          <w:left w:val="single" w:sz="8" w:space="0" w:color="FBBEA8"/>
          <w:bottom w:val="single" w:sz="8" w:space="0" w:color="FBBEA8"/>
          <w:right w:val="single" w:sz="8" w:space="0" w:color="FBBEA8"/>
        </w:tcBorders>
      </w:tcPr>
    </w:tblStylePr>
    <w:tblStylePr w:type="band1Vert">
      <w:tblPr/>
      <w:tcPr>
        <w:tcBorders>
          <w:top w:val="single" w:sz="8" w:space="0" w:color="FBBEA8"/>
          <w:left w:val="single" w:sz="8" w:space="0" w:color="FBBEA8"/>
          <w:bottom w:val="single" w:sz="8" w:space="0" w:color="FBBEA8"/>
          <w:right w:val="single" w:sz="8" w:space="0" w:color="FBBEA8"/>
        </w:tcBorders>
        <w:shd w:val="clear" w:color="auto" w:fill="FEEEE9"/>
      </w:tcPr>
    </w:tblStylePr>
    <w:tblStylePr w:type="band1Horz">
      <w:tblPr/>
      <w:tcPr>
        <w:tcBorders>
          <w:top w:val="single" w:sz="8" w:space="0" w:color="FBBEA8"/>
          <w:left w:val="single" w:sz="8" w:space="0" w:color="FBBEA8"/>
          <w:bottom w:val="single" w:sz="8" w:space="0" w:color="FBBEA8"/>
          <w:right w:val="single" w:sz="8" w:space="0" w:color="FBBEA8"/>
          <w:insideV w:val="single" w:sz="8" w:space="0" w:color="FBBEA8"/>
        </w:tcBorders>
        <w:shd w:val="clear" w:color="auto" w:fill="FEEEE9"/>
      </w:tcPr>
    </w:tblStylePr>
    <w:tblStylePr w:type="band2Horz">
      <w:tblPr/>
      <w:tcPr>
        <w:tcBorders>
          <w:top w:val="single" w:sz="8" w:space="0" w:color="FBBEA8"/>
          <w:left w:val="single" w:sz="8" w:space="0" w:color="FBBEA8"/>
          <w:bottom w:val="single" w:sz="8" w:space="0" w:color="FBBEA8"/>
          <w:right w:val="single" w:sz="8" w:space="0" w:color="FBBEA8"/>
          <w:insideV w:val="single" w:sz="8" w:space="0" w:color="FBBEA8"/>
        </w:tcBorders>
      </w:tcPr>
    </w:tblStylePr>
  </w:style>
  <w:style w:type="table" w:styleId="Svtlmkazvraznn4">
    <w:name w:val="Light Grid Accent 4"/>
    <w:basedOn w:val="Normlntabulka"/>
    <w:uiPriority w:val="62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14142"/>
        <w:left w:val="single" w:sz="8" w:space="0" w:color="414142"/>
        <w:bottom w:val="single" w:sz="8" w:space="0" w:color="414142"/>
        <w:right w:val="single" w:sz="8" w:space="0" w:color="414142"/>
        <w:insideH w:val="single" w:sz="8" w:space="0" w:color="414142"/>
        <w:insideV w:val="single" w:sz="8" w:space="0" w:color="414142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14142"/>
          <w:left w:val="single" w:sz="8" w:space="0" w:color="414142"/>
          <w:bottom w:val="single" w:sz="18" w:space="0" w:color="414142"/>
          <w:right w:val="single" w:sz="8" w:space="0" w:color="414142"/>
          <w:insideH w:val="nil"/>
          <w:insideV w:val="single" w:sz="8" w:space="0" w:color="41414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14142"/>
          <w:left w:val="single" w:sz="8" w:space="0" w:color="414142"/>
          <w:bottom w:val="single" w:sz="8" w:space="0" w:color="414142"/>
          <w:right w:val="single" w:sz="8" w:space="0" w:color="414142"/>
          <w:insideH w:val="nil"/>
          <w:insideV w:val="single" w:sz="8" w:space="0" w:color="41414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14142"/>
          <w:left w:val="single" w:sz="8" w:space="0" w:color="414142"/>
          <w:bottom w:val="single" w:sz="8" w:space="0" w:color="414142"/>
          <w:right w:val="single" w:sz="8" w:space="0" w:color="414142"/>
        </w:tcBorders>
      </w:tcPr>
    </w:tblStylePr>
    <w:tblStylePr w:type="band1Vert">
      <w:tblPr/>
      <w:tcPr>
        <w:tcBorders>
          <w:top w:val="single" w:sz="8" w:space="0" w:color="414142"/>
          <w:left w:val="single" w:sz="8" w:space="0" w:color="414142"/>
          <w:bottom w:val="single" w:sz="8" w:space="0" w:color="414142"/>
          <w:right w:val="single" w:sz="8" w:space="0" w:color="414142"/>
        </w:tcBorders>
        <w:shd w:val="clear" w:color="auto" w:fill="CFCFD0"/>
      </w:tcPr>
    </w:tblStylePr>
    <w:tblStylePr w:type="band1Horz">
      <w:tblPr/>
      <w:tcPr>
        <w:tcBorders>
          <w:top w:val="single" w:sz="8" w:space="0" w:color="414142"/>
          <w:left w:val="single" w:sz="8" w:space="0" w:color="414142"/>
          <w:bottom w:val="single" w:sz="8" w:space="0" w:color="414142"/>
          <w:right w:val="single" w:sz="8" w:space="0" w:color="414142"/>
          <w:insideV w:val="single" w:sz="8" w:space="0" w:color="414142"/>
        </w:tcBorders>
        <w:shd w:val="clear" w:color="auto" w:fill="CFCFD0"/>
      </w:tcPr>
    </w:tblStylePr>
    <w:tblStylePr w:type="band2Horz">
      <w:tblPr/>
      <w:tcPr>
        <w:tcBorders>
          <w:top w:val="single" w:sz="8" w:space="0" w:color="414142"/>
          <w:left w:val="single" w:sz="8" w:space="0" w:color="414142"/>
          <w:bottom w:val="single" w:sz="8" w:space="0" w:color="414142"/>
          <w:right w:val="single" w:sz="8" w:space="0" w:color="414142"/>
          <w:insideV w:val="single" w:sz="8" w:space="0" w:color="414142"/>
        </w:tcBorders>
      </w:tcPr>
    </w:tblStylePr>
  </w:style>
  <w:style w:type="table" w:styleId="Svtlmkazvraznn5">
    <w:name w:val="Light Grid Accent 5"/>
    <w:basedOn w:val="Normlntabulka"/>
    <w:uiPriority w:val="62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8285"/>
        <w:left w:val="single" w:sz="8" w:space="0" w:color="808285"/>
        <w:bottom w:val="single" w:sz="8" w:space="0" w:color="808285"/>
        <w:right w:val="single" w:sz="8" w:space="0" w:color="808285"/>
        <w:insideH w:val="single" w:sz="8" w:space="0" w:color="808285"/>
        <w:insideV w:val="single" w:sz="8" w:space="0" w:color="808285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808285"/>
          <w:left w:val="single" w:sz="8" w:space="0" w:color="808285"/>
          <w:bottom w:val="single" w:sz="18" w:space="0" w:color="808285"/>
          <w:right w:val="single" w:sz="8" w:space="0" w:color="808285"/>
          <w:insideH w:val="nil"/>
          <w:insideV w:val="single" w:sz="8" w:space="0" w:color="80828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808285"/>
          <w:left w:val="single" w:sz="8" w:space="0" w:color="808285"/>
          <w:bottom w:val="single" w:sz="8" w:space="0" w:color="808285"/>
          <w:right w:val="single" w:sz="8" w:space="0" w:color="808285"/>
          <w:insideH w:val="nil"/>
          <w:insideV w:val="single" w:sz="8" w:space="0" w:color="80828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808285"/>
          <w:left w:val="single" w:sz="8" w:space="0" w:color="808285"/>
          <w:bottom w:val="single" w:sz="8" w:space="0" w:color="808285"/>
          <w:right w:val="single" w:sz="8" w:space="0" w:color="808285"/>
        </w:tcBorders>
      </w:tcPr>
    </w:tblStylePr>
    <w:tblStylePr w:type="band1Vert">
      <w:tblPr/>
      <w:tcPr>
        <w:tcBorders>
          <w:top w:val="single" w:sz="8" w:space="0" w:color="808285"/>
          <w:left w:val="single" w:sz="8" w:space="0" w:color="808285"/>
          <w:bottom w:val="single" w:sz="8" w:space="0" w:color="808285"/>
          <w:right w:val="single" w:sz="8" w:space="0" w:color="808285"/>
        </w:tcBorders>
        <w:shd w:val="clear" w:color="auto" w:fill="DFE0E0"/>
      </w:tcPr>
    </w:tblStylePr>
    <w:tblStylePr w:type="band1Horz">
      <w:tblPr/>
      <w:tcPr>
        <w:tcBorders>
          <w:top w:val="single" w:sz="8" w:space="0" w:color="808285"/>
          <w:left w:val="single" w:sz="8" w:space="0" w:color="808285"/>
          <w:bottom w:val="single" w:sz="8" w:space="0" w:color="808285"/>
          <w:right w:val="single" w:sz="8" w:space="0" w:color="808285"/>
          <w:insideV w:val="single" w:sz="8" w:space="0" w:color="808285"/>
        </w:tcBorders>
        <w:shd w:val="clear" w:color="auto" w:fill="DFE0E0"/>
      </w:tcPr>
    </w:tblStylePr>
    <w:tblStylePr w:type="band2Horz">
      <w:tblPr/>
      <w:tcPr>
        <w:tcBorders>
          <w:top w:val="single" w:sz="8" w:space="0" w:color="808285"/>
          <w:left w:val="single" w:sz="8" w:space="0" w:color="808285"/>
          <w:bottom w:val="single" w:sz="8" w:space="0" w:color="808285"/>
          <w:right w:val="single" w:sz="8" w:space="0" w:color="808285"/>
          <w:insideV w:val="single" w:sz="8" w:space="0" w:color="808285"/>
        </w:tcBorders>
      </w:tcPr>
    </w:tblStylePr>
  </w:style>
  <w:style w:type="table" w:styleId="Svtlmkazvraznn6">
    <w:name w:val="Light Grid Accent 6"/>
    <w:basedOn w:val="Normlntabulka"/>
    <w:uiPriority w:val="62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CBEC0"/>
        <w:left w:val="single" w:sz="8" w:space="0" w:color="BCBEC0"/>
        <w:bottom w:val="single" w:sz="8" w:space="0" w:color="BCBEC0"/>
        <w:right w:val="single" w:sz="8" w:space="0" w:color="BCBEC0"/>
        <w:insideH w:val="single" w:sz="8" w:space="0" w:color="BCBEC0"/>
        <w:insideV w:val="single" w:sz="8" w:space="0" w:color="BCBEC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BCBEC0"/>
          <w:left w:val="single" w:sz="8" w:space="0" w:color="BCBEC0"/>
          <w:bottom w:val="single" w:sz="18" w:space="0" w:color="BCBEC0"/>
          <w:right w:val="single" w:sz="8" w:space="0" w:color="BCBEC0"/>
          <w:insideH w:val="nil"/>
          <w:insideV w:val="single" w:sz="8" w:space="0" w:color="BCBEC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BCBEC0"/>
          <w:left w:val="single" w:sz="8" w:space="0" w:color="BCBEC0"/>
          <w:bottom w:val="single" w:sz="8" w:space="0" w:color="BCBEC0"/>
          <w:right w:val="single" w:sz="8" w:space="0" w:color="BCBEC0"/>
          <w:insideH w:val="nil"/>
          <w:insideV w:val="single" w:sz="8" w:space="0" w:color="BCBEC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BCBEC0"/>
          <w:left w:val="single" w:sz="8" w:space="0" w:color="BCBEC0"/>
          <w:bottom w:val="single" w:sz="8" w:space="0" w:color="BCBEC0"/>
          <w:right w:val="single" w:sz="8" w:space="0" w:color="BCBEC0"/>
        </w:tcBorders>
      </w:tcPr>
    </w:tblStylePr>
    <w:tblStylePr w:type="band1Vert">
      <w:tblPr/>
      <w:tcPr>
        <w:tcBorders>
          <w:top w:val="single" w:sz="8" w:space="0" w:color="BCBEC0"/>
          <w:left w:val="single" w:sz="8" w:space="0" w:color="BCBEC0"/>
          <w:bottom w:val="single" w:sz="8" w:space="0" w:color="BCBEC0"/>
          <w:right w:val="single" w:sz="8" w:space="0" w:color="BCBEC0"/>
        </w:tcBorders>
        <w:shd w:val="clear" w:color="auto" w:fill="EEEEEF"/>
      </w:tcPr>
    </w:tblStylePr>
    <w:tblStylePr w:type="band1Horz">
      <w:tblPr/>
      <w:tcPr>
        <w:tcBorders>
          <w:top w:val="single" w:sz="8" w:space="0" w:color="BCBEC0"/>
          <w:left w:val="single" w:sz="8" w:space="0" w:color="BCBEC0"/>
          <w:bottom w:val="single" w:sz="8" w:space="0" w:color="BCBEC0"/>
          <w:right w:val="single" w:sz="8" w:space="0" w:color="BCBEC0"/>
          <w:insideV w:val="single" w:sz="8" w:space="0" w:color="BCBEC0"/>
        </w:tcBorders>
        <w:shd w:val="clear" w:color="auto" w:fill="EEEEEF"/>
      </w:tcPr>
    </w:tblStylePr>
    <w:tblStylePr w:type="band2Horz">
      <w:tblPr/>
      <w:tcPr>
        <w:tcBorders>
          <w:top w:val="single" w:sz="8" w:space="0" w:color="BCBEC0"/>
          <w:left w:val="single" w:sz="8" w:space="0" w:color="BCBEC0"/>
          <w:bottom w:val="single" w:sz="8" w:space="0" w:color="BCBEC0"/>
          <w:right w:val="single" w:sz="8" w:space="0" w:color="BCBEC0"/>
          <w:insideV w:val="single" w:sz="8" w:space="0" w:color="BCBEC0"/>
        </w:tcBorders>
      </w:tcPr>
    </w:tblStylePr>
  </w:style>
  <w:style w:type="table" w:styleId="Stednstnovn1">
    <w:name w:val="Medium Shading 1"/>
    <w:basedOn w:val="Normlntabulka"/>
    <w:uiPriority w:val="63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1545A"/>
        <w:left w:val="single" w:sz="8" w:space="0" w:color="F1545A"/>
        <w:bottom w:val="single" w:sz="8" w:space="0" w:color="F1545A"/>
        <w:right w:val="single" w:sz="8" w:space="0" w:color="F1545A"/>
        <w:insideH w:val="single" w:sz="8" w:space="0" w:color="F1545A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545A"/>
          <w:left w:val="single" w:sz="8" w:space="0" w:color="F1545A"/>
          <w:bottom w:val="single" w:sz="8" w:space="0" w:color="F1545A"/>
          <w:right w:val="single" w:sz="8" w:space="0" w:color="F1545A"/>
          <w:insideH w:val="nil"/>
          <w:insideV w:val="nil"/>
        </w:tcBorders>
        <w:shd w:val="clear" w:color="auto" w:fill="ED1C2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545A"/>
          <w:left w:val="single" w:sz="8" w:space="0" w:color="F1545A"/>
          <w:bottom w:val="single" w:sz="8" w:space="0" w:color="F1545A"/>
          <w:right w:val="single" w:sz="8" w:space="0" w:color="F1545A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6C8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6C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A28C"/>
        <w:left w:val="single" w:sz="8" w:space="0" w:color="F7A28C"/>
        <w:bottom w:val="single" w:sz="8" w:space="0" w:color="F7A28C"/>
        <w:right w:val="single" w:sz="8" w:space="0" w:color="F7A28C"/>
        <w:insideH w:val="single" w:sz="8" w:space="0" w:color="F7A28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7A28C"/>
          <w:left w:val="single" w:sz="8" w:space="0" w:color="F7A28C"/>
          <w:bottom w:val="single" w:sz="8" w:space="0" w:color="F7A28C"/>
          <w:right w:val="single" w:sz="8" w:space="0" w:color="F7A28C"/>
          <w:insideH w:val="nil"/>
          <w:insideV w:val="nil"/>
        </w:tcBorders>
        <w:shd w:val="clear" w:color="auto" w:fill="F5846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8C"/>
          <w:left w:val="single" w:sz="8" w:space="0" w:color="F7A28C"/>
          <w:bottom w:val="single" w:sz="8" w:space="0" w:color="F7A28C"/>
          <w:right w:val="single" w:sz="8" w:space="0" w:color="F7A28C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0D9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0D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CCEBD"/>
        <w:left w:val="single" w:sz="8" w:space="0" w:color="FCCEBD"/>
        <w:bottom w:val="single" w:sz="8" w:space="0" w:color="FCCEBD"/>
        <w:right w:val="single" w:sz="8" w:space="0" w:color="FCCEBD"/>
        <w:insideH w:val="single" w:sz="8" w:space="0" w:color="FCCE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CCEBD"/>
          <w:left w:val="single" w:sz="8" w:space="0" w:color="FCCEBD"/>
          <w:bottom w:val="single" w:sz="8" w:space="0" w:color="FCCEBD"/>
          <w:right w:val="single" w:sz="8" w:space="0" w:color="FCCEBD"/>
          <w:insideH w:val="nil"/>
          <w:insideV w:val="nil"/>
        </w:tcBorders>
        <w:shd w:val="clear" w:color="auto" w:fill="FBBEA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EBD"/>
          <w:left w:val="single" w:sz="8" w:space="0" w:color="FCCEBD"/>
          <w:bottom w:val="single" w:sz="8" w:space="0" w:color="FCCEBD"/>
          <w:right w:val="single" w:sz="8" w:space="0" w:color="FCCEB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E9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EE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7071"/>
        <w:left w:val="single" w:sz="8" w:space="0" w:color="707071"/>
        <w:bottom w:val="single" w:sz="8" w:space="0" w:color="707071"/>
        <w:right w:val="single" w:sz="8" w:space="0" w:color="707071"/>
        <w:insideH w:val="single" w:sz="8" w:space="0" w:color="7070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07071"/>
          <w:left w:val="single" w:sz="8" w:space="0" w:color="707071"/>
          <w:bottom w:val="single" w:sz="8" w:space="0" w:color="707071"/>
          <w:right w:val="single" w:sz="8" w:space="0" w:color="707071"/>
          <w:insideH w:val="nil"/>
          <w:insideV w:val="nil"/>
        </w:tcBorders>
        <w:shd w:val="clear" w:color="auto" w:fill="41414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7071"/>
          <w:left w:val="single" w:sz="8" w:space="0" w:color="707071"/>
          <w:bottom w:val="single" w:sz="8" w:space="0" w:color="707071"/>
          <w:right w:val="single" w:sz="8" w:space="0" w:color="7070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D0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A1A3"/>
        <w:left w:val="single" w:sz="8" w:space="0" w:color="9FA1A3"/>
        <w:bottom w:val="single" w:sz="8" w:space="0" w:color="9FA1A3"/>
        <w:right w:val="single" w:sz="8" w:space="0" w:color="9FA1A3"/>
        <w:insideH w:val="single" w:sz="8" w:space="0" w:color="9FA1A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A1A3"/>
          <w:left w:val="single" w:sz="8" w:space="0" w:color="9FA1A3"/>
          <w:bottom w:val="single" w:sz="8" w:space="0" w:color="9FA1A3"/>
          <w:right w:val="single" w:sz="8" w:space="0" w:color="9FA1A3"/>
          <w:insideH w:val="nil"/>
          <w:insideV w:val="nil"/>
        </w:tcBorders>
        <w:shd w:val="clear" w:color="auto" w:fill="80828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A1A3"/>
          <w:left w:val="single" w:sz="8" w:space="0" w:color="9FA1A3"/>
          <w:bottom w:val="single" w:sz="8" w:space="0" w:color="9FA1A3"/>
          <w:right w:val="single" w:sz="8" w:space="0" w:color="9FA1A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0E0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0E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CCECF"/>
        <w:left w:val="single" w:sz="8" w:space="0" w:color="CCCECF"/>
        <w:bottom w:val="single" w:sz="8" w:space="0" w:color="CCCECF"/>
        <w:right w:val="single" w:sz="8" w:space="0" w:color="CCCECF"/>
        <w:insideH w:val="single" w:sz="8" w:space="0" w:color="CCCEC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CCECF"/>
          <w:left w:val="single" w:sz="8" w:space="0" w:color="CCCECF"/>
          <w:bottom w:val="single" w:sz="8" w:space="0" w:color="CCCECF"/>
          <w:right w:val="single" w:sz="8" w:space="0" w:color="CCCECF"/>
          <w:insideH w:val="nil"/>
          <w:insideV w:val="nil"/>
        </w:tcBorders>
        <w:shd w:val="clear" w:color="auto" w:fill="BCBEC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ECF"/>
          <w:left w:val="single" w:sz="8" w:space="0" w:color="CCCECF"/>
          <w:bottom w:val="single" w:sz="8" w:space="0" w:color="CCCECF"/>
          <w:right w:val="single" w:sz="8" w:space="0" w:color="CCCEC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EE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1C2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846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A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A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BEA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414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414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414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28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28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28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BEC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BEC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CBEC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5C646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Stednseznam1zvraznn1">
    <w:name w:val="Medium List 1 Accent 1"/>
    <w:basedOn w:val="Normlntabulka"/>
    <w:uiPriority w:val="65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1C24"/>
        <w:bottom w:val="single" w:sz="8" w:space="0" w:color="ED1C24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ED1C24"/>
        </w:tcBorders>
      </w:tcPr>
    </w:tblStylePr>
    <w:tblStylePr w:type="lastRow">
      <w:rPr>
        <w:b/>
        <w:bCs/>
        <w:color w:val="5C646D"/>
      </w:rPr>
      <w:tblPr/>
      <w:tcPr>
        <w:tcBorders>
          <w:top w:val="single" w:sz="8" w:space="0" w:color="ED1C24"/>
          <w:bottom w:val="single" w:sz="8" w:space="0" w:color="ED1C2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1C24"/>
          <w:bottom w:val="single" w:sz="8" w:space="0" w:color="ED1C24"/>
        </w:tcBorders>
      </w:tcPr>
    </w:tblStylePr>
    <w:tblStylePr w:type="band1Vert">
      <w:tblPr/>
      <w:tcPr>
        <w:shd w:val="clear" w:color="auto" w:fill="FAC6C8"/>
      </w:tcPr>
    </w:tblStylePr>
    <w:tblStylePr w:type="band1Horz">
      <w:tblPr/>
      <w:tcPr>
        <w:shd w:val="clear" w:color="auto" w:fill="FAC6C8"/>
      </w:tcPr>
    </w:tblStylePr>
  </w:style>
  <w:style w:type="table" w:styleId="Stednseznam1zvraznn2">
    <w:name w:val="Medium List 1 Accent 2"/>
    <w:basedOn w:val="Normlntabulka"/>
    <w:uiPriority w:val="65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58466"/>
        <w:bottom w:val="single" w:sz="8" w:space="0" w:color="F58466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F58466"/>
        </w:tcBorders>
      </w:tcPr>
    </w:tblStylePr>
    <w:tblStylePr w:type="lastRow">
      <w:rPr>
        <w:b/>
        <w:bCs/>
        <w:color w:val="5C646D"/>
      </w:rPr>
      <w:tblPr/>
      <w:tcPr>
        <w:tcBorders>
          <w:top w:val="single" w:sz="8" w:space="0" w:color="F58466"/>
          <w:bottom w:val="single" w:sz="8" w:space="0" w:color="F584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8466"/>
          <w:bottom w:val="single" w:sz="8" w:space="0" w:color="F58466"/>
        </w:tcBorders>
      </w:tcPr>
    </w:tblStylePr>
    <w:tblStylePr w:type="band1Vert">
      <w:tblPr/>
      <w:tcPr>
        <w:shd w:val="clear" w:color="auto" w:fill="FCE0D9"/>
      </w:tcPr>
    </w:tblStylePr>
    <w:tblStylePr w:type="band1Horz">
      <w:tblPr/>
      <w:tcPr>
        <w:shd w:val="clear" w:color="auto" w:fill="FCE0D9"/>
      </w:tcPr>
    </w:tblStylePr>
  </w:style>
  <w:style w:type="table" w:styleId="Stednseznam1zvraznn3">
    <w:name w:val="Medium List 1 Accent 3"/>
    <w:basedOn w:val="Normlntabulka"/>
    <w:uiPriority w:val="65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BBEA8"/>
        <w:bottom w:val="single" w:sz="8" w:space="0" w:color="FBBEA8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FBBEA8"/>
        </w:tcBorders>
      </w:tcPr>
    </w:tblStylePr>
    <w:tblStylePr w:type="lastRow">
      <w:rPr>
        <w:b/>
        <w:bCs/>
        <w:color w:val="5C646D"/>
      </w:rPr>
      <w:tblPr/>
      <w:tcPr>
        <w:tcBorders>
          <w:top w:val="single" w:sz="8" w:space="0" w:color="FBBEA8"/>
          <w:bottom w:val="single" w:sz="8" w:space="0" w:color="FBBEA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BEA8"/>
          <w:bottom w:val="single" w:sz="8" w:space="0" w:color="FBBEA8"/>
        </w:tcBorders>
      </w:tcPr>
    </w:tblStylePr>
    <w:tblStylePr w:type="band1Vert">
      <w:tblPr/>
      <w:tcPr>
        <w:shd w:val="clear" w:color="auto" w:fill="FEEEE9"/>
      </w:tcPr>
    </w:tblStylePr>
    <w:tblStylePr w:type="band1Horz">
      <w:tblPr/>
      <w:tcPr>
        <w:shd w:val="clear" w:color="auto" w:fill="FEEEE9"/>
      </w:tcPr>
    </w:tblStylePr>
  </w:style>
  <w:style w:type="table" w:styleId="Stednseznam1zvraznn4">
    <w:name w:val="Medium List 1 Accent 4"/>
    <w:basedOn w:val="Normlntabulka"/>
    <w:uiPriority w:val="65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14142"/>
        <w:bottom w:val="single" w:sz="8" w:space="0" w:color="414142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14142"/>
        </w:tcBorders>
      </w:tcPr>
    </w:tblStylePr>
    <w:tblStylePr w:type="lastRow">
      <w:rPr>
        <w:b/>
        <w:bCs/>
        <w:color w:val="5C646D"/>
      </w:rPr>
      <w:tblPr/>
      <w:tcPr>
        <w:tcBorders>
          <w:top w:val="single" w:sz="8" w:space="0" w:color="414142"/>
          <w:bottom w:val="single" w:sz="8" w:space="0" w:color="41414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4142"/>
          <w:bottom w:val="single" w:sz="8" w:space="0" w:color="414142"/>
        </w:tcBorders>
      </w:tcPr>
    </w:tblStylePr>
    <w:tblStylePr w:type="band1Vert">
      <w:tblPr/>
      <w:tcPr>
        <w:shd w:val="clear" w:color="auto" w:fill="CFCFD0"/>
      </w:tcPr>
    </w:tblStylePr>
    <w:tblStylePr w:type="band1Horz">
      <w:tblPr/>
      <w:tcPr>
        <w:shd w:val="clear" w:color="auto" w:fill="CFCFD0"/>
      </w:tcPr>
    </w:tblStylePr>
  </w:style>
  <w:style w:type="table" w:styleId="Stednseznam1zvraznn5">
    <w:name w:val="Medium List 1 Accent 5"/>
    <w:basedOn w:val="Normlntabulka"/>
    <w:uiPriority w:val="65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8285"/>
        <w:bottom w:val="single" w:sz="8" w:space="0" w:color="808285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808285"/>
        </w:tcBorders>
      </w:tcPr>
    </w:tblStylePr>
    <w:tblStylePr w:type="lastRow">
      <w:rPr>
        <w:b/>
        <w:bCs/>
        <w:color w:val="5C646D"/>
      </w:rPr>
      <w:tblPr/>
      <w:tcPr>
        <w:tcBorders>
          <w:top w:val="single" w:sz="8" w:space="0" w:color="808285"/>
          <w:bottom w:val="single" w:sz="8" w:space="0" w:color="80828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285"/>
          <w:bottom w:val="single" w:sz="8" w:space="0" w:color="808285"/>
        </w:tcBorders>
      </w:tcPr>
    </w:tblStylePr>
    <w:tblStylePr w:type="band1Vert">
      <w:tblPr/>
      <w:tcPr>
        <w:shd w:val="clear" w:color="auto" w:fill="DFE0E0"/>
      </w:tcPr>
    </w:tblStylePr>
    <w:tblStylePr w:type="band1Horz">
      <w:tblPr/>
      <w:tcPr>
        <w:shd w:val="clear" w:color="auto" w:fill="DFE0E0"/>
      </w:tcPr>
    </w:tblStylePr>
  </w:style>
  <w:style w:type="table" w:styleId="Stednseznam1zvraznn6">
    <w:name w:val="Medium List 1 Accent 6"/>
    <w:basedOn w:val="Normlntabulka"/>
    <w:uiPriority w:val="65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CBEC0"/>
        <w:bottom w:val="single" w:sz="8" w:space="0" w:color="BCBEC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BCBEC0"/>
        </w:tcBorders>
      </w:tcPr>
    </w:tblStylePr>
    <w:tblStylePr w:type="lastRow">
      <w:rPr>
        <w:b/>
        <w:bCs/>
        <w:color w:val="5C646D"/>
      </w:rPr>
      <w:tblPr/>
      <w:tcPr>
        <w:tcBorders>
          <w:top w:val="single" w:sz="8" w:space="0" w:color="BCBEC0"/>
          <w:bottom w:val="single" w:sz="8" w:space="0" w:color="BCBEC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CBEC0"/>
          <w:bottom w:val="single" w:sz="8" w:space="0" w:color="BCBEC0"/>
        </w:tcBorders>
      </w:tcPr>
    </w:tblStylePr>
    <w:tblStylePr w:type="band1Vert">
      <w:tblPr/>
      <w:tcPr>
        <w:shd w:val="clear" w:color="auto" w:fill="EEEEEF"/>
      </w:tcPr>
    </w:tblStylePr>
    <w:tblStylePr w:type="band1Horz">
      <w:tblPr/>
      <w:tcPr>
        <w:shd w:val="clear" w:color="auto" w:fill="EEEEEF"/>
      </w:tcPr>
    </w:tblStylePr>
  </w:style>
  <w:style w:type="table" w:styleId="Stednseznam2">
    <w:name w:val="Medium List 2"/>
    <w:basedOn w:val="Normlntabulka"/>
    <w:uiPriority w:val="66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1C24"/>
        <w:left w:val="single" w:sz="8" w:space="0" w:color="ED1C24"/>
        <w:bottom w:val="single" w:sz="8" w:space="0" w:color="ED1C24"/>
        <w:right w:val="single" w:sz="8" w:space="0" w:color="ED1C2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1C2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1C2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1C2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1C2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6C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58466"/>
        <w:left w:val="single" w:sz="8" w:space="0" w:color="F58466"/>
        <w:bottom w:val="single" w:sz="8" w:space="0" w:color="F58466"/>
        <w:right w:val="single" w:sz="8" w:space="0" w:color="F5846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846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5846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846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846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0D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BBEA8"/>
        <w:left w:val="single" w:sz="8" w:space="0" w:color="FBBEA8"/>
        <w:bottom w:val="single" w:sz="8" w:space="0" w:color="FBBEA8"/>
        <w:right w:val="single" w:sz="8" w:space="0" w:color="FBBEA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BEA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BBEA8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BEA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BBEA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E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EE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14142"/>
        <w:left w:val="single" w:sz="8" w:space="0" w:color="414142"/>
        <w:bottom w:val="single" w:sz="8" w:space="0" w:color="414142"/>
        <w:right w:val="single" w:sz="8" w:space="0" w:color="41414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414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1414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414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1414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8285"/>
        <w:left w:val="single" w:sz="8" w:space="0" w:color="808285"/>
        <w:bottom w:val="single" w:sz="8" w:space="0" w:color="808285"/>
        <w:right w:val="single" w:sz="8" w:space="0" w:color="80828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28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828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28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828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0E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0E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CBEC0"/>
        <w:left w:val="single" w:sz="8" w:space="0" w:color="BCBEC0"/>
        <w:bottom w:val="single" w:sz="8" w:space="0" w:color="BCBEC0"/>
        <w:right w:val="single" w:sz="8" w:space="0" w:color="BCBEC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CBEC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BCBEC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CBEC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BCBEC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EE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EE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Stednmka1zvraznn1">
    <w:name w:val="Medium Grid 1 Accent 1"/>
    <w:basedOn w:val="Normlntabulka"/>
    <w:uiPriority w:val="67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1545A"/>
        <w:left w:val="single" w:sz="8" w:space="0" w:color="F1545A"/>
        <w:bottom w:val="single" w:sz="8" w:space="0" w:color="F1545A"/>
        <w:right w:val="single" w:sz="8" w:space="0" w:color="F1545A"/>
        <w:insideH w:val="single" w:sz="8" w:space="0" w:color="F1545A"/>
        <w:insideV w:val="single" w:sz="8" w:space="0" w:color="F1545A"/>
      </w:tblBorders>
    </w:tblPr>
    <w:tcPr>
      <w:shd w:val="clear" w:color="auto" w:fill="FAC6C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54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8D91"/>
      </w:tcPr>
    </w:tblStylePr>
    <w:tblStylePr w:type="band1Horz">
      <w:tblPr/>
      <w:tcPr>
        <w:shd w:val="clear" w:color="auto" w:fill="F68D91"/>
      </w:tcPr>
    </w:tblStylePr>
  </w:style>
  <w:style w:type="table" w:styleId="Stednmka1zvraznn2">
    <w:name w:val="Medium Grid 1 Accent 2"/>
    <w:basedOn w:val="Normlntabulka"/>
    <w:uiPriority w:val="67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A28C"/>
        <w:left w:val="single" w:sz="8" w:space="0" w:color="F7A28C"/>
        <w:bottom w:val="single" w:sz="8" w:space="0" w:color="F7A28C"/>
        <w:right w:val="single" w:sz="8" w:space="0" w:color="F7A28C"/>
        <w:insideH w:val="single" w:sz="8" w:space="0" w:color="F7A28C"/>
        <w:insideV w:val="single" w:sz="8" w:space="0" w:color="F7A28C"/>
      </w:tblBorders>
    </w:tblPr>
    <w:tcPr>
      <w:shd w:val="clear" w:color="auto" w:fill="FCE0D9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A28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1B2"/>
      </w:tcPr>
    </w:tblStylePr>
    <w:tblStylePr w:type="band1Horz">
      <w:tblPr/>
      <w:tcPr>
        <w:shd w:val="clear" w:color="auto" w:fill="FAC1B2"/>
      </w:tcPr>
    </w:tblStylePr>
  </w:style>
  <w:style w:type="table" w:styleId="Stednmka1zvraznn3">
    <w:name w:val="Medium Grid 1 Accent 3"/>
    <w:basedOn w:val="Normlntabulka"/>
    <w:uiPriority w:val="67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CCEBD"/>
        <w:left w:val="single" w:sz="8" w:space="0" w:color="FCCEBD"/>
        <w:bottom w:val="single" w:sz="8" w:space="0" w:color="FCCEBD"/>
        <w:right w:val="single" w:sz="8" w:space="0" w:color="FCCEBD"/>
        <w:insideH w:val="single" w:sz="8" w:space="0" w:color="FCCEBD"/>
        <w:insideV w:val="single" w:sz="8" w:space="0" w:color="FCCEBD"/>
      </w:tblBorders>
    </w:tblPr>
    <w:tcPr>
      <w:shd w:val="clear" w:color="auto" w:fill="FEEEE9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E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D3"/>
      </w:tcPr>
    </w:tblStylePr>
    <w:tblStylePr w:type="band1Horz">
      <w:tblPr/>
      <w:tcPr>
        <w:shd w:val="clear" w:color="auto" w:fill="FDDED3"/>
      </w:tcPr>
    </w:tblStylePr>
  </w:style>
  <w:style w:type="table" w:styleId="Stednmka1zvraznn4">
    <w:name w:val="Medium Grid 1 Accent 4"/>
    <w:basedOn w:val="Normlntabulka"/>
    <w:uiPriority w:val="67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7071"/>
        <w:left w:val="single" w:sz="8" w:space="0" w:color="707071"/>
        <w:bottom w:val="single" w:sz="8" w:space="0" w:color="707071"/>
        <w:right w:val="single" w:sz="8" w:space="0" w:color="707071"/>
        <w:insideH w:val="single" w:sz="8" w:space="0" w:color="707071"/>
        <w:insideV w:val="single" w:sz="8" w:space="0" w:color="707071"/>
      </w:tblBorders>
    </w:tblPr>
    <w:tcPr>
      <w:shd w:val="clear" w:color="auto" w:fill="CFCF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70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A1"/>
      </w:tcPr>
    </w:tblStylePr>
    <w:tblStylePr w:type="band1Horz">
      <w:tblPr/>
      <w:tcPr>
        <w:shd w:val="clear" w:color="auto" w:fill="9F9FA1"/>
      </w:tcPr>
    </w:tblStylePr>
  </w:style>
  <w:style w:type="table" w:styleId="Stednmka1zvraznn5">
    <w:name w:val="Medium Grid 1 Accent 5"/>
    <w:basedOn w:val="Normlntabulka"/>
    <w:uiPriority w:val="67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A1A3"/>
        <w:left w:val="single" w:sz="8" w:space="0" w:color="9FA1A3"/>
        <w:bottom w:val="single" w:sz="8" w:space="0" w:color="9FA1A3"/>
        <w:right w:val="single" w:sz="8" w:space="0" w:color="9FA1A3"/>
        <w:insideH w:val="single" w:sz="8" w:space="0" w:color="9FA1A3"/>
        <w:insideV w:val="single" w:sz="8" w:space="0" w:color="9FA1A3"/>
      </w:tblBorders>
    </w:tblPr>
    <w:tcPr>
      <w:shd w:val="clear" w:color="auto" w:fill="DFE0E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A1A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0C2"/>
      </w:tcPr>
    </w:tblStylePr>
    <w:tblStylePr w:type="band1Horz">
      <w:tblPr/>
      <w:tcPr>
        <w:shd w:val="clear" w:color="auto" w:fill="BFC0C2"/>
      </w:tcPr>
    </w:tblStylePr>
  </w:style>
  <w:style w:type="table" w:styleId="Stednmka1zvraznn6">
    <w:name w:val="Medium Grid 1 Accent 6"/>
    <w:basedOn w:val="Normlntabulka"/>
    <w:uiPriority w:val="67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CCECF"/>
        <w:left w:val="single" w:sz="8" w:space="0" w:color="CCCECF"/>
        <w:bottom w:val="single" w:sz="8" w:space="0" w:color="CCCECF"/>
        <w:right w:val="single" w:sz="8" w:space="0" w:color="CCCECF"/>
        <w:insideH w:val="single" w:sz="8" w:space="0" w:color="CCCECF"/>
        <w:insideV w:val="single" w:sz="8" w:space="0" w:color="CCCECF"/>
      </w:tblBorders>
    </w:tblPr>
    <w:tcPr>
      <w:shd w:val="clear" w:color="auto" w:fill="EEEEE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CEC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EDF"/>
      </w:tcPr>
    </w:tblStylePr>
    <w:tblStylePr w:type="band1Horz">
      <w:tblPr/>
      <w:tcPr>
        <w:shd w:val="clear" w:color="auto" w:fill="DDDEDF"/>
      </w:tcPr>
    </w:tblStylePr>
  </w:style>
  <w:style w:type="table" w:styleId="Stednmka2">
    <w:name w:val="Medium Grid 2"/>
    <w:basedOn w:val="Normlntabulka"/>
    <w:uiPriority w:val="68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Stednmka2zvraznn1">
    <w:name w:val="Medium Grid 2 Accent 1"/>
    <w:basedOn w:val="Normlntabulka"/>
    <w:uiPriority w:val="68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1C24"/>
        <w:left w:val="single" w:sz="8" w:space="0" w:color="ED1C24"/>
        <w:bottom w:val="single" w:sz="8" w:space="0" w:color="ED1C24"/>
        <w:right w:val="single" w:sz="8" w:space="0" w:color="ED1C24"/>
        <w:insideH w:val="single" w:sz="8" w:space="0" w:color="ED1C24"/>
        <w:insideV w:val="single" w:sz="8" w:space="0" w:color="ED1C24"/>
      </w:tblBorders>
    </w:tblPr>
    <w:tcPr>
      <w:shd w:val="clear" w:color="auto" w:fill="FAC6C8"/>
    </w:tcPr>
    <w:tblStylePr w:type="firstRow">
      <w:rPr>
        <w:b/>
        <w:bCs/>
        <w:color w:val="000000"/>
      </w:rPr>
      <w:tblPr/>
      <w:tcPr>
        <w:shd w:val="clear" w:color="auto" w:fill="FDE8E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1D2"/>
      </w:tcPr>
    </w:tblStylePr>
    <w:tblStylePr w:type="band1Vert">
      <w:tblPr/>
      <w:tcPr>
        <w:shd w:val="clear" w:color="auto" w:fill="F68D91"/>
      </w:tcPr>
    </w:tblStylePr>
    <w:tblStylePr w:type="band1Horz">
      <w:tblPr/>
      <w:tcPr>
        <w:tcBorders>
          <w:insideH w:val="single" w:sz="6" w:space="0" w:color="ED1C24"/>
          <w:insideV w:val="single" w:sz="6" w:space="0" w:color="ED1C24"/>
        </w:tcBorders>
        <w:shd w:val="clear" w:color="auto" w:fill="F68D91"/>
      </w:tcPr>
    </w:tblStylePr>
    <w:tblStylePr w:type="nwCell">
      <w:tblPr/>
      <w:tcPr>
        <w:shd w:val="clear" w:color="auto" w:fill="FFFFFF"/>
      </w:tcPr>
    </w:tblStylePr>
  </w:style>
  <w:style w:type="table" w:styleId="Stednmka2zvraznn2">
    <w:name w:val="Medium Grid 2 Accent 2"/>
    <w:basedOn w:val="Normlntabulka"/>
    <w:uiPriority w:val="68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58466"/>
        <w:left w:val="single" w:sz="8" w:space="0" w:color="F58466"/>
        <w:bottom w:val="single" w:sz="8" w:space="0" w:color="F58466"/>
        <w:right w:val="single" w:sz="8" w:space="0" w:color="F58466"/>
        <w:insideH w:val="single" w:sz="8" w:space="0" w:color="F58466"/>
        <w:insideV w:val="single" w:sz="8" w:space="0" w:color="F58466"/>
      </w:tblBorders>
    </w:tblPr>
    <w:tcPr>
      <w:shd w:val="clear" w:color="auto" w:fill="FCE0D9"/>
    </w:tcPr>
    <w:tblStylePr w:type="firstRow">
      <w:rPr>
        <w:b/>
        <w:bCs/>
        <w:color w:val="000000"/>
      </w:rPr>
      <w:tblPr/>
      <w:tcPr>
        <w:shd w:val="clear" w:color="auto" w:fill="FEF2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6E0"/>
      </w:tcPr>
    </w:tblStylePr>
    <w:tblStylePr w:type="band1Vert">
      <w:tblPr/>
      <w:tcPr>
        <w:shd w:val="clear" w:color="auto" w:fill="FAC1B2"/>
      </w:tcPr>
    </w:tblStylePr>
    <w:tblStylePr w:type="band1Horz">
      <w:tblPr/>
      <w:tcPr>
        <w:tcBorders>
          <w:insideH w:val="single" w:sz="6" w:space="0" w:color="F58466"/>
          <w:insideV w:val="single" w:sz="6" w:space="0" w:color="F58466"/>
        </w:tcBorders>
        <w:shd w:val="clear" w:color="auto" w:fill="FAC1B2"/>
      </w:tcPr>
    </w:tblStylePr>
    <w:tblStylePr w:type="nwCell">
      <w:tblPr/>
      <w:tcPr>
        <w:shd w:val="clear" w:color="auto" w:fill="FFFFFF"/>
      </w:tcPr>
    </w:tblStylePr>
  </w:style>
  <w:style w:type="table" w:styleId="Stednmka2zvraznn3">
    <w:name w:val="Medium Grid 2 Accent 3"/>
    <w:basedOn w:val="Normlntabulka"/>
    <w:uiPriority w:val="68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BBEA8"/>
        <w:left w:val="single" w:sz="8" w:space="0" w:color="FBBEA8"/>
        <w:bottom w:val="single" w:sz="8" w:space="0" w:color="FBBEA8"/>
        <w:right w:val="single" w:sz="8" w:space="0" w:color="FBBEA8"/>
        <w:insideH w:val="single" w:sz="8" w:space="0" w:color="FBBEA8"/>
        <w:insideV w:val="single" w:sz="8" w:space="0" w:color="FBBEA8"/>
      </w:tblBorders>
    </w:tblPr>
    <w:tcPr>
      <w:shd w:val="clear" w:color="auto" w:fill="FEEEE9"/>
    </w:tcPr>
    <w:tblStylePr w:type="firstRow">
      <w:rPr>
        <w:b/>
        <w:bCs/>
        <w:color w:val="000000"/>
      </w:rPr>
      <w:tblPr/>
      <w:tcPr>
        <w:shd w:val="clear" w:color="auto" w:fill="FEF8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1ED"/>
      </w:tcPr>
    </w:tblStylePr>
    <w:tblStylePr w:type="band1Vert">
      <w:tblPr/>
      <w:tcPr>
        <w:shd w:val="clear" w:color="auto" w:fill="FDDED3"/>
      </w:tcPr>
    </w:tblStylePr>
    <w:tblStylePr w:type="band1Horz">
      <w:tblPr/>
      <w:tcPr>
        <w:tcBorders>
          <w:insideH w:val="single" w:sz="6" w:space="0" w:color="FBBEA8"/>
          <w:insideV w:val="single" w:sz="6" w:space="0" w:color="FBBEA8"/>
        </w:tcBorders>
        <w:shd w:val="clear" w:color="auto" w:fill="FDDED3"/>
      </w:tcPr>
    </w:tblStylePr>
    <w:tblStylePr w:type="nwCell">
      <w:tblPr/>
      <w:tcPr>
        <w:shd w:val="clear" w:color="auto" w:fill="FFFFFF"/>
      </w:tcPr>
    </w:tblStylePr>
  </w:style>
  <w:style w:type="table" w:styleId="Stednmka2zvraznn4">
    <w:name w:val="Medium Grid 2 Accent 4"/>
    <w:basedOn w:val="Normlntabulka"/>
    <w:uiPriority w:val="68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14142"/>
        <w:left w:val="single" w:sz="8" w:space="0" w:color="414142"/>
        <w:bottom w:val="single" w:sz="8" w:space="0" w:color="414142"/>
        <w:right w:val="single" w:sz="8" w:space="0" w:color="414142"/>
        <w:insideH w:val="single" w:sz="8" w:space="0" w:color="414142"/>
        <w:insideV w:val="single" w:sz="8" w:space="0" w:color="414142"/>
      </w:tblBorders>
    </w:tblPr>
    <w:tcPr>
      <w:shd w:val="clear" w:color="auto" w:fill="CFCFD0"/>
    </w:tcPr>
    <w:tblStylePr w:type="firstRow">
      <w:rPr>
        <w:b/>
        <w:bCs/>
        <w:color w:val="000000"/>
      </w:rPr>
      <w:tblPr/>
      <w:tcPr>
        <w:shd w:val="clear" w:color="auto" w:fill="ECEC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/>
      </w:tcPr>
    </w:tblStylePr>
    <w:tblStylePr w:type="band1Vert">
      <w:tblPr/>
      <w:tcPr>
        <w:shd w:val="clear" w:color="auto" w:fill="9F9FA1"/>
      </w:tcPr>
    </w:tblStylePr>
    <w:tblStylePr w:type="band1Horz">
      <w:tblPr/>
      <w:tcPr>
        <w:tcBorders>
          <w:insideH w:val="single" w:sz="6" w:space="0" w:color="414142"/>
          <w:insideV w:val="single" w:sz="6" w:space="0" w:color="414142"/>
        </w:tcBorders>
        <w:shd w:val="clear" w:color="auto" w:fill="9F9FA1"/>
      </w:tcPr>
    </w:tblStylePr>
    <w:tblStylePr w:type="nwCell">
      <w:tblPr/>
      <w:tcPr>
        <w:shd w:val="clear" w:color="auto" w:fill="FFFFFF"/>
      </w:tcPr>
    </w:tblStylePr>
  </w:style>
  <w:style w:type="table" w:styleId="Stednmka2zvraznn5">
    <w:name w:val="Medium Grid 2 Accent 5"/>
    <w:basedOn w:val="Normlntabulka"/>
    <w:uiPriority w:val="68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8285"/>
        <w:left w:val="single" w:sz="8" w:space="0" w:color="808285"/>
        <w:bottom w:val="single" w:sz="8" w:space="0" w:color="808285"/>
        <w:right w:val="single" w:sz="8" w:space="0" w:color="808285"/>
        <w:insideH w:val="single" w:sz="8" w:space="0" w:color="808285"/>
        <w:insideV w:val="single" w:sz="8" w:space="0" w:color="808285"/>
      </w:tblBorders>
    </w:tblPr>
    <w:tcPr>
      <w:shd w:val="clear" w:color="auto" w:fill="DFE0E0"/>
    </w:tcPr>
    <w:tblStylePr w:type="firstRow">
      <w:rPr>
        <w:b/>
        <w:bCs/>
        <w:color w:val="000000"/>
      </w:rPr>
      <w:tblPr/>
      <w:tcPr>
        <w:shd w:val="clear" w:color="auto" w:fill="F2F2F3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6"/>
      </w:tcPr>
    </w:tblStylePr>
    <w:tblStylePr w:type="band1Vert">
      <w:tblPr/>
      <w:tcPr>
        <w:shd w:val="clear" w:color="auto" w:fill="BFC0C2"/>
      </w:tcPr>
    </w:tblStylePr>
    <w:tblStylePr w:type="band1Horz">
      <w:tblPr/>
      <w:tcPr>
        <w:tcBorders>
          <w:insideH w:val="single" w:sz="6" w:space="0" w:color="808285"/>
          <w:insideV w:val="single" w:sz="6" w:space="0" w:color="808285"/>
        </w:tcBorders>
        <w:shd w:val="clear" w:color="auto" w:fill="BFC0C2"/>
      </w:tcPr>
    </w:tblStylePr>
    <w:tblStylePr w:type="nwCell">
      <w:tblPr/>
      <w:tcPr>
        <w:shd w:val="clear" w:color="auto" w:fill="FFFFFF"/>
      </w:tcPr>
    </w:tblStylePr>
  </w:style>
  <w:style w:type="table" w:styleId="Stednmka2zvraznn6">
    <w:name w:val="Medium Grid 2 Accent 6"/>
    <w:basedOn w:val="Normlntabulka"/>
    <w:uiPriority w:val="68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CBEC0"/>
        <w:left w:val="single" w:sz="8" w:space="0" w:color="BCBEC0"/>
        <w:bottom w:val="single" w:sz="8" w:space="0" w:color="BCBEC0"/>
        <w:right w:val="single" w:sz="8" w:space="0" w:color="BCBEC0"/>
        <w:insideH w:val="single" w:sz="8" w:space="0" w:color="BCBEC0"/>
        <w:insideV w:val="single" w:sz="8" w:space="0" w:color="BCBEC0"/>
      </w:tblBorders>
    </w:tblPr>
    <w:tcPr>
      <w:shd w:val="clear" w:color="auto" w:fill="EEEEEF"/>
    </w:tcPr>
    <w:tblStylePr w:type="firstRow">
      <w:rPr>
        <w:b/>
        <w:bCs/>
        <w:color w:val="000000"/>
      </w:rPr>
      <w:tblPr/>
      <w:tcPr>
        <w:shd w:val="clear" w:color="auto" w:fill="F8F8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1F2"/>
      </w:tcPr>
    </w:tblStylePr>
    <w:tblStylePr w:type="band1Vert">
      <w:tblPr/>
      <w:tcPr>
        <w:shd w:val="clear" w:color="auto" w:fill="DDDEDF"/>
      </w:tcPr>
    </w:tblStylePr>
    <w:tblStylePr w:type="band1Horz">
      <w:tblPr/>
      <w:tcPr>
        <w:tcBorders>
          <w:insideH w:val="single" w:sz="6" w:space="0" w:color="BCBEC0"/>
          <w:insideV w:val="single" w:sz="6" w:space="0" w:color="BCBEC0"/>
        </w:tcBorders>
        <w:shd w:val="clear" w:color="auto" w:fill="DDDEDF"/>
      </w:tcPr>
    </w:tblStylePr>
    <w:tblStylePr w:type="nwCell">
      <w:tblPr/>
      <w:tcPr>
        <w:shd w:val="clear" w:color="auto" w:fill="FFFFFF"/>
      </w:tcPr>
    </w:tblStylePr>
  </w:style>
  <w:style w:type="table" w:styleId="Stednmka3">
    <w:name w:val="Medium Grid 3"/>
    <w:basedOn w:val="Normlntabulka"/>
    <w:uiPriority w:val="69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Stednmka3zvraznn1">
    <w:name w:val="Medium Grid 3 Accent 1"/>
    <w:basedOn w:val="Normlntabulka"/>
    <w:uiPriority w:val="69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C6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1C2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1C2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1C2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1C2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8D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8D91"/>
      </w:tcPr>
    </w:tblStylePr>
  </w:style>
  <w:style w:type="table" w:styleId="Stednmka3zvraznn2">
    <w:name w:val="Medium Grid 3 Accent 2"/>
    <w:basedOn w:val="Normlntabulka"/>
    <w:uiPriority w:val="69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CE0D9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5846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5846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5846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5846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AC1B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AC1B2"/>
      </w:tcPr>
    </w:tblStylePr>
  </w:style>
  <w:style w:type="table" w:styleId="Stednmka3zvraznn3">
    <w:name w:val="Medium Grid 3 Accent 3"/>
    <w:basedOn w:val="Normlntabulka"/>
    <w:uiPriority w:val="69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EEEE9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BBEA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BBEA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BBEA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BBEA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DDED3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DDED3"/>
      </w:tcPr>
    </w:tblStylePr>
  </w:style>
  <w:style w:type="table" w:styleId="Stednmka3zvraznn4">
    <w:name w:val="Medium Grid 3 Accent 4"/>
    <w:basedOn w:val="Normlntabulka"/>
    <w:uiPriority w:val="69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FCF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1414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1414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1414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1414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F9FA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F9FA1"/>
      </w:tcPr>
    </w:tblStylePr>
  </w:style>
  <w:style w:type="table" w:styleId="Stednmka3zvraznn5">
    <w:name w:val="Medium Grid 3 Accent 5"/>
    <w:basedOn w:val="Normlntabulka"/>
    <w:uiPriority w:val="69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E0E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828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828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828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828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C0C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C0C2"/>
      </w:tcPr>
    </w:tblStylePr>
  </w:style>
  <w:style w:type="table" w:styleId="Stednmka3zvraznn6">
    <w:name w:val="Medium Grid 3 Accent 6"/>
    <w:basedOn w:val="Normlntabulka"/>
    <w:uiPriority w:val="69"/>
    <w:rsid w:val="00A142E1"/>
    <w:rPr>
      <w:rFonts w:ascii="Arial" w:hAnsi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EEEE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CBEC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CBEC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BCBEC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BCBEC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DDED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DDEDF"/>
      </w:tcPr>
    </w:tblStylePr>
  </w:style>
  <w:style w:type="table" w:styleId="Tmavseznam">
    <w:name w:val="Dark List"/>
    <w:basedOn w:val="Normlntabulka"/>
    <w:uiPriority w:val="70"/>
    <w:rsid w:val="00A142E1"/>
    <w:rPr>
      <w:rFonts w:ascii="Arial" w:hAnsi="Arial"/>
      <w:color w:val="FFFFFF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Tmavseznamzvraznn1">
    <w:name w:val="Dark List Accent 1"/>
    <w:basedOn w:val="Normlntabulka"/>
    <w:uiPriority w:val="70"/>
    <w:rsid w:val="00A142E1"/>
    <w:rPr>
      <w:rFonts w:ascii="Arial" w:hAnsi="Arial"/>
      <w:color w:val="FFFFFF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D1C2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9090D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70E1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70E1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/>
      </w:tcPr>
    </w:tblStylePr>
  </w:style>
  <w:style w:type="table" w:styleId="Tmavseznamzvraznn2">
    <w:name w:val="Dark List Accent 2"/>
    <w:basedOn w:val="Normlntabulka"/>
    <w:uiPriority w:val="70"/>
    <w:rsid w:val="00A142E1"/>
    <w:rPr>
      <w:rFonts w:ascii="Arial" w:hAnsi="Arial"/>
      <w:color w:val="FFFFFF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5846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A22A0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F411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F411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/>
      </w:tcPr>
    </w:tblStylePr>
  </w:style>
  <w:style w:type="table" w:styleId="Tmavseznamzvraznn3">
    <w:name w:val="Dark List Accent 3"/>
    <w:basedOn w:val="Normlntabulka"/>
    <w:uiPriority w:val="70"/>
    <w:rsid w:val="00A142E1"/>
    <w:rPr>
      <w:rFonts w:ascii="Arial" w:hAnsi="Arial"/>
      <w:color w:val="FFFFFF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BBEA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C73B09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F67243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F67243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724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7243"/>
      </w:tcPr>
    </w:tblStylePr>
  </w:style>
  <w:style w:type="table" w:styleId="Tmavseznamzvraznn4">
    <w:name w:val="Dark List Accent 4"/>
    <w:basedOn w:val="Normlntabulka"/>
    <w:uiPriority w:val="70"/>
    <w:rsid w:val="00A142E1"/>
    <w:rPr>
      <w:rFonts w:ascii="Arial" w:hAnsi="Arial"/>
      <w:color w:val="FFFFFF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41414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202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0303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0303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/>
      </w:tcPr>
    </w:tblStylePr>
  </w:style>
  <w:style w:type="table" w:styleId="Tmavseznamzvraznn5">
    <w:name w:val="Dark List Accent 5"/>
    <w:basedOn w:val="Normlntabulka"/>
    <w:uiPriority w:val="70"/>
    <w:rsid w:val="00A142E1"/>
    <w:rPr>
      <w:rFonts w:ascii="Arial" w:hAnsi="Arial"/>
      <w:color w:val="FFFFFF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80828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404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6163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6163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616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6163"/>
      </w:tcPr>
    </w:tblStylePr>
  </w:style>
  <w:style w:type="table" w:styleId="Tmavseznamzvraznn6">
    <w:name w:val="Dark List Accent 6"/>
    <w:basedOn w:val="Normlntabulka"/>
    <w:uiPriority w:val="70"/>
    <w:rsid w:val="00A142E1"/>
    <w:rPr>
      <w:rFonts w:ascii="Arial" w:hAnsi="Arial"/>
      <w:color w:val="FFFFFF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BCBEC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B5E6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8A8E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8A8E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8E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8E91"/>
      </w:tcPr>
    </w:tblStylePr>
  </w:style>
  <w:style w:type="table" w:styleId="Barevnstnovn">
    <w:name w:val="Colorful Shading"/>
    <w:basedOn w:val="Normlntabulka"/>
    <w:uiPriority w:val="71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58466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46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Barevnstnovnzvraznn1">
    <w:name w:val="Colorful Shading Accent 1"/>
    <w:basedOn w:val="Normlntabulka"/>
    <w:uiPriority w:val="71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58466"/>
        <w:left w:val="single" w:sz="4" w:space="0" w:color="ED1C24"/>
        <w:bottom w:val="single" w:sz="4" w:space="0" w:color="ED1C24"/>
        <w:right w:val="single" w:sz="4" w:space="0" w:color="ED1C24"/>
        <w:insideH w:val="single" w:sz="4" w:space="0" w:color="FFFFFF"/>
        <w:insideV w:val="single" w:sz="4" w:space="0" w:color="FFFFFF"/>
      </w:tblBorders>
    </w:tblPr>
    <w:tcPr>
      <w:shd w:val="clear" w:color="auto" w:fill="FDE8E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46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30B1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30B10"/>
          <w:insideV w:val="nil"/>
        </w:tcBorders>
        <w:shd w:val="clear" w:color="auto" w:fill="930B1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0B10"/>
      </w:tcPr>
    </w:tblStylePr>
    <w:tblStylePr w:type="band1Vert">
      <w:tblPr/>
      <w:tcPr>
        <w:shd w:val="clear" w:color="auto" w:fill="F7A4A7"/>
      </w:tcPr>
    </w:tblStylePr>
    <w:tblStylePr w:type="band1Horz">
      <w:tblPr/>
      <w:tcPr>
        <w:shd w:val="clear" w:color="auto" w:fill="F68D9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Barevnstnovnzvraznn2">
    <w:name w:val="Colorful Shading Accent 2"/>
    <w:basedOn w:val="Normlntabulka"/>
    <w:uiPriority w:val="71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58466"/>
        <w:left w:val="single" w:sz="4" w:space="0" w:color="F58466"/>
        <w:bottom w:val="single" w:sz="4" w:space="0" w:color="F58466"/>
        <w:right w:val="single" w:sz="4" w:space="0" w:color="F58466"/>
        <w:insideH w:val="single" w:sz="4" w:space="0" w:color="FFFFFF"/>
        <w:insideV w:val="single" w:sz="4" w:space="0" w:color="FFFFFF"/>
      </w:tblBorders>
    </w:tblPr>
    <w:tcPr>
      <w:shd w:val="clear" w:color="auto" w:fill="FEF2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46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C3320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C3320C"/>
          <w:insideV w:val="nil"/>
        </w:tcBorders>
        <w:shd w:val="clear" w:color="auto" w:fill="C3320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320C"/>
      </w:tcPr>
    </w:tblStylePr>
    <w:tblStylePr w:type="band1Vert">
      <w:tblPr/>
      <w:tcPr>
        <w:shd w:val="clear" w:color="auto" w:fill="FBCDC1"/>
      </w:tcPr>
    </w:tblStylePr>
    <w:tblStylePr w:type="band1Horz">
      <w:tblPr/>
      <w:tcPr>
        <w:shd w:val="clear" w:color="auto" w:fill="FAC1B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Barevnstnovnzvraznn3">
    <w:name w:val="Colorful Shading Accent 3"/>
    <w:basedOn w:val="Normlntabulka"/>
    <w:uiPriority w:val="71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14142"/>
        <w:left w:val="single" w:sz="4" w:space="0" w:color="FBBEA8"/>
        <w:bottom w:val="single" w:sz="4" w:space="0" w:color="FBBEA8"/>
        <w:right w:val="single" w:sz="4" w:space="0" w:color="FBBEA8"/>
        <w:insideH w:val="single" w:sz="4" w:space="0" w:color="FFFFFF"/>
        <w:insideV w:val="single" w:sz="4" w:space="0" w:color="FFFFFF"/>
      </w:tblBorders>
    </w:tblPr>
    <w:tcPr>
      <w:shd w:val="clear" w:color="auto" w:fill="FEF8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1414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F0470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F0470B"/>
          <w:insideV w:val="nil"/>
        </w:tcBorders>
        <w:shd w:val="clear" w:color="auto" w:fill="F0470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470B"/>
      </w:tcPr>
    </w:tblStylePr>
    <w:tblStylePr w:type="band1Vert">
      <w:tblPr/>
      <w:tcPr>
        <w:shd w:val="clear" w:color="auto" w:fill="FDE4DB"/>
      </w:tcPr>
    </w:tblStylePr>
    <w:tblStylePr w:type="band1Horz">
      <w:tblPr/>
      <w:tcPr>
        <w:shd w:val="clear" w:color="auto" w:fill="FDDED3"/>
      </w:tcPr>
    </w:tblStylePr>
  </w:style>
  <w:style w:type="table" w:styleId="Barevnstnovnzvraznn4">
    <w:name w:val="Colorful Shading Accent 4"/>
    <w:basedOn w:val="Normlntabulka"/>
    <w:uiPriority w:val="71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BBEA8"/>
        <w:left w:val="single" w:sz="4" w:space="0" w:color="414142"/>
        <w:bottom w:val="single" w:sz="4" w:space="0" w:color="414142"/>
        <w:right w:val="single" w:sz="4" w:space="0" w:color="414142"/>
        <w:insideH w:val="single" w:sz="4" w:space="0" w:color="FFFFFF"/>
        <w:insideV w:val="single" w:sz="4" w:space="0" w:color="FFFFFF"/>
      </w:tblBorders>
    </w:tblPr>
    <w:tcPr>
      <w:shd w:val="clear" w:color="auto" w:fill="ECEC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BEA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2727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2727"/>
          <w:insideV w:val="nil"/>
        </w:tcBorders>
        <w:shd w:val="clear" w:color="auto" w:fill="272727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2727"/>
      </w:tcPr>
    </w:tblStylePr>
    <w:tblStylePr w:type="band1Vert">
      <w:tblPr/>
      <w:tcPr>
        <w:shd w:val="clear" w:color="auto" w:fill="B2B2B3"/>
      </w:tcPr>
    </w:tblStylePr>
    <w:tblStylePr w:type="band1Horz">
      <w:tblPr/>
      <w:tcPr>
        <w:shd w:val="clear" w:color="auto" w:fill="9F9FA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Barevnstnovnzvraznn5">
    <w:name w:val="Colorful Shading Accent 5"/>
    <w:basedOn w:val="Normlntabulka"/>
    <w:uiPriority w:val="71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BCBEC0"/>
        <w:left w:val="single" w:sz="4" w:space="0" w:color="808285"/>
        <w:bottom w:val="single" w:sz="4" w:space="0" w:color="808285"/>
        <w:right w:val="single" w:sz="4" w:space="0" w:color="808285"/>
        <w:insideH w:val="single" w:sz="4" w:space="0" w:color="FFFFFF"/>
        <w:insideV w:val="single" w:sz="4" w:space="0" w:color="FFFFFF"/>
      </w:tblBorders>
    </w:tblPr>
    <w:tcPr>
      <w:shd w:val="clear" w:color="auto" w:fill="F2F2F3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CBEC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4D4F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4D4F"/>
          <w:insideV w:val="nil"/>
        </w:tcBorders>
        <w:shd w:val="clear" w:color="auto" w:fill="4C4D4F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D4F"/>
      </w:tcPr>
    </w:tblStylePr>
    <w:tblStylePr w:type="band1Vert">
      <w:tblPr/>
      <w:tcPr>
        <w:shd w:val="clear" w:color="auto" w:fill="CCCCCE"/>
      </w:tcPr>
    </w:tblStylePr>
    <w:tblStylePr w:type="band1Horz">
      <w:tblPr/>
      <w:tcPr>
        <w:shd w:val="clear" w:color="auto" w:fill="BFC0C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Barevnstnovnzvraznn6">
    <w:name w:val="Colorful Shading Accent 6"/>
    <w:basedOn w:val="Normlntabulka"/>
    <w:uiPriority w:val="71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808285"/>
        <w:left w:val="single" w:sz="4" w:space="0" w:color="BCBEC0"/>
        <w:bottom w:val="single" w:sz="4" w:space="0" w:color="BCBEC0"/>
        <w:right w:val="single" w:sz="4" w:space="0" w:color="BCBEC0"/>
        <w:insideH w:val="single" w:sz="4" w:space="0" w:color="FFFFFF"/>
        <w:insideV w:val="single" w:sz="4" w:space="0" w:color="FFFFFF"/>
      </w:tblBorders>
    </w:tblPr>
    <w:tcPr>
      <w:shd w:val="clear" w:color="auto" w:fill="F8F8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28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E717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E7175"/>
          <w:insideV w:val="nil"/>
        </w:tcBorders>
        <w:shd w:val="clear" w:color="auto" w:fill="6E7175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175"/>
      </w:tcPr>
    </w:tblStylePr>
    <w:tblStylePr w:type="band1Vert">
      <w:tblPr/>
      <w:tcPr>
        <w:shd w:val="clear" w:color="auto" w:fill="E4E4E5"/>
      </w:tcPr>
    </w:tblStylePr>
    <w:tblStylePr w:type="band1Horz">
      <w:tblPr/>
      <w:tcPr>
        <w:shd w:val="clear" w:color="auto" w:fill="DDDED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Barevnseznam">
    <w:name w:val="Colorful List"/>
    <w:basedOn w:val="Normlntabulka"/>
    <w:uiPriority w:val="72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04E24"/>
      </w:tcPr>
    </w:tblStylePr>
    <w:tblStylePr w:type="lastRow">
      <w:rPr>
        <w:b/>
        <w:bCs/>
        <w:color w:val="F04E2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Barevnseznamzvraznn1">
    <w:name w:val="Colorful List Accent 1"/>
    <w:basedOn w:val="Normlntabulka"/>
    <w:uiPriority w:val="72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DE8E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04E24"/>
      </w:tcPr>
    </w:tblStylePr>
    <w:tblStylePr w:type="lastRow">
      <w:rPr>
        <w:b/>
        <w:bCs/>
        <w:color w:val="F04E2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6C8"/>
      </w:tcPr>
    </w:tblStylePr>
    <w:tblStylePr w:type="band1Horz">
      <w:tblPr/>
      <w:tcPr>
        <w:shd w:val="clear" w:color="auto" w:fill="FBD1D2"/>
      </w:tcPr>
    </w:tblStylePr>
  </w:style>
  <w:style w:type="table" w:styleId="Barevnseznamzvraznn2">
    <w:name w:val="Colorful List Accent 2"/>
    <w:basedOn w:val="Normlntabulka"/>
    <w:uiPriority w:val="72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EF2E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04E24"/>
      </w:tcPr>
    </w:tblStylePr>
    <w:tblStylePr w:type="lastRow">
      <w:rPr>
        <w:b/>
        <w:bCs/>
        <w:color w:val="F04E2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0D9"/>
      </w:tcPr>
    </w:tblStylePr>
    <w:tblStylePr w:type="band1Horz">
      <w:tblPr/>
      <w:tcPr>
        <w:shd w:val="clear" w:color="auto" w:fill="FDE6E0"/>
      </w:tcPr>
    </w:tblStylePr>
  </w:style>
  <w:style w:type="table" w:styleId="Barevnseznamzvraznn3">
    <w:name w:val="Colorful List Accent 3"/>
    <w:basedOn w:val="Normlntabulka"/>
    <w:uiPriority w:val="72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EF8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3434"/>
      </w:tcPr>
    </w:tblStylePr>
    <w:tblStylePr w:type="lastRow">
      <w:rPr>
        <w:b/>
        <w:bCs/>
        <w:color w:val="34343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EE9"/>
      </w:tcPr>
    </w:tblStylePr>
    <w:tblStylePr w:type="band1Horz">
      <w:tblPr/>
      <w:tcPr>
        <w:shd w:val="clear" w:color="auto" w:fill="FEF1ED"/>
      </w:tcPr>
    </w:tblStylePr>
  </w:style>
  <w:style w:type="table" w:styleId="Barevnseznamzvraznn4">
    <w:name w:val="Colorful List Accent 4"/>
    <w:basedOn w:val="Normlntabulka"/>
    <w:uiPriority w:val="72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CEC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78157"/>
      </w:tcPr>
    </w:tblStylePr>
    <w:tblStylePr w:type="lastRow">
      <w:rPr>
        <w:b/>
        <w:bCs/>
        <w:color w:val="F78157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D0"/>
      </w:tcPr>
    </w:tblStylePr>
    <w:tblStylePr w:type="band1Horz">
      <w:tblPr/>
      <w:tcPr>
        <w:shd w:val="clear" w:color="auto" w:fill="D8D8D9"/>
      </w:tcPr>
    </w:tblStylePr>
  </w:style>
  <w:style w:type="table" w:styleId="Barevnseznamzvraznn5">
    <w:name w:val="Colorful List Accent 5"/>
    <w:basedOn w:val="Normlntabulka"/>
    <w:uiPriority w:val="72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2F2F3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4979B"/>
      </w:tcPr>
    </w:tblStylePr>
    <w:tblStylePr w:type="lastRow">
      <w:rPr>
        <w:b/>
        <w:bCs/>
        <w:color w:val="94979B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0E0"/>
      </w:tcPr>
    </w:tblStylePr>
    <w:tblStylePr w:type="band1Horz">
      <w:tblPr/>
      <w:tcPr>
        <w:shd w:val="clear" w:color="auto" w:fill="E5E5E6"/>
      </w:tcPr>
    </w:tblStylePr>
  </w:style>
  <w:style w:type="table" w:styleId="Barevnseznamzvraznn6">
    <w:name w:val="Colorful List Accent 6"/>
    <w:basedOn w:val="Normlntabulka"/>
    <w:uiPriority w:val="72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8F8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676A"/>
      </w:tcPr>
    </w:tblStylePr>
    <w:tblStylePr w:type="lastRow">
      <w:rPr>
        <w:b/>
        <w:bCs/>
        <w:color w:val="66676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EEF"/>
      </w:tcPr>
    </w:tblStylePr>
    <w:tblStylePr w:type="band1Horz">
      <w:tblPr/>
      <w:tcPr>
        <w:shd w:val="clear" w:color="auto" w:fill="F1F1F2"/>
      </w:tcPr>
    </w:tblStylePr>
  </w:style>
  <w:style w:type="table" w:styleId="Barevnmka">
    <w:name w:val="Colorful Grid"/>
    <w:basedOn w:val="Normlntabulka"/>
    <w:uiPriority w:val="73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Barevnmkazvraznn1">
    <w:name w:val="Colorful Grid Accent 1"/>
    <w:basedOn w:val="Normlntabulka"/>
    <w:uiPriority w:val="73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D1D2"/>
    </w:tcPr>
    <w:tblStylePr w:type="firstRow">
      <w:rPr>
        <w:b/>
        <w:bCs/>
      </w:rPr>
      <w:tblPr/>
      <w:tcPr>
        <w:shd w:val="clear" w:color="auto" w:fill="F7A4A7"/>
      </w:tcPr>
    </w:tblStylePr>
    <w:tblStylePr w:type="lastRow">
      <w:rPr>
        <w:b/>
        <w:bCs/>
        <w:color w:val="000000"/>
      </w:rPr>
      <w:tblPr/>
      <w:tcPr>
        <w:shd w:val="clear" w:color="auto" w:fill="F7A4A7"/>
      </w:tcPr>
    </w:tblStylePr>
    <w:tblStylePr w:type="firstCol">
      <w:rPr>
        <w:color w:val="FFFFFF"/>
      </w:rPr>
      <w:tblPr/>
      <w:tcPr>
        <w:shd w:val="clear" w:color="auto" w:fill="B70E14"/>
      </w:tcPr>
    </w:tblStylePr>
    <w:tblStylePr w:type="lastCol">
      <w:rPr>
        <w:color w:val="FFFFFF"/>
      </w:rPr>
      <w:tblPr/>
      <w:tcPr>
        <w:shd w:val="clear" w:color="auto" w:fill="B70E14"/>
      </w:tcPr>
    </w:tblStylePr>
    <w:tblStylePr w:type="band1Vert">
      <w:tblPr/>
      <w:tcPr>
        <w:shd w:val="clear" w:color="auto" w:fill="F68D91"/>
      </w:tcPr>
    </w:tblStylePr>
    <w:tblStylePr w:type="band1Horz">
      <w:tblPr/>
      <w:tcPr>
        <w:shd w:val="clear" w:color="auto" w:fill="F68D91"/>
      </w:tcPr>
    </w:tblStylePr>
  </w:style>
  <w:style w:type="table" w:styleId="Barevnmkazvraznn2">
    <w:name w:val="Colorful Grid Accent 2"/>
    <w:basedOn w:val="Normlntabulka"/>
    <w:uiPriority w:val="73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6E0"/>
    </w:tcPr>
    <w:tblStylePr w:type="firstRow">
      <w:rPr>
        <w:b/>
        <w:bCs/>
      </w:rPr>
      <w:tblPr/>
      <w:tcPr>
        <w:shd w:val="clear" w:color="auto" w:fill="FBCDC1"/>
      </w:tcPr>
    </w:tblStylePr>
    <w:tblStylePr w:type="lastRow">
      <w:rPr>
        <w:b/>
        <w:bCs/>
        <w:color w:val="000000"/>
      </w:rPr>
      <w:tblPr/>
      <w:tcPr>
        <w:shd w:val="clear" w:color="auto" w:fill="FBCDC1"/>
      </w:tcPr>
    </w:tblStylePr>
    <w:tblStylePr w:type="firstCol">
      <w:rPr>
        <w:color w:val="FFFFFF"/>
      </w:rPr>
      <w:tblPr/>
      <w:tcPr>
        <w:shd w:val="clear" w:color="auto" w:fill="EF4114"/>
      </w:tcPr>
    </w:tblStylePr>
    <w:tblStylePr w:type="lastCol">
      <w:rPr>
        <w:color w:val="FFFFFF"/>
      </w:rPr>
      <w:tblPr/>
      <w:tcPr>
        <w:shd w:val="clear" w:color="auto" w:fill="EF4114"/>
      </w:tcPr>
    </w:tblStylePr>
    <w:tblStylePr w:type="band1Vert">
      <w:tblPr/>
      <w:tcPr>
        <w:shd w:val="clear" w:color="auto" w:fill="FAC1B2"/>
      </w:tcPr>
    </w:tblStylePr>
    <w:tblStylePr w:type="band1Horz">
      <w:tblPr/>
      <w:tcPr>
        <w:shd w:val="clear" w:color="auto" w:fill="FAC1B2"/>
      </w:tcPr>
    </w:tblStylePr>
  </w:style>
  <w:style w:type="table" w:styleId="Barevnmkazvraznn3">
    <w:name w:val="Colorful Grid Accent 3"/>
    <w:basedOn w:val="Normlntabulka"/>
    <w:uiPriority w:val="73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EF1ED"/>
    </w:tcPr>
    <w:tblStylePr w:type="firstRow">
      <w:rPr>
        <w:b/>
        <w:bCs/>
      </w:rPr>
      <w:tblPr/>
      <w:tcPr>
        <w:shd w:val="clear" w:color="auto" w:fill="FDE4DB"/>
      </w:tcPr>
    </w:tblStylePr>
    <w:tblStylePr w:type="lastRow">
      <w:rPr>
        <w:b/>
        <w:bCs/>
        <w:color w:val="000000"/>
      </w:rPr>
      <w:tblPr/>
      <w:tcPr>
        <w:shd w:val="clear" w:color="auto" w:fill="FDE4DB"/>
      </w:tcPr>
    </w:tblStylePr>
    <w:tblStylePr w:type="firstCol">
      <w:rPr>
        <w:color w:val="FFFFFF"/>
      </w:rPr>
      <w:tblPr/>
      <w:tcPr>
        <w:shd w:val="clear" w:color="auto" w:fill="F67243"/>
      </w:tcPr>
    </w:tblStylePr>
    <w:tblStylePr w:type="lastCol">
      <w:rPr>
        <w:color w:val="FFFFFF"/>
      </w:rPr>
      <w:tblPr/>
      <w:tcPr>
        <w:shd w:val="clear" w:color="auto" w:fill="F67243"/>
      </w:tcPr>
    </w:tblStylePr>
    <w:tblStylePr w:type="band1Vert">
      <w:tblPr/>
      <w:tcPr>
        <w:shd w:val="clear" w:color="auto" w:fill="FDDED3"/>
      </w:tcPr>
    </w:tblStylePr>
    <w:tblStylePr w:type="band1Horz">
      <w:tblPr/>
      <w:tcPr>
        <w:shd w:val="clear" w:color="auto" w:fill="FDDED3"/>
      </w:tcPr>
    </w:tblStylePr>
  </w:style>
  <w:style w:type="table" w:styleId="Barevnmkazvraznn4">
    <w:name w:val="Colorful Grid Accent 4"/>
    <w:basedOn w:val="Normlntabulka"/>
    <w:uiPriority w:val="73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8D8D9"/>
    </w:tcPr>
    <w:tblStylePr w:type="firstRow">
      <w:rPr>
        <w:b/>
        <w:bCs/>
      </w:rPr>
      <w:tblPr/>
      <w:tcPr>
        <w:shd w:val="clear" w:color="auto" w:fill="B2B2B3"/>
      </w:tcPr>
    </w:tblStylePr>
    <w:tblStylePr w:type="lastRow">
      <w:rPr>
        <w:b/>
        <w:bCs/>
        <w:color w:val="000000"/>
      </w:rPr>
      <w:tblPr/>
      <w:tcPr>
        <w:shd w:val="clear" w:color="auto" w:fill="B2B2B3"/>
      </w:tcPr>
    </w:tblStylePr>
    <w:tblStylePr w:type="firstCol">
      <w:rPr>
        <w:color w:val="FFFFFF"/>
      </w:rPr>
      <w:tblPr/>
      <w:tcPr>
        <w:shd w:val="clear" w:color="auto" w:fill="303031"/>
      </w:tcPr>
    </w:tblStylePr>
    <w:tblStylePr w:type="lastCol">
      <w:rPr>
        <w:color w:val="FFFFFF"/>
      </w:rPr>
      <w:tblPr/>
      <w:tcPr>
        <w:shd w:val="clear" w:color="auto" w:fill="303031"/>
      </w:tcPr>
    </w:tblStylePr>
    <w:tblStylePr w:type="band1Vert">
      <w:tblPr/>
      <w:tcPr>
        <w:shd w:val="clear" w:color="auto" w:fill="9F9FA1"/>
      </w:tcPr>
    </w:tblStylePr>
    <w:tblStylePr w:type="band1Horz">
      <w:tblPr/>
      <w:tcPr>
        <w:shd w:val="clear" w:color="auto" w:fill="9F9FA1"/>
      </w:tcPr>
    </w:tblStylePr>
  </w:style>
  <w:style w:type="table" w:styleId="Barevnmkazvraznn5">
    <w:name w:val="Colorful Grid Accent 5"/>
    <w:basedOn w:val="Normlntabulka"/>
    <w:uiPriority w:val="73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E5E6"/>
    </w:tcPr>
    <w:tblStylePr w:type="firstRow">
      <w:rPr>
        <w:b/>
        <w:bCs/>
      </w:rPr>
      <w:tblPr/>
      <w:tcPr>
        <w:shd w:val="clear" w:color="auto" w:fill="CCCCCE"/>
      </w:tcPr>
    </w:tblStylePr>
    <w:tblStylePr w:type="lastRow">
      <w:rPr>
        <w:b/>
        <w:bCs/>
        <w:color w:val="000000"/>
      </w:rPr>
      <w:tblPr/>
      <w:tcPr>
        <w:shd w:val="clear" w:color="auto" w:fill="CCCCCE"/>
      </w:tcPr>
    </w:tblStylePr>
    <w:tblStylePr w:type="firstCol">
      <w:rPr>
        <w:color w:val="FFFFFF"/>
      </w:rPr>
      <w:tblPr/>
      <w:tcPr>
        <w:shd w:val="clear" w:color="auto" w:fill="5F6163"/>
      </w:tcPr>
    </w:tblStylePr>
    <w:tblStylePr w:type="lastCol">
      <w:rPr>
        <w:color w:val="FFFFFF"/>
      </w:rPr>
      <w:tblPr/>
      <w:tcPr>
        <w:shd w:val="clear" w:color="auto" w:fill="5F6163"/>
      </w:tcPr>
    </w:tblStylePr>
    <w:tblStylePr w:type="band1Vert">
      <w:tblPr/>
      <w:tcPr>
        <w:shd w:val="clear" w:color="auto" w:fill="BFC0C2"/>
      </w:tcPr>
    </w:tblStylePr>
    <w:tblStylePr w:type="band1Horz">
      <w:tblPr/>
      <w:tcPr>
        <w:shd w:val="clear" w:color="auto" w:fill="BFC0C2"/>
      </w:tcPr>
    </w:tblStylePr>
  </w:style>
  <w:style w:type="table" w:styleId="Barevnmkazvraznn6">
    <w:name w:val="Colorful Grid Accent 6"/>
    <w:basedOn w:val="Normlntabulka"/>
    <w:uiPriority w:val="73"/>
    <w:rsid w:val="00A142E1"/>
    <w:rPr>
      <w:rFonts w:ascii="Arial" w:hAnsi="Arial"/>
      <w:color w:val="000000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1F1F2"/>
    </w:tcPr>
    <w:tblStylePr w:type="firstRow">
      <w:rPr>
        <w:b/>
        <w:bCs/>
      </w:rPr>
      <w:tblPr/>
      <w:tcPr>
        <w:shd w:val="clear" w:color="auto" w:fill="E4E4E5"/>
      </w:tcPr>
    </w:tblStylePr>
    <w:tblStylePr w:type="lastRow">
      <w:rPr>
        <w:b/>
        <w:bCs/>
        <w:color w:val="000000"/>
      </w:rPr>
      <w:tblPr/>
      <w:tcPr>
        <w:shd w:val="clear" w:color="auto" w:fill="E4E4E5"/>
      </w:tcPr>
    </w:tblStylePr>
    <w:tblStylePr w:type="firstCol">
      <w:rPr>
        <w:color w:val="FFFFFF"/>
      </w:rPr>
      <w:tblPr/>
      <w:tcPr>
        <w:shd w:val="clear" w:color="auto" w:fill="8A8E91"/>
      </w:tcPr>
    </w:tblStylePr>
    <w:tblStylePr w:type="lastCol">
      <w:rPr>
        <w:color w:val="FFFFFF"/>
      </w:rPr>
      <w:tblPr/>
      <w:tcPr>
        <w:shd w:val="clear" w:color="auto" w:fill="8A8E91"/>
      </w:tcPr>
    </w:tblStylePr>
    <w:tblStylePr w:type="band1Vert">
      <w:tblPr/>
      <w:tcPr>
        <w:shd w:val="clear" w:color="auto" w:fill="DDDEDF"/>
      </w:tcPr>
    </w:tblStylePr>
    <w:tblStylePr w:type="band1Horz">
      <w:tblPr/>
      <w:tcPr>
        <w:shd w:val="clear" w:color="auto" w:fill="DDDED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DEEFE-902C-4700-B654-0012E8EF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7007</TotalTime>
  <Pages>102</Pages>
  <Words>28350</Words>
  <Characters>167266</Characters>
  <Application>Microsoft Office Word</Application>
  <DocSecurity>0</DocSecurity>
  <Lines>1393</Lines>
  <Paragraphs>390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k nařízení statutárního města Brna č</vt:lpstr>
    </vt:vector>
  </TitlesOfParts>
  <Company>MMB</Company>
  <LinksUpToDate>false</LinksUpToDate>
  <CharactersWithSpaces>195226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nařízení statutárního města Brna č</dc:title>
  <dc:subject/>
  <dc:creator>Mgr. Petr Mittner, Mgr. Lubomír Frolda</dc:creator>
  <cp:keywords/>
  <dc:description/>
  <cp:lastModifiedBy>Frolda Lubomír (MMB_ZU)</cp:lastModifiedBy>
  <cp:revision>461</cp:revision>
  <cp:lastPrinted>2023-05-25T08:21:00Z</cp:lastPrinted>
  <dcterms:created xsi:type="dcterms:W3CDTF">2020-07-15T14:32:00Z</dcterms:created>
  <dcterms:modified xsi:type="dcterms:W3CDTF">2026-07-31T13:35:00Z</dcterms:modified>
</cp:coreProperties>
</file>